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Things to Do in Tempe for a Welcoming Desert Escape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Tempe, Arizona, as an easy, LGBTQ+-friendly base for exploring the Sonoran Desert, thanks to its airport access, inclusive reputation, lively arts scene and year-round community events. From lake days and coffee stops to drag bingo and nearby nightlife, it’s a relaxed starting point for a Greater Phoenix adventure.</w:t>
      </w:r>
      <w:r/>
    </w:p>
    <w:p>
      <w:pPr>
        <w:pStyle w:val="Heading2"/>
      </w:pPr>
      <w:r>
        <w:t>Essential Takeaways</w:t>
      </w:r>
      <w:r/>
      <w:r/>
    </w:p>
    <w:p>
      <w:pPr>
        <w:pStyle w:val="ListBullet"/>
        <w:spacing w:line="240" w:lineRule="auto"/>
        <w:ind w:left="720"/>
      </w:pPr>
      <w:r/>
      <w:r>
        <w:rPr>
          <w:b/>
        </w:rPr>
        <w:t>Easy to reach:</w:t>
      </w:r>
      <w:r>
        <w:t xml:space="preserve"> Tempe is minutes from Phoenix Sky Harbor International Airport and works well for car-free breaks.</w:t>
      </w:r>
      <w:r/>
    </w:p>
    <w:p>
      <w:pPr>
        <w:pStyle w:val="ListBullet"/>
        <w:spacing w:line="240" w:lineRule="auto"/>
        <w:ind w:left="720"/>
      </w:pPr>
      <w:r/>
      <w:r>
        <w:rPr>
          <w:b/>
        </w:rPr>
        <w:t>Strong inclusion record:</w:t>
      </w:r>
      <w:r>
        <w:t xml:space="preserve"> The city has longstanding LGBTQ+ protections and community-focused programming.</w:t>
      </w:r>
      <w:r/>
    </w:p>
    <w:p>
      <w:pPr>
        <w:pStyle w:val="ListBullet"/>
        <w:spacing w:line="240" w:lineRule="auto"/>
        <w:ind w:left="720"/>
      </w:pPr>
      <w:r/>
      <w:r>
        <w:rPr>
          <w:b/>
        </w:rPr>
        <w:t>Outdoor appeal:</w:t>
      </w:r>
      <w:r>
        <w:t xml:space="preserve"> Tempe Town Lake, Hayden Butte and nearby desert parks offer accessible ways to get outside.</w:t>
      </w:r>
      <w:r/>
    </w:p>
    <w:p>
      <w:pPr>
        <w:pStyle w:val="ListBullet"/>
        <w:spacing w:line="240" w:lineRule="auto"/>
        <w:ind w:left="720"/>
      </w:pPr>
      <w:r/>
      <w:r>
        <w:rPr>
          <w:b/>
        </w:rPr>
        <w:t>Local flavour:</w:t>
      </w:r>
      <w:r>
        <w:t xml:space="preserve"> LGBTQ+-owned coffee shops, tea-room events, restaurants and creative venues give the city plenty of personality.</w:t>
      </w:r>
      <w:r/>
    </w:p>
    <w:p>
      <w:pPr>
        <w:pStyle w:val="ListBullet"/>
        <w:spacing w:line="240" w:lineRule="auto"/>
        <w:ind w:left="720"/>
      </w:pPr>
      <w:r/>
      <w:r>
        <w:rPr>
          <w:b/>
        </w:rPr>
        <w:t>Events beyond Pride:</w:t>
      </w:r>
      <w:r>
        <w:t xml:space="preserve"> Travellers can find community gatherings, arts events and themed celebrations throughout the year.</w:t>
      </w:r>
      <w:r/>
      <w:r/>
    </w:p>
    <w:p>
      <w:pPr>
        <w:pStyle w:val="Heading2"/>
      </w:pPr>
      <w:r>
        <w:t>Tempe makes a welcoming first stop in the desert</w:t>
      </w:r>
      <w:r/>
    </w:p>
    <w:p>
      <w:r/>
      <w:r>
        <w:t>There’s a particular magic to arriving in the desert: bright skies, warm air and those unmistakable saguaro silhouettes waiting beyond the airport roads. Tempe brings that Southwestern atmosphere without requiring a complicated journey, sitting close to Phoenix Sky Harbor and offering a compact, walkable centre around Mill Avenue and Tempe Town Lake.</w:t>
      </w:r>
      <w:r/>
    </w:p>
    <w:p>
      <w:r/>
      <w:r>
        <w:t>The city’s LGBTQ+ welcome is more than a seasonal slogan. Tempe has built a reputation around inclusive civic policies, community activity and visible local businesses, giving visitors a reassuring sense of place from the moment they arrive. For an LGBTQ+ traveller planning a Southwest road trip, that combination of accessibility and atmosphere is hard to ignore.</w:t>
      </w:r>
      <w:r/>
    </w:p>
    <w:p>
      <w:pPr>
        <w:pStyle w:val="Heading2"/>
      </w:pPr>
      <w:r>
        <w:t>Where should LGBTQ+ visitors stay?</w:t>
      </w:r>
      <w:r/>
    </w:p>
    <w:p>
      <w:r/>
      <w:r>
        <w:t>A good base can shape the whole trip, particularly in a hot climate where a quiet pool or a rooftop drink suddenly feels like essential equipment. Accommodation around Tempe ranges from desert-facing resorts to downtown hotels, so visitors can choose between a more relaxed retreat and a location close to restaurants, shops and nightlife.</w:t>
      </w:r>
      <w:r/>
    </w:p>
    <w:p>
      <w:r/>
      <w:r>
        <w:t>The Marriott Phoenix Resort Tempe at the Buttes offers resort-style surroundings, while the AC Hotel Phoenix Tempe/Downtown puts Tempe Town Lake nearby. The Omni Tempe Hotel at ASU adds a rooftop setting, and Tempe Mission Palms Hotel is convenient for exploring central Tempe on foot.</w:t>
      </w:r>
      <w:r/>
    </w:p>
    <w:p>
      <w:r/>
      <w:r>
        <w:t>It’s worth checking transport and heat exposure before booking. A hotel near the action may save you long rides, but a property with a pool can be a much-appreciated refuge after a midday walk. In Arizona, even a short stroll can feel ambitious once the sun gets involved.</w:t>
      </w:r>
      <w:r/>
    </w:p>
    <w:p>
      <w:pPr>
        <w:pStyle w:val="Heading2"/>
      </w:pPr>
      <w:r>
        <w:t>Outdoor adventures are close at hand</w:t>
      </w:r>
      <w:r/>
    </w:p>
    <w:p>
      <w:r/>
      <w:r>
        <w:t>Tempe Town Lake is one of the city’s easiest ways to enjoy the outdoors without leaving the urban area. Kayaking, paddleboarding, boat hire and seasonal events offer a gentler alternative to a full desert hike, while the waterfront gives visitors somewhere to slow down and watch the city move around them.</w:t>
      </w:r>
      <w:r/>
    </w:p>
    <w:p>
      <w:r/>
      <w:r>
        <w:t>For a quick viewpoint, Hayden Butte, better known as A Mountain, delivers broad views over Tempe and Greater Phoenix after a relatively short climb. Nearby Papago Park, South Mountain Park and Preserve, and Piestewa Peak provide more ambitious options for travellers with sturdy shoes and a taste for elevation.</w:t>
      </w:r>
      <w:r/>
    </w:p>
    <w:p>
      <w:r/>
      <w:r>
        <w:t>Plan hikes early, carry more water than you think you’ll need and don’t treat a short trail as a low-risk trail. Desert scenery may look calm and still, but heat can turn an easy outing into a serious test. Start gently, protect your skin and let the landscape set the pace.</w:t>
      </w:r>
      <w:r/>
    </w:p>
    <w:p>
      <w:pPr>
        <w:pStyle w:val="Heading2"/>
      </w:pPr>
      <w:r>
        <w:t>Coffee, cocktails and a lively local table</w:t>
      </w:r>
      <w:r/>
    </w:p>
    <w:p>
      <w:r/>
      <w:r>
        <w:t>Tempe’s food and drink scene gives the trip its everyday rhythm. LGBTQ+-owned Brick Road Coffee House is a natural morning stop for coffee and pastries, while Window Coffee Bar offers another local option for visitors who like their caffeine with a little creative flair.</w:t>
      </w:r>
      <w:r/>
    </w:p>
    <w:p>
      <w:r/>
      <w:r>
        <w:t>Drink Me! Tea Room brings a playful community angle with drag bingo, making an afternoon tea stop rather more memorable than the usual iced latte run. For dinner, the choices stretch from Japanese hot pot at 212° Shabu Shabu to smashburgers at Bad Jimmy, modern Mexican food at Blanco Cocina + Cantina and sushi at Blue Sushi Sake Grill.</w:t>
      </w:r>
      <w:r/>
    </w:p>
    <w:p>
      <w:r/>
      <w:r>
        <w:t>This is also where planning by neighbourhood pays off. Grouping coffee, lunch and an evening show around Downtown Tempe or Mill Avenue can reduce unnecessary travel and leave more energy for the fun part. The best itinerary may be the one with enough breathing room for an unplanned pastry.</w:t>
      </w:r>
      <w:r/>
    </w:p>
    <w:p>
      <w:pPr>
        <w:pStyle w:val="Heading2"/>
      </w:pPr>
      <w:r>
        <w:t>Arts, nightlife and LGBTQ+ events keep the calendar moving</w:t>
      </w:r>
      <w:r/>
    </w:p>
    <w:p>
      <w:r/>
      <w:r>
        <w:t>Tempe’s evening offering isn’t limited to bars. ASU Gammage, the Tempe Center for the Arts and the ASU Art Museum bring theatre, music, exhibitions and performances into the mix, while the city’s murals add colour to daytime wandering. It’s a useful reminder that a welcoming night out can mean a show, gallery visit or live performance rather than a crowded dance floor.</w:t>
      </w:r>
      <w:r/>
    </w:p>
    <w:p>
      <w:r/>
      <w:r>
        <w:t>For late-night energy, Downtown Tempe and Mill Avenue provide a cluster of bars, clubs and music venues. Travellers wanting to explore Greater Phoenix’s LGBTQ+ nightlife can also visit Boycott, described as Arizona’s only brick-and-mortar lesbian bar, or Nu Bar Saloon, a long-running gay bar across the Salt River.</w:t>
      </w:r>
      <w:r/>
    </w:p>
    <w:p>
      <w:r/>
      <w:r>
        <w:t>The events calendar adds another reason to visit outside traditional Pride season. Tempe’s tourism listings highlight community celebrations, arts programming and LGBTQ+ gatherings across the year, while listings from local organisers include themed events such as Goth Pride and other social meet-ups. Check dates directly before travelling, as venues and schedules can change.</w:t>
      </w:r>
      <w:r/>
    </w:p>
    <w:p>
      <w:pPr>
        <w:pStyle w:val="Heading2"/>
      </w:pPr>
      <w:r>
        <w:t>When is the best time to visit Tempe?</w:t>
      </w:r>
      <w:r/>
    </w:p>
    <w:p>
      <w:r/>
      <w:r>
        <w:t>June brings familiar Pride programming, including the Tempe Pride Party, with performances, food, drinks and community stalls. But visitors looking for a broader LGBTQ+ travel itinerary can also consider events at other times of year, including ballroom-focused arts programming, regional Pride celebrations and community festivals across Greater Phoenix.</w:t>
      </w:r>
      <w:r/>
    </w:p>
    <w:p>
      <w:r/>
      <w:r>
        <w:t>The wider area offers plenty of potential day trips, from the Arizona Gay Rodeo to the Rainbows Festival, the Cactus Cities Softball League Saguaro Cup and the Latino Pride Festival. Tempe’s central location makes it possible to use one hotel as a base while sampling different parts of the region.</w:t>
      </w:r>
      <w:r/>
    </w:p>
    <w:p>
      <w:r/>
      <w:r>
        <w:t>For the most comfortable outdoor experience, cooler months are generally easier for walking and hiking, while summer rewards travellers who plan around the heat. Either way, check the latest official listings, reserve popular accommodation early and leave room for weather-related changes. A desert holiday is best enjoyed with curiosity, sunscreen and a flexible itinerary.</w:t>
      </w:r>
      <w:r/>
    </w:p>
    <w:p>
      <w:r/>
      <w:r>
        <w:t>Tempe is a small change of base that can make a Greater Phoenix LGBTQ+ trip feel much more open, colourful and comfortable.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3">
        <w:r>
          <w:rPr>
            <w:color w:val="0000EE"/>
            <w:u w:val="single"/>
          </w:rPr>
          <w:t>[4]</w:t>
        </w:r>
      </w:hyperlink>
      <w:r>
        <w:t xml:space="preserve">, </w:t>
      </w:r>
      <w:hyperlink r:id="rId11">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Paragraph 6: </w:t>
      </w:r>
      <w:hyperlink r:id="rId12">
        <w:r>
          <w:rPr>
            <w:color w:val="0000EE"/>
            <w:u w:val="single"/>
          </w:rPr>
          <w:t>[3]</w:t>
        </w:r>
      </w:hyperlink>
      <w:r>
        <w:t xml:space="preserve">, </w:t>
      </w:r>
      <w:hyperlink r:id="rId11">
        <w:r>
          <w:rPr>
            <w:color w:val="0000EE"/>
            <w:u w:val="single"/>
          </w:rPr>
          <w:t>[5]</w:t>
        </w:r>
      </w:hyperlink>
      <w:r>
        <w:t xml:space="preserve">- Paragraph 7: </w:t>
      </w:r>
      <w:hyperlink r:id="rId11">
        <w:r>
          <w:rPr>
            <w:color w:val="0000EE"/>
            <w:u w:val="single"/>
          </w:rPr>
          <w:t>[5]</w:t>
        </w:r>
      </w:hyperlink>
      <w:r>
        <w:t xml:space="preserve">, </w:t>
      </w:r>
      <w:hyperlink r:id="rId14">
        <w:r>
          <w:rPr>
            <w:color w:val="0000EE"/>
            <w:u w:val="single"/>
          </w:rPr>
          <w:t>[6]</w:t>
        </w:r>
      </w:hyperlink>
      <w:r>
        <w:t xml:space="preserve">- Paragraph 8: </w:t>
      </w:r>
      <w:hyperlink r:id="rId15">
        <w:r>
          <w:rPr>
            <w:color w:val="0000EE"/>
            <w:u w:val="single"/>
          </w:rPr>
          <w:t>[7]</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https://www.them.us/sponsored/visiting-tempe-lgbtq</w:t>
        </w:r>
      </w:hyperlink>
      <w:r>
        <w:t xml:space="preserve"> - Please view link - unable to able to access data</w:t>
      </w:r>
      <w:r/>
    </w:p>
    <w:p>
      <w:pPr>
        <w:pStyle w:val="ListNumber"/>
        <w:spacing w:line="240" w:lineRule="auto"/>
        <w:ind w:left="720"/>
      </w:pPr>
      <w:r/>
      <w:hyperlink r:id="rId10">
        <w:r>
          <w:rPr>
            <w:color w:val="0000EE"/>
            <w:u w:val="single"/>
          </w:rPr>
          <w:t>https://www.tempe.gov/Home/Components/Calendar/Event/85348/</w:t>
        </w:r>
      </w:hyperlink>
      <w:r>
        <w:t xml:space="preserve"> - The City of Tempe's official calendar features the Desert Overture: Guilty Pleasures concert, an event by Phoenix's LGBTQ+ and Ally Wind Symphony. Scheduled for September 13, 2026, at the Tempe Center for the Arts, the concert showcases acclaimed pianist James Adler performing world-premiere works with the ensemble. This event highlights Tempe's commitment to supporting LGBTQ+ arts and culture, offering a unique musical experience for the community.</w:t>
      </w:r>
      <w:r/>
    </w:p>
    <w:p>
      <w:pPr>
        <w:pStyle w:val="ListNumber"/>
        <w:spacing w:line="240" w:lineRule="auto"/>
        <w:ind w:left="720"/>
      </w:pPr>
      <w:r/>
      <w:hyperlink r:id="rId12">
        <w:r>
          <w:rPr>
            <w:color w:val="0000EE"/>
            <w:u w:val="single"/>
          </w:rPr>
          <w:t>https://www.meetup.com/fluid-array/</w:t>
        </w:r>
      </w:hyperlink>
      <w:r>
        <w:t xml:space="preserve"> - Fluid Array is an LGBTQIA+ social group based in Tempe, Arizona, catering to queer individuals aged 18 and older. The group hosts various events, including support groups and social gatherings, primarily in the East Valley suburbs of Phoenix. Fluid Array is inclusive of all sexual orientations and gender identities, fostering a welcoming environment for the LGBTQIA+ community in the region.</w:t>
      </w:r>
      <w:r/>
    </w:p>
    <w:p>
      <w:pPr>
        <w:pStyle w:val="ListNumber"/>
        <w:spacing w:line="240" w:lineRule="auto"/>
        <w:ind w:left="720"/>
      </w:pPr>
      <w:r/>
      <w:hyperlink r:id="rId13">
        <w:r>
          <w:rPr>
            <w:color w:val="0000EE"/>
            <w:u w:val="single"/>
          </w:rPr>
          <w:t>https://www.tempe.gov/Home/Components/Calendar/Event/85398/3152</w:t>
        </w:r>
      </w:hyperlink>
      <w:r>
        <w:t xml:space="preserve"> - The City of Tempe's calendar highlights the 'Dancing for one·n·ten' event, scheduled for September 12, 2026, at the Tempe Center for the Arts. This annual ballroom competition features community leaders competing to raise funds for one·n·ten, an organization dedicated to enhancing the lives of LGBTQ+ youth. The event underscores Tempe's active role in supporting LGBTQ+ initiatives and fostering community engagement.</w:t>
      </w:r>
      <w:r/>
    </w:p>
    <w:p>
      <w:pPr>
        <w:pStyle w:val="ListNumber"/>
        <w:spacing w:line="240" w:lineRule="auto"/>
        <w:ind w:left="720"/>
      </w:pPr>
      <w:r/>
      <w:hyperlink r:id="rId11">
        <w:r>
          <w:rPr>
            <w:color w:val="0000EE"/>
            <w:u w:val="single"/>
          </w:rPr>
          <w:t>https://www.tempetourism.com/blog/lgbtq-events-tempe-phoenix/</w:t>
        </w:r>
      </w:hyperlink>
      <w:r>
        <w:t xml:space="preserve"> - Tempe Tourism's blog provides an overview of LGBTQ+ events and Pride celebrations in Tempe. The city has been recognized with a perfect score of 100 on the Human Rights Campaign's Municipal Equity Index since 2014, reflecting its inclusive policies. The blog details various events, including drag shows, Pride parties, and community gatherings, showcasing Tempe's vibrant LGBTQ+ community and its commitment to inclusivity.</w:t>
      </w:r>
      <w:r/>
    </w:p>
    <w:p>
      <w:pPr>
        <w:pStyle w:val="ListNumber"/>
        <w:spacing w:line="240" w:lineRule="auto"/>
        <w:ind w:left="720"/>
      </w:pPr>
      <w:r/>
      <w:hyperlink r:id="rId14">
        <w:r>
          <w:rPr>
            <w:color w:val="0000EE"/>
            <w:u w:val="single"/>
          </w:rPr>
          <w:t>https://www.houseofcandi.com/?start=2026-10-06</w:t>
        </w:r>
      </w:hyperlink>
      <w:r>
        <w:t xml:space="preserve"> - House of Candi is a femme-led, LGBTQIA+ welcoming community in Arizona, hosting events throughout the state, including Tempe. Their offerings range from cozy lounges and yoga gatherings to game nights and creative workshops. Designed for adults seeking genuine social connections beyond traditional nightlife, House of Candi emphasizes inclusivity and community engagement, providing a safe and welcoming space for LGBTQIA+ individuals.</w:t>
      </w:r>
      <w:r/>
    </w:p>
    <w:p>
      <w:pPr>
        <w:pStyle w:val="ListNumber"/>
        <w:spacing w:line="240" w:lineRule="auto"/>
        <w:ind w:left="720"/>
      </w:pPr>
      <w:r/>
      <w:hyperlink r:id="rId15">
        <w:r>
          <w:rPr>
            <w:color w:val="0000EE"/>
            <w:u w:val="single"/>
          </w:rPr>
          <w:t>https://www.simpletix.com/e/goth-pride-tickets-278405</w:t>
        </w:r>
      </w:hyperlink>
      <w:r>
        <w:t xml:space="preserve"> - Goth Pride is an 18+ event in Tempe, Arizona, celebrating goth and queer culture. Scheduled for June 27-28, 2026, at Tempe Art and Music Coalition's Danelle Plaza, the event features guest DJs, a special drag show with local goth drag stars, and aims to raise funds for one·n·ten, an organization supporting LGBTQ+ youth. This event highlights Tempe's diverse and inclusive community, offering a unique cultural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sponsored/visiting-tempe-lgbtq" TargetMode="External"/><Relationship Id="rId10" Type="http://schemas.openxmlformats.org/officeDocument/2006/relationships/hyperlink" Target="https://www.tempe.gov/Home/Components/Calendar/Event/85348/" TargetMode="External"/><Relationship Id="rId11" Type="http://schemas.openxmlformats.org/officeDocument/2006/relationships/hyperlink" Target="https://www.tempetourism.com/blog/lgbtq-events-tempe-phoenix/" TargetMode="External"/><Relationship Id="rId12" Type="http://schemas.openxmlformats.org/officeDocument/2006/relationships/hyperlink" Target="https://www.meetup.com/fluid-array/" TargetMode="External"/><Relationship Id="rId13" Type="http://schemas.openxmlformats.org/officeDocument/2006/relationships/hyperlink" Target="https://www.tempe.gov/Home/Components/Calendar/Event/85398/3152" TargetMode="External"/><Relationship Id="rId14" Type="http://schemas.openxmlformats.org/officeDocument/2006/relationships/hyperlink" Target="https://www.houseofcandi.com/?start=2026-10-06" TargetMode="External"/><Relationship Id="rId15" Type="http://schemas.openxmlformats.org/officeDocument/2006/relationships/hyperlink" Target="https://www.simpletix.com/e/goth-pride-tickets-2784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