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Holiday Ideas for a Stylish 2026 Escape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Travellers are looking beyond the usual beach break, with LGBTQ+ hotels, trackable luggage and musical theatre retreats offering more personal ways to holiday. From Mykonos poolside glamour to creative getaways across Europe, these new travel finds make planning a memorable queer escape feel wonderfully straightforward.</w:t>
      </w:r>
      <w:r/>
    </w:p>
    <w:p>
      <w:pPr>
        <w:pStyle w:val="Heading2"/>
      </w:pPr>
      <w:r>
        <w:t>Essential Takeaways</w:t>
      </w:r>
      <w:r/>
      <w:r/>
    </w:p>
    <w:p>
      <w:pPr>
        <w:pStyle w:val="ListBullet"/>
        <w:spacing w:line="240" w:lineRule="auto"/>
        <w:ind w:left="720"/>
      </w:pPr>
      <w:r/>
      <w:r>
        <w:rPr>
          <w:b/>
        </w:rPr>
        <w:t>Mykonos glamour:</w:t>
      </w:r>
      <w:r>
        <w:t xml:space="preserve"> Axel Beach Mykonos pairs a pool-led setting with easy access to the island’s LGBTQ+ nightlife and beaches.</w:t>
      </w:r>
      <w:r/>
    </w:p>
    <w:p>
      <w:pPr>
        <w:pStyle w:val="ListBullet"/>
        <w:spacing w:line="240" w:lineRule="auto"/>
        <w:ind w:left="720"/>
      </w:pPr>
      <w:r/>
      <w:r>
        <w:rPr>
          <w:b/>
        </w:rPr>
        <w:t>Smarter luggage:</w:t>
      </w:r>
      <w:r>
        <w:t xml:space="preserve"> July’s CaseSafe technology lets travellers locate compatible cases through Apple Find My or Android Find Hub.</w:t>
      </w:r>
      <w:r/>
    </w:p>
    <w:p>
      <w:pPr>
        <w:pStyle w:val="ListBullet"/>
        <w:spacing w:line="240" w:lineRule="auto"/>
        <w:ind w:left="720"/>
      </w:pPr>
      <w:r/>
      <w:r>
        <w:rPr>
          <w:b/>
        </w:rPr>
        <w:t>Creative escapes:</w:t>
      </w:r>
      <w:r>
        <w:t xml:space="preserve"> Sing Eat Retreat offers week-long musical theatre holidays in Spain, Austria and Greece.</w:t>
      </w:r>
      <w:r/>
    </w:p>
    <w:p>
      <w:pPr>
        <w:pStyle w:val="ListBullet"/>
        <w:spacing w:line="240" w:lineRule="auto"/>
        <w:ind w:left="720"/>
      </w:pPr>
      <w:r/>
      <w:r>
        <w:rPr>
          <w:b/>
        </w:rPr>
        <w:t>Choose your mood:</w:t>
      </w:r>
      <w:r>
        <w:t xml:space="preserve"> Options range from West End favourites to swing, jazz, blues, soul, pop and rock.</w:t>
      </w:r>
      <w:r/>
    </w:p>
    <w:p>
      <w:pPr>
        <w:pStyle w:val="ListBullet"/>
        <w:spacing w:line="240" w:lineRule="auto"/>
        <w:ind w:left="720"/>
      </w:pPr>
      <w:r/>
      <w:r>
        <w:rPr>
          <w:b/>
        </w:rPr>
        <w:t>Plan for peace of mind:</w:t>
      </w:r>
      <w:r>
        <w:t xml:space="preserve"> Check luggage compatibility, retreat ability levels and hotel location before booking.</w:t>
      </w:r>
      <w:r/>
      <w:r/>
    </w:p>
    <w:p>
      <w:pPr>
        <w:pStyle w:val="Heading2"/>
      </w:pPr>
      <w:r>
        <w:t>Mykonos remains a queer holiday classic</w:t>
      </w:r>
      <w:r/>
    </w:p>
    <w:p>
      <w:r/>
      <w:r>
        <w:t xml:space="preserve">There’s a particular pleasure in arriving somewhere that looks almost too blue and white to be real. At Axel Beach Mykonos, the pool is the visual centre of the stay, while Mykonos Town’s winding streets and lively atmosphere are close enough for an evening wander. The hotel’s LGBTQ+ focus gives the break a clear sense of place rather than making inclusivity feel like an afterthought. According to Axel Hotels, the property is designed around social spaces, relaxation and the island’s famously warm energy. </w:t>
      </w:r>
      <w:hyperlink r:id="rId9">
        <w:r>
          <w:rPr>
            <w:color w:val="0000EE"/>
            <w:u w:val="single"/>
          </w:rPr>
          <w:t>[2]</w:t>
        </w:r>
      </w:hyperlink>
      <w:r>
        <w:t xml:space="preserve">, </w:t>
      </w:r>
      <w:hyperlink r:id="rId10">
        <w:r>
          <w:rPr>
            <w:color w:val="0000EE"/>
            <w:u w:val="single"/>
          </w:rPr>
          <w:t>[6]</w:t>
        </w:r>
      </w:hyperlink>
      <w:r/>
    </w:p>
    <w:p>
      <w:r/>
      <w:r>
        <w:t xml:space="preserve">That balance matters. Guests can spend the hottest part of the day beside the water, then head towards LGBTQ+ beaches, restaurants and nightlife as the temperature softens. It’s the sort of destination where a quiet afternoon can easily turn into a late dinner, followed by the inevitable “just one more drink”. Mykonos’ continuing appeal is also reflected in wider coverage of new and notable European hotel openings. </w:t>
      </w:r>
      <w:hyperlink r:id="rId9">
        <w:r>
          <w:rPr>
            <w:color w:val="0000EE"/>
            <w:u w:val="single"/>
          </w:rPr>
          <w:t>[2]</w:t>
        </w:r>
      </w:hyperlink>
      <w:r>
        <w:t xml:space="preserve">, </w:t>
      </w:r>
      <w:hyperlink r:id="rId11">
        <w:r>
          <w:rPr>
            <w:color w:val="0000EE"/>
            <w:u w:val="single"/>
          </w:rPr>
          <w:t>[7]</w:t>
        </w:r>
      </w:hyperlink>
      <w:r/>
    </w:p>
    <w:p>
      <w:pPr>
        <w:pStyle w:val="Heading2"/>
      </w:pPr>
      <w:r>
        <w:t>The smart suitcase designed to calm pre-flight nerves</w:t>
      </w:r>
      <w:r/>
    </w:p>
    <w:p>
      <w:r/>
      <w:r>
        <w:t xml:space="preserve">Lost luggage has a remarkable talent for ruining a holiday before it has properly begun. July’s CaseSafe system aims to remove some of that stress by allowing travellers to track a compatible suitcase through Apple’s Find My network or Android’s Find Hub. The technology is built into selected cases, including the Capsule Carry On Pro and Carry On with CaseSafe. July explains that its tracking feature is intended to help owners identify where their luggage is during a journey. </w:t>
      </w:r>
      <w:hyperlink r:id="rId12">
        <w:r>
          <w:rPr>
            <w:color w:val="0000EE"/>
            <w:u w:val="single"/>
          </w:rPr>
          <w:t>[3]</w:t>
        </w:r>
      </w:hyperlink>
      <w:r>
        <w:t xml:space="preserve">, </w:t>
      </w:r>
      <w:hyperlink r:id="rId13">
        <w:r>
          <w:rPr>
            <w:color w:val="0000EE"/>
            <w:u w:val="single"/>
          </w:rPr>
          <w:t>[5]</w:t>
        </w:r>
      </w:hyperlink>
      <w:r/>
    </w:p>
    <w:p>
      <w:r/>
      <w:r>
        <w:t xml:space="preserve">The cases also use a tough German polycarbonate shell, while features such as a magnetic closure are designed to make handling less fiddly. Tracking won’t replace airline claims procedures, and it can’t guarantee a bag arrives on time, but having a location is considerably better than staring at a baggage carousel and hoping for a miracle. Tom’s Guide’s coverage also highlights how built-in tracking can make smart luggage feel less like a novelty and more like practical travel kit. </w:t>
      </w:r>
      <w:hyperlink r:id="rId12">
        <w:r>
          <w:rPr>
            <w:color w:val="0000EE"/>
            <w:u w:val="single"/>
          </w:rPr>
          <w:t>[3]</w:t>
        </w:r>
      </w:hyperlink>
      <w:r>
        <w:t xml:space="preserve">, </w:t>
      </w:r>
      <w:hyperlink r:id="rId13">
        <w:r>
          <w:rPr>
            <w:color w:val="0000EE"/>
            <w:u w:val="single"/>
          </w:rPr>
          <w:t>[5]</w:t>
        </w:r>
      </w:hyperlink>
      <w:r/>
    </w:p>
    <w:p>
      <w:r/>
      <w:r>
        <w:t>Before buying, check whether the exact model works with your phone’s tracking network and review airline rules around batteries. It’s a small bit of preparation that could make the first morning of your holiday feel much calmer.</w:t>
      </w:r>
      <w:r/>
    </w:p>
    <w:p>
      <w:pPr>
        <w:pStyle w:val="Heading2"/>
      </w:pPr>
      <w:r>
        <w:t>Turn a sunny break into a stage experience</w:t>
      </w:r>
      <w:r/>
    </w:p>
    <w:p>
      <w:r/>
      <w:r>
        <w:t xml:space="preserve">For travellers who’d rather belt out a chorus than spend a week lying still, Sing Eat Retreat offers a different kind of European escape. Its trips combine singing tuition, private coaching and masterclasses with destinations including Sitges and Tarifa in Spain, Salzburg in Austria and Zakynthos in Greece. The programme is open to people across a range of experience levels, so you don’t need a West End CV to join in. The retreat organiser describes the format as an intensive but social week centred on musical performance. </w:t>
      </w:r>
      <w:hyperlink r:id="rId14">
        <w:r>
          <w:rPr>
            <w:color w:val="0000EE"/>
            <w:u w:val="single"/>
          </w:rPr>
          <w:t>[4]</w:t>
        </w:r>
      </w:hyperlink>
      <w:r/>
    </w:p>
    <w:p>
      <w:r/>
      <w:r>
        <w:t xml:space="preserve">The repertoire stretches from Chicago and Cabaret to Sondheim and Disney, giving guests plenty of material to get their teeth into. For 2027, the programme is expanding with sessions focused on swing, jazz, blues and soul, alongside pop and rock options. There’s also a retreat built around rethinking conventional casting, which should appeal particularly to LGBTQ+ performers and anyone who’s ever felt boxed in by traditional theatre roles. </w:t>
      </w:r>
      <w:hyperlink r:id="rId14">
        <w:r>
          <w:rPr>
            <w:color w:val="0000EE"/>
            <w:u w:val="single"/>
          </w:rPr>
          <w:t>[4]</w:t>
        </w:r>
      </w:hyperlink>
      <w:r/>
    </w:p>
    <w:p>
      <w:r/>
      <w:r>
        <w:t>That creative focus changes the rhythm of a holiday. You’re still getting sunshine, food and a new setting, but you’re also returning home with new skills, a handful of friendships and at least one song lodged permanently in your head.</w:t>
      </w:r>
      <w:r/>
    </w:p>
    <w:p>
      <w:pPr>
        <w:pStyle w:val="Heading2"/>
      </w:pPr>
      <w:r>
        <w:t>How to choose the right LGBTQ+ escape</w:t>
      </w:r>
      <w:r/>
    </w:p>
    <w:p>
      <w:r/>
      <w:r>
        <w:t xml:space="preserve">Start with the kind of energy you actually want. Mykonos suits travellers seeking design, social spaces, beaches and nightlife, while a singing retreat is better for anyone who wants a structured itinerary and plenty of interaction. Neither is automatically more relaxing, so be honest about whether your ideal break involves a poolside nap or several hours of vocal exercises. Axel Hotels and Sing Eat Retreat both provide the clearest starting points for checking accommodation, dates and programme details. </w:t>
      </w:r>
      <w:hyperlink r:id="rId9">
        <w:r>
          <w:rPr>
            <w:color w:val="0000EE"/>
            <w:u w:val="single"/>
          </w:rPr>
          <w:t>[2]</w:t>
        </w:r>
      </w:hyperlink>
      <w:r>
        <w:t xml:space="preserve">, </w:t>
      </w:r>
      <w:hyperlink r:id="rId14">
        <w:r>
          <w:rPr>
            <w:color w:val="0000EE"/>
            <w:u w:val="single"/>
          </w:rPr>
          <w:t>[4]</w:t>
        </w:r>
      </w:hyperlink>
      <w:r/>
    </w:p>
    <w:p>
      <w:r/>
      <w:r>
        <w:t xml:space="preserve">It’s also worth looking at practical details before committing. For a hotel, check how close you’ll be to the areas you want to visit and whether the atmosphere matches your expectations. For a retreat, review the timetable, tuition level, accommodation arrangements and what’s included in the price. Meanwhile, smart luggage buyers should confirm dimensions, charging requirements and tracking support rather than choosing a case purely because it looks sleek. </w:t>
      </w:r>
      <w:hyperlink r:id="rId12">
        <w:r>
          <w:rPr>
            <w:color w:val="0000EE"/>
            <w:u w:val="single"/>
          </w:rPr>
          <w:t>[3]</w:t>
        </w:r>
      </w:hyperlink>
      <w:r>
        <w:t xml:space="preserve">, </w:t>
      </w:r>
      <w:hyperlink r:id="rId14">
        <w:r>
          <w:rPr>
            <w:color w:val="0000EE"/>
            <w:u w:val="single"/>
          </w:rPr>
          <w:t>[4]</w:t>
        </w:r>
      </w:hyperlink>
      <w:r/>
    </w:p>
    <w:p>
      <w:r/>
      <w:r>
        <w:t>The best LGBTQ+ holidays are often the ones that feel properly considered. A welcoming base, a little travel tech and an itinerary that reflects your interests can turn a standard trip into something far more memorable.</w:t>
      </w:r>
      <w:r/>
    </w:p>
    <w:p>
      <w:pPr>
        <w:pStyle w:val="Heading2"/>
      </w:pPr>
      <w:r>
        <w:t>A more personal way to travel</w:t>
      </w:r>
      <w:r/>
    </w:p>
    <w:p>
      <w:r/>
      <w:r>
        <w:t xml:space="preserve">These ideas point to a broader shift in holiday planning. Travellers aren’t only asking where to go; they’re asking how they want to feel when they get there. That might mean being visibly part of a queer-friendly hotel community, knowing where your suitcase is, or finding the confidence to sing alongside strangers in the sun. Industry and travel coverage increasingly places emphasis on experience-led stays, distinctive hotels and technology that smooths out familiar travel frustrations. </w:t>
      </w:r>
      <w:hyperlink r:id="rId13">
        <w:r>
          <w:rPr>
            <w:color w:val="0000EE"/>
            <w:u w:val="single"/>
          </w:rPr>
          <w:t>[5]</w:t>
        </w:r>
      </w:hyperlink>
      <w:r>
        <w:t xml:space="preserve">, </w:t>
      </w:r>
      <w:hyperlink r:id="rId11">
        <w:r>
          <w:rPr>
            <w:color w:val="0000EE"/>
            <w:u w:val="single"/>
          </w:rPr>
          <w:t>[7]</w:t>
        </w:r>
      </w:hyperlink>
      <w:r/>
    </w:p>
    <w:p>
      <w:r/>
      <w:r>
        <w:t xml:space="preserve">There’s room for both glamour and practicality here. A Mykonos pool can deliver the fantasy, a trackable case can protect your peace of mind, and a theatre retreat can give the trip a sense of purpose. Sometimes the most satisfying holiday souvenir isn’t a magnet or a bottle of local wine, but a story that still makes you grin months later. </w:t>
      </w:r>
      <w:hyperlink r:id="rId9">
        <w:r>
          <w:rPr>
            <w:color w:val="0000EE"/>
            <w:u w:val="single"/>
          </w:rPr>
          <w:t>[2]</w:t>
        </w:r>
      </w:hyperlink>
      <w:r>
        <w:t xml:space="preserve">, </w:t>
      </w:r>
      <w:hyperlink r:id="rId12">
        <w:r>
          <w:rPr>
            <w:color w:val="0000EE"/>
            <w:u w:val="single"/>
          </w:rPr>
          <w:t>[3]</w:t>
        </w:r>
      </w:hyperlink>
      <w:r>
        <w:t xml:space="preserve">, </w:t>
      </w:r>
      <w:hyperlink r:id="rId14">
        <w:r>
          <w:rPr>
            <w:color w:val="0000EE"/>
            <w:u w:val="single"/>
          </w:rPr>
          <w:t>[4]</w:t>
        </w:r>
      </w:hyperlink>
      <w:r/>
    </w:p>
    <w:p>
      <w:r/>
      <w:r>
        <w:t>Whether you’re chasing sunshine, performance or simply a smoother airport experience, these options offer plenty of inspiration for the next great escape.</w:t>
      </w:r>
      <w:r/>
    </w:p>
    <w:p>
      <w:pPr>
        <w:pStyle w:val="Heading2"/>
      </w:pPr>
      <w:r>
        <w:t>Closing Line</w:t>
      </w:r>
      <w:r/>
    </w:p>
    <w:p>
      <w:r/>
      <w:r>
        <w:t>Choose the destination, luggage and soundtrack that make the holiday feel most like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[7]</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4">
        <w:r>
          <w:rPr>
            <w:color w:val="0000EE"/>
            <w:u w:val="single"/>
          </w:rPr>
          <w:t>[4]</w:t>
        </w:r>
      </w:hyperlink>
      <w:r>
        <w:t xml:space="preserve">- Paragraph 6: </w:t>
      </w:r>
      <w:hyperlink r:id="rId14">
        <w:r>
          <w:rPr>
            <w:color w:val="0000EE"/>
            <w:u w:val="single"/>
          </w:rPr>
          <w:t>[4]</w:t>
        </w:r>
      </w:hyperlink>
      <w:r>
        <w:t xml:space="preserve">- Paragraph 7: </w:t>
      </w:r>
      <w:hyperlink r:id="rId9">
        <w:r>
          <w:rPr>
            <w:color w:val="0000EE"/>
            <w:u w:val="single"/>
          </w:rPr>
          <w:t>[2]</w:t>
        </w:r>
      </w:hyperlink>
      <w:r>
        <w:t xml:space="preserve">, </w:t>
      </w:r>
      <w:hyperlink r:id="rId14">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[4]</w:t>
        </w:r>
      </w:hyperlink>
      <w:r>
        <w:t xml:space="preserve">- Paragraph 9: </w:t>
      </w:r>
      <w:hyperlink r:id="rId13">
        <w:r>
          <w:rPr>
            <w:color w:val="0000EE"/>
            <w:u w:val="single"/>
          </w:rPr>
          <w:t>[5]</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https://www.attitude.co.uk/life/travel/planning-gay-holiday-hottest-finds-534442/</w:t>
        </w:r>
      </w:hyperlink>
      <w:r>
        <w:t xml:space="preserve"> - Please view link - unable to able to access data</w:t>
      </w:r>
      <w:r/>
    </w:p>
    <w:p>
      <w:pPr>
        <w:pStyle w:val="ListNumber"/>
        <w:spacing w:line="240" w:lineRule="auto"/>
        <w:ind w:left="720"/>
      </w:pPr>
      <w:r/>
      <w:hyperlink r:id="rId9">
        <w:r>
          <w:rPr>
            <w:color w:val="0000EE"/>
            <w:u w:val="single"/>
          </w:rPr>
          <w:t>https://www.axelhotels.com/en/axel-beach-mykonos/hotel</w:t>
        </w:r>
      </w:hyperlink>
      <w:r>
        <w:t xml:space="preserve"> - Axel Beach Mykonos is a luxury LGBTQ+ hotel located in Mykonos Town, Greece. The hotel features striking architecture, private pools, and a vibrant atmosphere, making it a top destination for queer travellers. Guests can enjoy nearby LGBTQ+ beaches and lively evening parties, offering a perfect balance of relaxation and adventure. The hotel is part of Axel Hotels, the world's first LGBTQ+ hotel chain, known for its inclusive and welcoming environment.</w:t>
      </w:r>
      <w:r/>
    </w:p>
    <w:p>
      <w:pPr>
        <w:pStyle w:val="ListNumber"/>
        <w:spacing w:line="240" w:lineRule="auto"/>
        <w:ind w:left="720"/>
      </w:pPr>
      <w:r/>
      <w:hyperlink r:id="rId12">
        <w:r>
          <w:rPr>
            <w:color w:val="0000EE"/>
            <w:u w:val="single"/>
          </w:rPr>
          <w:t>https://july.com/us/casesafe/</w:t>
        </w:r>
      </w:hyperlink>
      <w:r>
        <w:t xml:space="preserve"> - July's CaseSafe™ technology introduces the world's first suitcase with built-in tracking capabilities. This innovation allows travellers to monitor their luggage globally, providing peace of mind during journeys. The technology is integrated into July's Capsule Carry On Pro and Carry On with CaseSafe™ models, featuring a magnetic closing system and a durable aerospace-grade German polycarbonate shell. The built-in tracker is compatible with Apple's Find My and Android's Find Hub networks, ensuring seamless connectivity and security.</w:t>
      </w:r>
      <w:r/>
    </w:p>
    <w:p>
      <w:pPr>
        <w:pStyle w:val="ListNumber"/>
        <w:spacing w:line="240" w:lineRule="auto"/>
        <w:ind w:left="720"/>
      </w:pPr>
      <w:r/>
      <w:hyperlink r:id="rId14">
        <w:r>
          <w:rPr>
            <w:color w:val="0000EE"/>
            <w:u w:val="single"/>
          </w:rPr>
          <w:t>https://www.singeatretreat.com</w:t>
        </w:r>
      </w:hyperlink>
      <w:r>
        <w:t xml:space="preserve"> - Sing Eat Retreat offers musical theatre retreats in Spain, Austria, and Greece, catering to singers of all skill levels. These week-long retreats provide over 30 hours of tuition, private lessons, and masterclasses, focusing on songs from musicals like Chicago, Cabaret, Sondheim, and Disney. New offerings in 2027 include The Velvet Sessions for swing, jazz, blues, and soul enthusiasts; Main Stage, focusing on pop and rock; and Mega Musicals: RECAST, designed with the LGBTQ+ community in mind.</w:t>
      </w:r>
      <w:r/>
    </w:p>
    <w:p>
      <w:pPr>
        <w:pStyle w:val="ListNumber"/>
        <w:spacing w:line="240" w:lineRule="auto"/>
        <w:ind w:left="720"/>
      </w:pPr>
      <w:r/>
      <w:hyperlink r:id="rId13">
        <w:r>
          <w:rPr>
            <w:color w:val="0000EE"/>
            <w:u w:val="single"/>
          </w:rPr>
          <w:t>https://www.tomsguide.com/home/im-terrified-of-losing-my-luggage-but-this-smart-suitcase-with-built-in-tracking-fixed-my-flight-anxieties</w:t>
        </w:r>
      </w:hyperlink>
      <w:r>
        <w:t xml:space="preserve"> - A personal account detailing the experience of using July's CaseSafe™ smart suitcase, which features built-in tracking technology. The author, previously anxious about checking luggage, found peace of mind with this suitcase that pairs seamlessly with Android devices via Google Find Hub. The article highlights the suitcase's durable construction, thoughtful interior design, and the convenience of real-time tracking, making it a valuable tool for frequent travellers concerned about lost luggage.</w:t>
      </w:r>
      <w:r/>
    </w:p>
    <w:p>
      <w:pPr>
        <w:pStyle w:val="ListNumber"/>
        <w:spacing w:line="240" w:lineRule="auto"/>
        <w:ind w:left="720"/>
      </w:pPr>
      <w:r/>
      <w:hyperlink r:id="rId10">
        <w:r>
          <w:rPr>
            <w:color w:val="0000EE"/>
            <w:u w:val="single"/>
          </w:rPr>
          <w:t>https://www.livingetc.com/features/myconian-collection-hotel-review</w:t>
        </w:r>
      </w:hyperlink>
      <w:r>
        <w:t xml:space="preserve"> - An exploration of how the Myconian Collection hotel group has transformed Mykonos into a burgeoning design destination. The article reviews properties like Myconian Deos and Panoptis Escape, highlighting their blend of traditional Cycladic architecture with modern design elements. It emphasizes the group's commitment to authenticity, family operation, and genuine hospitality, redefining Mykonos as a luxury destination beyond its party island reputation.</w:t>
      </w:r>
      <w:r/>
    </w:p>
    <w:p>
      <w:pPr>
        <w:pStyle w:val="ListNumber"/>
        <w:spacing w:line="240" w:lineRule="auto"/>
        <w:ind w:left="720"/>
      </w:pPr>
      <w:r/>
      <w:hyperlink r:id="rId11">
        <w:r>
          <w:rPr>
            <w:color w:val="0000EE"/>
            <w:u w:val="single"/>
          </w:rPr>
          <w:t>https://www.livingetc.com/features/new-hotel-openings-2026</w:t>
        </w:r>
      </w:hyperlink>
      <w:r>
        <w:t xml:space="preserve"> - A roundup of the most exciting boutique hotel openings for 2026, focusing on innovative design and experiential travel. The article features properties like Four Seasons Hotel Mykonos, which combines Cycladic style with modern luxury. It highlights the trend of hotels offering immersive retreats that celebrate craftsmanship and bold aesthetics, catering to design-conscious travellers seeking unique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xelhotels.com/en/axel-beach-mykonos/hotel" TargetMode="External"/><Relationship Id="rId10" Type="http://schemas.openxmlformats.org/officeDocument/2006/relationships/hyperlink" Target="https://www.livingetc.com/features/myconian-collection-hotel-review" TargetMode="External"/><Relationship Id="rId11" Type="http://schemas.openxmlformats.org/officeDocument/2006/relationships/hyperlink" Target="https://www.livingetc.com/features/new-hotel-openings-2026" TargetMode="External"/><Relationship Id="rId12" Type="http://schemas.openxmlformats.org/officeDocument/2006/relationships/hyperlink" Target="https://july.com/us/casesafe/" TargetMode="External"/><Relationship Id="rId13" Type="http://schemas.openxmlformats.org/officeDocument/2006/relationships/hyperlink" Target="https://www.tomsguide.com/home/im-terrified-of-losing-my-luggage-but-this-smart-suitcase-with-built-in-tracking-fixed-my-flight-anxieties" TargetMode="External"/><Relationship Id="rId14" Type="http://schemas.openxmlformats.org/officeDocument/2006/relationships/hyperlink" Target="https://www.singeatretreat.com" TargetMode="External"/><Relationship Id="rId15" Type="http://schemas.openxmlformats.org/officeDocument/2006/relationships/hyperlink" Target="https://www.attitude.co.uk/life/travel/planning-gay-holiday-hottest-finds-53444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