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Dating Apps vs Sites for Finding Meaningful Matches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Singles in LGBTQ+ communities, including visitors and residents of the Hamptons, are weighing up lesbian dating apps vs sites as online romance continues to thrive. Apps offer quick, location-based connections, while websites can make room for richer profiles and thoughtful searches. The right choice depends on whether you're looking for convenience, community, compatibility, or a blend of all three.</w:t>
      </w:r>
      <w:r/>
    </w:p>
    <w:p>
      <w:pPr>
        <w:pStyle w:val="Heading2"/>
      </w:pPr>
      <w:r>
        <w:t>Essential Takeaways</w:t>
      </w:r>
      <w:r/>
      <w:r/>
    </w:p>
    <w:p>
      <w:pPr>
        <w:pStyle w:val="ListBullet"/>
        <w:spacing w:line="240" w:lineRule="auto"/>
        <w:ind w:left="720"/>
      </w:pPr>
      <w:r/>
      <w:r>
        <w:rPr>
          <w:b/>
        </w:rPr>
        <w:t>Apps move quickly:</w:t>
      </w:r>
      <w:r>
        <w:t xml:space="preserve"> Mobile platforms make it easy to browse nearby profiles wherever you are.</w:t>
      </w:r>
      <w:r/>
    </w:p>
    <w:p>
      <w:pPr>
        <w:pStyle w:val="ListBullet"/>
        <w:spacing w:line="240" w:lineRule="auto"/>
        <w:ind w:left="720"/>
      </w:pPr>
      <w:r/>
      <w:r>
        <w:rPr>
          <w:b/>
        </w:rPr>
        <w:t>Sites encourage more detail:</w:t>
      </w:r>
      <w:r>
        <w:t xml:space="preserve"> Larger screens and fuller profiles can support slower, more considered decisions.</w:t>
      </w:r>
      <w:r/>
    </w:p>
    <w:p>
      <w:pPr>
        <w:pStyle w:val="ListBullet"/>
        <w:spacing w:line="240" w:lineRule="auto"/>
        <w:ind w:left="720"/>
      </w:pPr>
      <w:r/>
      <w:r>
        <w:rPr>
          <w:b/>
        </w:rPr>
        <w:t>Community matters:</w:t>
      </w:r>
      <w:r>
        <w:t xml:space="preserve"> LGBTQ+ platforms can offer friendship, events and conversation alongside dating.</w:t>
      </w:r>
      <w:r/>
    </w:p>
    <w:p>
      <w:pPr>
        <w:pStyle w:val="ListBullet"/>
        <w:spacing w:line="240" w:lineRule="auto"/>
        <w:ind w:left="720"/>
      </w:pPr>
      <w:r/>
      <w:r>
        <w:rPr>
          <w:b/>
        </w:rPr>
        <w:t>Your habits should guide you:</w:t>
      </w:r>
      <w:r>
        <w:t xml:space="preserve"> Frequent mobile users may prefer apps, while profile readers might favour websites.</w:t>
      </w:r>
      <w:r/>
    </w:p>
    <w:p>
      <w:pPr>
        <w:pStyle w:val="ListBullet"/>
        <w:spacing w:line="240" w:lineRule="auto"/>
        <w:ind w:left="720"/>
      </w:pPr>
      <w:r/>
      <w:r>
        <w:rPr>
          <w:b/>
        </w:rPr>
        <w:t>Using both can work well:</w:t>
      </w:r>
      <w:r>
        <w:t xml:space="preserve"> Many daters switch between formats depending on their mood and relationship goals.</w:t>
      </w:r>
      <w:r/>
      <w:r/>
    </w:p>
    <w:p>
      <w:pPr>
        <w:pStyle w:val="Heading2"/>
      </w:pPr>
      <w:r>
        <w:t>The app-versus-site debate is really about how you date</w:t>
      </w:r>
      <w:r/>
    </w:p>
    <w:p>
      <w:r/>
      <w:r>
        <w:t>Online dating didn't fade away when pandemic restrictions lifted. Instead, it settled into everyday life, giving queer singles more ways to meet people beyond bars, social circles and chance encounters. In places such as the Hamptons, where LGBTQ+ events and businesses create a welcoming backdrop, digital dating can add another layer to an already active community.</w:t>
      </w:r>
      <w:r/>
    </w:p>
    <w:p>
      <w:r/>
      <w:r>
        <w:t>The biggest distinction is simple: apps are built for movement, while sites are designed for concentration. An app fits neatly into a train journey or a quiet coffee break, whereas a website can feel more like sitting down to properly investigate your options. Neither is automatically better, and anyone claiming otherwise probably hasn't tried dating after a long day.</w:t>
      </w:r>
      <w:r/>
    </w:p>
    <w:p>
      <w:pPr>
        <w:pStyle w:val="Heading2"/>
      </w:pPr>
      <w:r>
        <w:t>Why lesbian dating apps feel fast and convenient</w:t>
      </w:r>
      <w:r/>
    </w:p>
    <w:p>
      <w:r/>
      <w:r>
        <w:t>Apps are useful when location matters. They can show who's nearby, make messaging immediate and keep the whole experience in your pocket, which is particularly handy for visitors hoping to meet people while travelling.</w:t>
      </w:r>
      <w:r/>
    </w:p>
    <w:p>
      <w:r/>
      <w:r>
        <w:t>That speed can also be a drawback. Swiping encourages rapid judgements based on limited information, so photos and short prompts may carry more weight than values, humour or long-term intentions. The best approach is to treat a match as an invitation to look closer, not a final verdict.</w:t>
      </w:r>
      <w:r/>
    </w:p>
    <w:p>
      <w:r/>
      <w:r>
        <w:t>Taimi positions itself as a broad LGBTQ+ dating and social platform, combining dating with chat and community features. Its official service is app-led, making it a natural fit for people who want a polished, mobile-first experience, while desktop access can suit users who prefer a larger screen, according to Taimi's own platform information.</w:t>
      </w:r>
      <w:r/>
    </w:p>
    <w:p>
      <w:pPr>
        <w:pStyle w:val="Heading2"/>
      </w:pPr>
      <w:r>
        <w:t>When a dating website gives you more room to think</w:t>
      </w:r>
      <w:r/>
    </w:p>
    <w:p>
      <w:r/>
      <w:r>
        <w:t>Websites can be appealing if you like reading profiles carefully and comparing details before starting a conversation. A larger display makes it easier to review photographs, interests and compatibility information without the compressed feel of a phone screen.</w:t>
      </w:r>
      <w:r/>
    </w:p>
    <w:p>
      <w:r/>
      <w:r>
        <w:t>OKCupid is a useful example of this more information-led approach. Its matching process has long drawn on questions about identity, interests and personal preferences, while its platform has also been recognised for offering more inclusive gender and orientation choices than many traditional services, according to Time.</w:t>
      </w:r>
      <w:r/>
    </w:p>
    <w:p>
      <w:r/>
      <w:r>
        <w:t>That extra detail isn't a guarantee of chemistry, of course. It simply gives you better material for deciding whether someone seems interesting, kind and aligned with what you're hoping to find.</w:t>
      </w:r>
      <w:r/>
    </w:p>
    <w:p>
      <w:pPr>
        <w:pStyle w:val="Heading2"/>
      </w:pPr>
      <w:r>
        <w:t>Which platform suits different relationship goals?</w:t>
      </w:r>
      <w:r/>
    </w:p>
    <w:p>
      <w:r/>
      <w:r>
        <w:t>If your priority is meeting people nearby, an app may have the edge. If you're searching for shared values, a website with detailed questions and longer profiles may feel more comfortable. For many users, the smartest option is to combine the two rather than force yourself into one camp.</w:t>
      </w:r>
      <w:r/>
    </w:p>
    <w:p>
      <w:r/>
      <w:r>
        <w:t>Taimi's appeal lies in its LGBTQ+ focus and community feel, while wider services such as Zoosk offer a larger general dating environment with LGBTQ+ participation. Zoosk operates across app and website formats and uses behavioural signals to refine recommendations, so regular activity can influence the matches you're shown.</w:t>
      </w:r>
      <w:r/>
    </w:p>
    <w:p>
      <w:r/>
      <w:r>
        <w:t>Older queer women may also want to look closely at age range, verification and privacy controls rather than choosing purely on popularity. A platform that feels calm, clear and secure is often more valuable than one with the loudest advertising.</w:t>
      </w:r>
      <w:r/>
    </w:p>
    <w:p>
      <w:pPr>
        <w:pStyle w:val="Heading2"/>
      </w:pPr>
      <w:r>
        <w:t>How to choose a safer, better-fitting dating service</w:t>
      </w:r>
      <w:r/>
    </w:p>
    <w:p>
      <w:r/>
      <w:r>
        <w:t>Start by deciding what you actually want: casual conversation, friendship, dates, a committed relationship or simply a stronger social network. Then check whether a platform supports that aim openly. Look for clear privacy settings, reporting tools, identity checks and straightforward information about subscriptions.</w:t>
      </w:r>
      <w:r/>
    </w:p>
    <w:p>
      <w:r/>
      <w:r>
        <w:t>Don't rush into sharing your home address, workplace or travel plans. Keep early conversations inside the platform, arrange first meetings in public and tell a friend where you're going. These are unglamorous steps, but they protect the enjoyable part of dating.</w:t>
      </w:r>
      <w:r/>
    </w:p>
    <w:p>
      <w:r/>
      <w:r>
        <w:t>It also helps to review your profile every few weeks. A recent photo, a specific prompt and a line about what makes you laugh will usually say more than a string of generic adjectives. Your future match doesn't need a sales pitch; they need a glimpse of the real person behind the screen.</w:t>
      </w:r>
      <w:r/>
    </w:p>
    <w:p>
      <w:pPr>
        <w:pStyle w:val="Heading2"/>
      </w:pPr>
      <w:r>
        <w:t>The best choice may be both</w:t>
      </w:r>
      <w:r/>
    </w:p>
    <w:p>
      <w:r/>
      <w:r>
        <w:t>The app-versus-site argument sounds decisive, but real dating habits are usually messier and more flexible. You might browse an app while out and use a website later to read profiles in greater depth, switching format as your attention and intentions change.</w:t>
      </w:r>
      <w:r/>
    </w:p>
    <w:p>
      <w:r/>
      <w:r>
        <w:t>For LGBTQ+ singles in the Hamptons and beyond, that flexibility is a genuine advantage. Digital dating now offers a mix of speed, visibility and community that can complement real-world queer spaces rather than replace them. In the end, the most useful platform is the one that helps you feel safe, seen and willing to start a conversation.</w:t>
      </w:r>
      <w:r/>
    </w:p>
    <w:p>
      <w:r/>
      <w:r>
        <w:t>Try the format that matches your dating style, then adjust as your goals evolve.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5">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https://homebusinessmag.com/blog/dating-romance/lesbian-dating-sites-vs-apps-which-works-better/</w:t>
        </w:r>
      </w:hyperlink>
      <w:r>
        <w:t xml:space="preserve"> - Please view link - unable to able to access data</w:t>
      </w:r>
      <w:r/>
    </w:p>
    <w:p>
      <w:pPr>
        <w:pStyle w:val="ListNumber"/>
        <w:spacing w:line="240" w:lineRule="auto"/>
        <w:ind w:left="720"/>
      </w:pPr>
      <w:r/>
      <w:hyperlink r:id="rId10">
        <w:r>
          <w:rPr>
            <w:color w:val="0000EE"/>
            <w:u w:val="single"/>
          </w:rPr>
          <w:t>https://taimi.com/</w:t>
        </w:r>
      </w:hyperlink>
      <w:r>
        <w:t xml:space="preserve"> - Taimi is a fully inclusive dating app that embraces the entire LGBTQ+ spectrum, including lesbian, gay, bi, trans, queer, and more. With millions of users worldwide, Taimi redefines queer dating by creating a space where every identity, attraction, and relationship is welcome. The platform offers features such as a queer-centric bio, authentic connections through the 'Vibes' feature, and a place to be oneself with options like stealth mode for privacy. Taimi operates in over 138 countries and is available on iOS and Android devices.</w:t>
      </w:r>
      <w:r/>
    </w:p>
    <w:p>
      <w:pPr>
        <w:pStyle w:val="ListNumber"/>
        <w:spacing w:line="240" w:lineRule="auto"/>
        <w:ind w:left="720"/>
      </w:pPr>
      <w:r/>
      <w:hyperlink r:id="rId12">
        <w:r>
          <w:rPr>
            <w:color w:val="0000EE"/>
            <w:u w:val="single"/>
          </w:rPr>
          <w:t>https://apps.apple.com/us/app/taimi-lgbtq-dating-chat-app/id1282966364</w:t>
        </w:r>
      </w:hyperlink>
      <w:r>
        <w:t xml:space="preserve"> - The Taimi app is available for iOS devices, offering a safe space for LGBTQ+ individuals to connect. With over 37 million members, Taimi provides features like the Taimi AI Dating Assistant, inclusive matching based on sexuality, gender identity, and interests, advanced filters for searching by location and specific LGBTQ+ identities, and options for global and local dating. The app is designed for adults 18 and older and is available for download on the App Store.</w:t>
      </w:r>
      <w:r/>
    </w:p>
    <w:p>
      <w:pPr>
        <w:pStyle w:val="ListNumber"/>
        <w:spacing w:line="240" w:lineRule="auto"/>
        <w:ind w:left="720"/>
      </w:pPr>
      <w:r/>
      <w:hyperlink r:id="rId11">
        <w:r>
          <w:rPr>
            <w:color w:val="0000EE"/>
            <w:u w:val="single"/>
          </w:rPr>
          <w:t>https://taimidating.com/</w:t>
        </w:r>
      </w:hyperlink>
      <w:r>
        <w:t xml:space="preserve"> - Taimi is the largest LGBTQ+ dating and social platform, built for the queer community from day one. The app offers a full identity spectrum, verified profiles, screenshot-protected chat, livestreams, and groups. Users can set their identity from a wide range of options, verify their profiles, and use incognito mode for privacy. Taimi also provides advanced identity filters and various features for matching, chatting, or just belonging to the community. The app is available for download on the App Store and Google Play.</w:t>
      </w:r>
      <w:r/>
    </w:p>
    <w:p>
      <w:pPr>
        <w:pStyle w:val="ListNumber"/>
        <w:spacing w:line="240" w:lineRule="auto"/>
        <w:ind w:left="720"/>
      </w:pPr>
      <w:r/>
      <w:hyperlink r:id="rId15">
        <w:r>
          <w:rPr>
            <w:color w:val="0000EE"/>
            <w:u w:val="single"/>
          </w:rPr>
          <w:t>https://best.dating/apps/taimi</w:t>
        </w:r>
      </w:hyperlink>
      <w:r>
        <w:t xml:space="preserve"> - Taimi is an LGBTQ+ dating app launched in 2017, offering free chat, swipe features, and verified video options. The app is available on Android and iOS platforms and has a rating of 4.23 out of 5 based on 730,000 ratings. Taimi is ranked #1 in the United States and South Africa and #2 in the Americas for LGBTQ+ dating apps. The app provides features like free chat, swipe functionality, call options, and verified video, catering to the LGBTQ+ community.</w:t>
      </w:r>
      <w:r/>
    </w:p>
    <w:p>
      <w:pPr>
        <w:pStyle w:val="ListNumber"/>
        <w:spacing w:line="240" w:lineRule="auto"/>
        <w:ind w:left="720"/>
      </w:pPr>
      <w:r/>
      <w:hyperlink r:id="rId13">
        <w:r>
          <w:rPr>
            <w:color w:val="0000EE"/>
            <w:u w:val="single"/>
          </w:rPr>
          <w:t>https://en.wikipedia.org/wiki/Taimi</w:t>
        </w:r>
      </w:hyperlink>
      <w:r>
        <w:t xml:space="preserve"> - Taimi is a dating app that caters to the LGBTQI+ community, matching registered users based on their selected preferences and location. Originally an online dating service for gay men, by 2022 Taimi had become an app for all members of the LGBTQI+ community. It operates in more than 138 countries, including the US, UK, the Netherlands, Spain, Central and South America, Ukraine, and other European and Asian countries. Taimi runs on iOS and Android, offering services like live streaming, chatting, and video calling.</w:t>
      </w:r>
      <w:r/>
    </w:p>
    <w:p>
      <w:pPr>
        <w:pStyle w:val="ListNumber"/>
        <w:spacing w:line="240" w:lineRule="auto"/>
        <w:ind w:left="720"/>
      </w:pPr>
      <w:r/>
      <w:hyperlink r:id="rId14">
        <w:r>
          <w:rPr>
            <w:color w:val="0000EE"/>
            <w:u w:val="single"/>
          </w:rPr>
          <w:t>https://time.com/3590533/okcupid-gender-sexual-orientation-identity-options/</w:t>
        </w:r>
      </w:hyperlink>
      <w:r>
        <w:t xml:space="preserve"> - In November 2014, OkCupid began rolling out expanded gender identity and sexual orientation options to a select group of users. Previously limited to identifying as male or female and as gay, straight, or bisexual, users now have access to a broader range of identifiers. New sexual orientation choices include asexual, queer, questioning, pansexual, and sapiosexual (attraction to intelligence). Gender options now encompass cisgender men and women, transgender men and women, genderqueer, genderfluid, gender nonconforming, intersex, and more. This update reflects OkCupid's efforts to be more inclusive and accurately represent the diversity within its online dating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mebusinessmag.com/blog/dating-romance/lesbian-dating-sites-vs-apps-which-works-better/" TargetMode="External"/><Relationship Id="rId10" Type="http://schemas.openxmlformats.org/officeDocument/2006/relationships/hyperlink" Target="https://taimi.com/" TargetMode="External"/><Relationship Id="rId11" Type="http://schemas.openxmlformats.org/officeDocument/2006/relationships/hyperlink" Target="https://taimidating.com/" TargetMode="External"/><Relationship Id="rId12" Type="http://schemas.openxmlformats.org/officeDocument/2006/relationships/hyperlink" Target="https://apps.apple.com/us/app/taimi-lgbtq-dating-chat-app/id1282966364" TargetMode="External"/><Relationship Id="rId13" Type="http://schemas.openxmlformats.org/officeDocument/2006/relationships/hyperlink" Target="https://en.wikipedia.org/wiki/Taimi" TargetMode="External"/><Relationship Id="rId14" Type="http://schemas.openxmlformats.org/officeDocument/2006/relationships/hyperlink" Target="https://time.com/3590533/okcupid-gender-sexual-orientation-identity-options/" TargetMode="External"/><Relationship Id="rId15" Type="http://schemas.openxmlformats.org/officeDocument/2006/relationships/hyperlink" Target="https://best.dating/apps/tai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