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Homotopia Festival 2026 events in Liverpool to book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Liverpool's Homotopia festival returns this autumn with six weeks of LGBTQIA+ theatre, film, music, performance and conversation. The 2026 programme spans familiar city venues and independent creative spaces, giving visitors plenty of ways to experience queer art, community and history across Liverpool from October into December.</w:t>
      </w:r>
      <w:r/>
    </w:p>
    <w:p>
      <w:pPr>
        <w:pStyle w:val="Heading2"/>
      </w:pPr>
      <w:r>
        <w:t>Essential Takeaways</w:t>
      </w:r>
      <w:r/>
      <w:r/>
    </w:p>
    <w:p>
      <w:pPr>
        <w:pStyle w:val="ListBullet"/>
        <w:spacing w:line="240" w:lineRule="auto"/>
        <w:ind w:left="720"/>
      </w:pPr>
      <w:r/>
      <w:r>
        <w:rPr>
          <w:b/>
        </w:rPr>
        <w:t>Six weeks of culture:</w:t>
      </w:r>
      <w:r>
        <w:t xml:space="preserve"> Homotopia runs from 17 October to 1 December 2026.</w:t>
      </w:r>
      <w:r/>
    </w:p>
    <w:p>
      <w:pPr>
        <w:pStyle w:val="ListBullet"/>
        <w:spacing w:line="240" w:lineRule="auto"/>
        <w:ind w:left="720"/>
      </w:pPr>
      <w:r/>
      <w:r>
        <w:rPr>
          <w:b/>
        </w:rPr>
        <w:t>A broad programme:</w:t>
      </w:r>
      <w:r>
        <w:t xml:space="preserve"> Expect theatre, dance, film, club nights, visual art, literature and digital work.</w:t>
      </w:r>
      <w:r/>
    </w:p>
    <w:p>
      <w:pPr>
        <w:pStyle w:val="ListBullet"/>
        <w:spacing w:line="240" w:lineRule="auto"/>
        <w:ind w:left="720"/>
      </w:pPr>
      <w:r/>
      <w:r>
        <w:rPr>
          <w:b/>
        </w:rPr>
        <w:t>Venues across Liverpool:</w:t>
      </w:r>
      <w:r>
        <w:t xml:space="preserve"> Events are planned for spaces including Unity Theatre, FACT, the Bluecoat, Central Library and the Philharmonic.</w:t>
      </w:r>
      <w:r/>
    </w:p>
    <w:p>
      <w:pPr>
        <w:pStyle w:val="ListBullet"/>
        <w:spacing w:line="240" w:lineRule="auto"/>
        <w:ind w:left="720"/>
      </w:pPr>
      <w:r/>
      <w:r>
        <w:rPr>
          <w:b/>
        </w:rPr>
        <w:t>Important moments included:</w:t>
      </w:r>
      <w:r>
        <w:t xml:space="preserve"> The programme features Transgender Day of Remembrance and World AIDS Day events.</w:t>
      </w:r>
      <w:r/>
    </w:p>
    <w:p>
      <w:pPr>
        <w:pStyle w:val="ListBullet"/>
        <w:spacing w:line="240" w:lineRule="auto"/>
        <w:ind w:left="720"/>
      </w:pPr>
      <w:r/>
      <w:r>
        <w:rPr>
          <w:b/>
        </w:rPr>
        <w:t>Tickets and updates:</w:t>
      </w:r>
      <w:r>
        <w:t xml:space="preserve"> Check Homotopia's official festival listings for booking details, times and any programme changes.</w:t>
      </w:r>
      <w:r/>
      <w:r/>
    </w:p>
    <w:p>
      <w:pPr>
        <w:pStyle w:val="Heading2"/>
      </w:pPr>
      <w:r>
        <w:t>Liverpool's long-running queer festival is back</w:t>
      </w:r>
      <w:r/>
    </w:p>
    <w:p>
      <w:r/>
      <w:r>
        <w:t>Liverpool will become a particularly lively place this autumn, as Homotopia returns for its 22nd year. The festival's six-week run brings queer creativity into theatres, galleries, cinemas, libraries and nightlife venues, creating a programme that feels as varied as the city itself.</w:t>
      </w:r>
      <w:r/>
    </w:p>
    <w:p>
      <w:r/>
      <w:r>
        <w:t>According to the festival's announcement, this year's theme is "We Come Together". It reflects a programme built around shared experience, artistic risk and the continuing importance of LGBTQIA+ spaces. The result isn't one single type of night out, but a colourful mix of performances, talks, screenings and social events.</w:t>
      </w:r>
      <w:r/>
    </w:p>
    <w:p>
      <w:r/>
      <w:r>
        <w:t>Homotopia's official listings describe a programme that reaches well beyond traditional theatre. Visitors can move from a gallery exhibition or film screening to a club night, book event or community gathering, sometimes within the same week.</w:t>
      </w:r>
      <w:r/>
    </w:p>
    <w:p>
      <w:pPr>
        <w:pStyle w:val="Heading2"/>
      </w:pPr>
      <w:r>
        <w:t>What to see during Homotopia 2026</w:t>
      </w:r>
      <w:r/>
    </w:p>
    <w:p>
      <w:r/>
      <w:r>
        <w:t xml:space="preserve">The festival opens on 17 October with events including </w:t>
      </w:r>
      <w:r>
        <w:rPr>
          <w:i/>
        </w:rPr>
        <w:t>Scouse Queer Activists</w:t>
      </w:r>
      <w:r>
        <w:t xml:space="preserve"> by Clare Jasmine Beloved, </w:t>
      </w:r>
      <w:r>
        <w:rPr>
          <w:i/>
        </w:rPr>
        <w:t>The Gathering: Stop the Clause</w:t>
      </w:r>
      <w:r>
        <w:t xml:space="preserve"> at Open Eye Gallery and House of Suarez's runway event at Invisible Wind Factory.</w:t>
      </w:r>
      <w:r/>
    </w:p>
    <w:p>
      <w:r/>
      <w:r>
        <w:t xml:space="preserve">The November programme is especially packed. Highlights include </w:t>
      </w:r>
      <w:r>
        <w:rPr>
          <w:i/>
        </w:rPr>
        <w:t>Thick and Tight: Natural Behaviour</w:t>
      </w:r>
      <w:r>
        <w:t xml:space="preserve"> at Unity Theatre, </w:t>
      </w:r>
      <w:r>
        <w:rPr>
          <w:i/>
        </w:rPr>
        <w:t>First Take 40 ... And Queer!</w:t>
      </w:r>
      <w:r>
        <w:t xml:space="preserve"> at Everyman Cinema and </w:t>
      </w:r>
      <w:r>
        <w:rPr>
          <w:i/>
        </w:rPr>
        <w:t>Fatt Butcher's Congregational</w:t>
      </w:r>
      <w:r>
        <w:t xml:space="preserve"> at Liverpool Philharmonic. These events offer very different moods, from sharp performance and cinema to a larger-scale live experience.</w:t>
      </w:r>
      <w:r/>
    </w:p>
    <w:p>
      <w:r/>
      <w:r>
        <w:t>Later in the month, audiences can find literature, visual art, zine-making and music across the city. The official Homotopia programme includes an evening of queer literature at Central Library, a Homotopia and Unity scratch night, Sonic Yootha at 24 Kitchen Street and a late-night event at District.</w:t>
      </w:r>
      <w:r/>
    </w:p>
    <w:p>
      <w:pPr>
        <w:pStyle w:val="Heading2"/>
      </w:pPr>
      <w:r>
        <w:t>Meaningful events sit alongside the nightlife</w:t>
      </w:r>
      <w:r/>
    </w:p>
    <w:p>
      <w:r/>
      <w:r>
        <w:t>Homotopia isn't only about entertainment, although there are certainly plenty of opportunities to dance, draw, chat and stay out late. The programme also makes room for remembrance and reflection, including Transgender Day of Remembrance at the Museum of Liverpool and World AIDS Day events at Central Library and Liverpool Parish Church.</w:t>
      </w:r>
      <w:r/>
    </w:p>
    <w:p>
      <w:r/>
      <w:r>
        <w:t>That balance is part of the festival's appeal. A visitor might spend one evening at a playful performance, then attend a community drop-in or vigil that places LGBTQIA+ history and solidarity at the centre. It gives the programme emotional depth without making every event feel solemn.</w:t>
      </w:r>
      <w:r/>
    </w:p>
    <w:p>
      <w:r/>
      <w:r>
        <w:t>The festival's director, Jayne Compton, said in the launch announcement that the programme includes dance, performance, film, club nights, digital art and visual art. That breadth should make Homotopia appealing to regular festivalgoers and first-time visitors alike.</w:t>
      </w:r>
      <w:r/>
    </w:p>
    <w:p>
      <w:pPr>
        <w:pStyle w:val="Heading2"/>
      </w:pPr>
      <w:r>
        <w:t>How to choose the right Liverpool events</w:t>
      </w:r>
      <w:r/>
    </w:p>
    <w:p>
      <w:r/>
      <w:r>
        <w:t>If you're planning a visit, start with the format rather than trying to tackle the entire programme. Theatre fans should look at Unity Theatre's listings, while film lovers may prefer Everyman Cinema or FACT. For a more relaxed evening, the book club, literature event or cookery book club could be a gentler introduction.</w:t>
      </w:r>
      <w:r/>
    </w:p>
    <w:p>
      <w:r/>
      <w:r>
        <w:t>It's also worth checking venue locations before booking multiple events. Homotopia spreads across Liverpool, from the city centre to distinctive independent spaces, so a little planning will save a rushed dash between shows. Some events may be intimate or capacity-limited, making early booking sensible.</w:t>
      </w:r>
      <w:r/>
    </w:p>
    <w:p>
      <w:r/>
      <w:r>
        <w:t>For the biggest moments, keep an eye on the festival's official website and individual venue pages. Timings, ticket links and accessibility information can vary, and live programmes sometimes shift as details are confirmed.</w:t>
      </w:r>
      <w:r/>
    </w:p>
    <w:p>
      <w:pPr>
        <w:pStyle w:val="Heading2"/>
      </w:pPr>
      <w:r>
        <w:t>A festival with room for newcomers</w:t>
      </w:r>
      <w:r/>
    </w:p>
    <w:p>
      <w:r/>
      <w:r>
        <w:t>Homotopia's strength is its sense of welcome. The programme combines established venues with community-focused events, so it doesn't assume everyone arrives as an expert in queer art or festival culture. You can choose a single screening, a workshop, a performance or a public gathering and still feel part of the wider occasion.</w:t>
      </w:r>
      <w:r/>
    </w:p>
    <w:p>
      <w:r/>
      <w:r>
        <w:t>There is something reassuring about a festival that makes space for both celebration and memory. Liverpool's creative energy does the rest, bringing a warm, occasionally mischievous atmosphere to events that might otherwise feel formal or distant.</w:t>
      </w:r>
      <w:r/>
    </w:p>
    <w:p>
      <w:r/>
      <w:r>
        <w:t>With six weeks of activity ahead, Homotopia 2026 looks set to offer plenty of routes into the city's LGBTQIA+ arts scene. Whether you're booking one night or building a full autumn diary, it's a programme worth exploring early.</w:t>
      </w:r>
      <w:r/>
    </w:p>
    <w:p>
      <w:r/>
      <w:r>
        <w:t>It's a lively invitation to experience Liverpool through queer art, community and shared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1">
        <w:r>
          <w:rPr>
            <w:color w:val="0000EE"/>
            <w:u w:val="single"/>
          </w:rPr>
          <w:t>[6]</w:t>
        </w:r>
      </w:hyperlink>
      <w:r>
        <w:t xml:space="preserve">- Paragraph 3: </w:t>
      </w:r>
      <w:hyperlink r:id="rId13">
        <w:r>
          <w:rPr>
            <w:color w:val="0000EE"/>
            <w:u w:val="single"/>
          </w:rPr>
          <w:t>[2]</w:t>
        </w:r>
      </w:hyperlink>
      <w:r>
        <w:t xml:space="preserve">, </w:t>
      </w:r>
      <w:hyperlink r:id="rId10">
        <w:r>
          <w:rPr>
            <w:color w:val="0000EE"/>
            <w:u w:val="single"/>
          </w:rPr>
          <w:t>[3]</w:t>
        </w:r>
      </w:hyperlink>
      <w:r>
        <w:t xml:space="preserve">- Paragraph 4: </w:t>
      </w:r>
      <w:hyperlink r:id="rId13">
        <w:r>
          <w:rPr>
            <w:color w:val="0000EE"/>
            <w:u w:val="single"/>
          </w:rPr>
          <w:t>[2]</w:t>
        </w:r>
      </w:hyperlink>
      <w:r>
        <w:t xml:space="preserve">, </w:t>
      </w:r>
      <w:hyperlink r:id="rId11">
        <w:r>
          <w:rPr>
            <w:color w:val="0000EE"/>
            <w:u w:val="single"/>
          </w:rPr>
          <w:t>[6]</w:t>
        </w:r>
      </w:hyperlink>
      <w:r>
        <w:t xml:space="preserve">- Paragraph 5: </w:t>
      </w:r>
      <w:hyperlink r:id="rId10">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[2]</w:t>
        </w:r>
      </w:hyperlink>
      <w:r>
        <w:t xml:space="preserve">, </w:t>
      </w:r>
      <w:hyperlink r:id="rId14">
        <w:r>
          <w:rPr>
            <w:color w:val="0000EE"/>
            <w:u w:val="single"/>
          </w:rPr>
          <w:t>[5]</w:t>
        </w:r>
      </w:hyperlink>
      <w:r>
        <w:t xml:space="preserve">- Paragraph 7: </w:t>
      </w:r>
      <w:hyperlink r:id="rId13">
        <w:r>
          <w:rPr>
            <w:color w:val="0000EE"/>
            <w:u w:val="single"/>
          </w:rPr>
          <w:t>[2]</w:t>
        </w:r>
      </w:hyperlink>
      <w:r>
        <w:t xml:space="preserve">, </w:t>
      </w:r>
      <w:hyperlink r:id="rId14">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[6]</w:t>
        </w:r>
      </w:hyperlink>
      <w:r>
        <w:t xml:space="preserve">- Paragraph 9: </w:t>
      </w:r>
      <w:hyperlink r:id="rId13">
        <w:r>
          <w:rPr>
            <w:color w:val="0000EE"/>
            <w:u w:val="single"/>
          </w:rPr>
          <w:t>[2]</w:t>
        </w:r>
      </w:hyperlink>
      <w:r>
        <w:t xml:space="preserve">, </w:t>
      </w:r>
      <w:hyperlink r:id="rId14">
        <w:r>
          <w:rPr>
            <w:color w:val="0000EE"/>
            <w:u w:val="single"/>
          </w:rPr>
          <w:t>[5]</w:t>
        </w:r>
      </w:hyperlink>
      <w:r>
        <w:t xml:space="preserve">- Paragraph 10: </w:t>
      </w:r>
      <w:hyperlink r:id="rId13">
        <w:r>
          <w:rPr>
            <w:color w:val="0000EE"/>
            <w:u w:val="single"/>
          </w:rPr>
          <w:t>[2]</w:t>
        </w:r>
      </w:hyperlink>
      <w:r>
        <w:t xml:space="preserve">, </w:t>
      </w:r>
      <w:hyperlink r:id="rId10">
        <w:r>
          <w:rPr>
            <w:color w:val="0000EE"/>
            <w:u w:val="single"/>
          </w:rPr>
          <w:t>[3]</w:t>
        </w:r>
      </w:hyperlink>
      <w:r>
        <w:t xml:space="preserve">- Paragraph 11: </w:t>
      </w:r>
      <w:hyperlink r:id="rId13">
        <w:r>
          <w:rPr>
            <w:color w:val="0000EE"/>
            <w:u w:val="single"/>
          </w:rPr>
          <w:t>[2]</w:t>
        </w:r>
      </w:hyperlink>
      <w:r>
        <w:t xml:space="preserve">, </w:t>
      </w:r>
      <w:hyperlink r:id="rId14">
        <w:r>
          <w:rPr>
            <w:color w:val="0000EE"/>
            <w:u w:val="single"/>
          </w:rPr>
          <w:t>[5]</w:t>
        </w:r>
      </w:hyperlink>
      <w:r>
        <w:t xml:space="preserve">- Paragraph 12: </w:t>
      </w:r>
      <w:hyperlink r:id="rId13">
        <w:r>
          <w:rPr>
            <w:color w:val="0000EE"/>
            <w:u w:val="single"/>
          </w:rPr>
          <w:t>[2]</w:t>
        </w:r>
      </w:hyperlink>
      <w:r>
        <w:t xml:space="preserve">, </w:t>
      </w:r>
      <w:hyperlink r:id="rId12">
        <w:r>
          <w:rPr>
            <w:color w:val="0000EE"/>
            <w:u w:val="single"/>
          </w:rPr>
          <w:t>[4]</w:t>
        </w:r>
      </w:hyperlink>
      <w:r>
        <w:t xml:space="preserve">- Paragraph 13: </w:t>
      </w:r>
      <w:hyperlink r:id="rId10">
        <w:r>
          <w:rPr>
            <w:color w:val="0000EE"/>
            <w:u w:val="single"/>
          </w:rPr>
          <w:t>[3]</w:t>
        </w:r>
      </w:hyperlink>
      <w:r>
        <w:t xml:space="preserve">, </w:t>
      </w:r>
      <w:hyperlink r:id="rId11">
        <w:r>
          <w:rPr>
            <w:color w:val="0000EE"/>
            <w:u w:val="single"/>
          </w:rPr>
          <w:t>[6]</w:t>
        </w:r>
      </w:hyperlink>
      <w:r>
        <w:t xml:space="preserve">- Paragraph 14: </w:t>
      </w:r>
      <w:hyperlink r:id="rId13">
        <w:r>
          <w:rPr>
            <w:color w:val="0000EE"/>
            <w:u w:val="single"/>
          </w:rPr>
          <w:t>[2]</w:t>
        </w:r>
      </w:hyperlink>
      <w:r>
        <w:t xml:space="preserve">, </w:t>
      </w:r>
      <w:hyperlink r:id="rId10">
        <w:r>
          <w:rPr>
            <w:color w:val="0000EE"/>
            <w:u w:val="single"/>
          </w:rPr>
          <w:t>[3]</w:t>
        </w:r>
      </w:hyperlink>
      <w:r>
        <w:t xml:space="preserve">- Paragraph 15: </w:t>
      </w:r>
      <w:hyperlink r:id="rId13">
        <w:r>
          <w:rPr>
            <w:color w:val="0000EE"/>
            <w:u w:val="single"/>
          </w:rPr>
          <w:t>[2]</w:t>
        </w:r>
      </w:hyperlink>
      <w:r>
        <w:t xml:space="preserve">, </w:t>
      </w:r>
      <w:hyperlink r:id="rId12">
        <w:r>
          <w:rPr>
            <w:color w:val="0000EE"/>
            <w:u w:val="single"/>
          </w:rPr>
          <w:t>[4]</w:t>
        </w:r>
      </w:hyperlink>
      <w:r>
        <w:t xml:space="preserve">- Paragraph 16: </w:t>
      </w:r>
      <w:hyperlink r:id="rId13">
        <w:r>
          <w:rPr>
            <w:color w:val="0000EE"/>
            <w:u w:val="single"/>
          </w:rPr>
          <w:t>[2]</w:t>
        </w:r>
      </w:hyperlink>
      <w:r>
        <w:t xml:space="preserve">, </w:t>
      </w:r>
      <w:hyperlink r:id="rId14">
        <w:r>
          <w:rPr>
            <w:color w:val="0000EE"/>
            <w:u w:val="single"/>
          </w:rPr>
          <w:t>[5]</w:t>
        </w:r>
      </w:hyperlink>
      <w:r>
        <w:t xml:space="preserve">- Paragraph 17: </w:t>
      </w:r>
      <w:hyperlink r:id="rId10">
        <w:r>
          <w:rPr>
            <w:color w:val="0000EE"/>
            <w:u w:val="single"/>
          </w:rPr>
          <w:t>[3]</w:t>
        </w:r>
      </w:hyperlink>
      <w:r>
        <w:t xml:space="preserve">, </w:t>
      </w:r>
      <w:hyperlink r:id="rId11">
        <w:r>
          <w:rPr>
            <w:color w:val="0000EE"/>
            <w:u w:val="single"/>
          </w:rPr>
          <w:t>[6]</w:t>
        </w:r>
      </w:hyperlink>
      <w:r>
        <w:t xml:space="preserve">- Paragraph 18: </w:t>
      </w:r>
      <w:hyperlink r:id="rId13">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https://www.liverpoolecho.co.uk/whats-on/full-list-events-one-uks-34581531</w:t>
        </w:r>
      </w:hyperlink>
      <w:r>
        <w:t xml:space="preserve"> - Please view link - unable to able to access data</w:t>
      </w:r>
      <w:r/>
    </w:p>
    <w:p>
      <w:pPr>
        <w:pStyle w:val="ListNumber"/>
        <w:spacing w:line="240" w:lineRule="auto"/>
        <w:ind w:left="720"/>
      </w:pPr>
      <w:r/>
      <w:hyperlink r:id="rId13">
        <w:r>
          <w:rPr>
            <w:color w:val="0000EE"/>
            <w:u w:val="single"/>
          </w:rPr>
          <w:t>https://www.homotopia.net/festival/</w:t>
        </w:r>
      </w:hyperlink>
      <w:r>
        <w:t xml:space="preserve"> - Homotopia Festival 2026: We Come Together is an invitation to gather around a stage, fill the dance floor, join workshops, sing with others, discover new artists, celebrate queer brilliance, remember histories, and imagine new futures together. The festival spans October and November, bringing artists, audiences, and communities together across Liverpool for a celebration of queer creativity in all its forms, including bold performances, visual art, film, music, comedy, club culture, workshops, conversation, and collective joy. As the UK's longest-running LGBTQIA+ arts and culture festival, Homotopia has spent over twenty years championing courageous artists and creating spaces where queer stories can flourish. This year's programme continues that tradition, celebrating the artists who paved the way while making space for the next generation of queer voices. The festival opens with a celebration of one of Liverpool's most iconic creative communities as House of Suarez marks its twentieth anniversary with a spectacular runway event, before launching into an exciting programme that moves effortlessly between theatre, live art, comedy, club culture, film, workshops, and public conversations. Across the festival, you'll find dazzling performances from acclaimed artists, opportunities to make and create alongside others, evenings spent dancing at queer club nights, intimate film screenings, artist talks, community workshops, and spaces dedicated to reflection and remembrance. The festival is funded by Arts Council England and Liverpool City Council.</w:t>
      </w:r>
      <w:r/>
    </w:p>
    <w:p>
      <w:pPr>
        <w:pStyle w:val="ListNumber"/>
        <w:spacing w:line="240" w:lineRule="auto"/>
        <w:ind w:left="720"/>
      </w:pPr>
      <w:r/>
      <w:hyperlink r:id="rId10">
        <w:r>
          <w:rPr>
            <w:color w:val="0000EE"/>
            <w:u w:val="single"/>
          </w:rPr>
          <w:t>https://www.homotopia.net/announcing-homotopia-festival-2026-we-come-together/</w:t>
        </w:r>
      </w:hyperlink>
      <w:r>
        <w:t xml:space="preserve"> - Homotopia Festival 2026 is back with a new theme and a simple invitation: We Come Together. Across October and November, the festival will bring artists, audiences, and communities together across Liverpool for a celebration of queer creativity in all its forms, including bold performances, visual art, film, music, comedy, club culture, workshops, conversation, and collective joy. For more than twenty years, Homotopia has championed courageous artists and created spaces for queer stories to flourish. This year's festival continues that tradition, bringing together those who have helped shape our culture with the emerging artists and young queer voices carrying it forward. The festival begins with a celebration of Liverpool's queer creative history, as House of Suarez marks its 20th anniversary with a special runway event on Saturday 17th October. From there, the programme moves across theatre, live art, comedy, film, club nights, workshops, conversations, and community-led events. Across the festival, audiences will encounter acclaimed artists alongside exciting new voices. There will be opportunities to make and create, to dance together at queer club nights, to experience new performances, to discover film, to join conversations and workshops, and to make space for reflection and remembrance. The festival is funded by Arts Council England and Liverpool City Council.</w:t>
      </w:r>
      <w:r/>
    </w:p>
    <w:p>
      <w:pPr>
        <w:pStyle w:val="ListNumber"/>
        <w:spacing w:line="240" w:lineRule="auto"/>
        <w:ind w:left="720"/>
      </w:pPr>
      <w:r/>
      <w:hyperlink r:id="rId12">
        <w:r>
          <w:rPr>
            <w:color w:val="0000EE"/>
            <w:u w:val="single"/>
          </w:rPr>
          <w:t>https://www.homotopia.net/homotopia-festival-2026-is-live-we-come-together/</w:t>
        </w:r>
      </w:hyperlink>
      <w:r>
        <w:t xml:space="preserve"> - Homotopia Festival 2026 is officially live, and the full programme is here. This year, We Come Together is an invitation to gather around a stage, fill the dance floor, join a workshop, sing with others, discover a new artist, celebrate queer brilliance, remember our histories, and imagine new futures together. From 17th October to 1st December 2026, Homotopia Festival returns to Liverpool with a programme of performance, visual art, film, music, workshops, conversation, club culture, and collective joy. As the UK's longest-running LGBTQIA+ arts and culture festival, Homotopia has spent more than twenty years championing courageous artists and creating spaces where queer stories can flourish. We Come Together continues that work: celebrating the artists and communities who paved the way, while making space for new voices, new ideas, and the next generation of queer creativity. The festival begins with a landmark celebration of Liverpool's queer creative history, as House of Suarez marks its 20th anniversary with a special runway event on Saturday 17th October. From there, the programme moves across theatre, live art, comedy, film, club nights, workshops, conversations, and community-led events. The festival concludes with a World AIDS Day vigil at Liverpool Parish Church on Tuesday 1st December. At the heart of We Come Together is a simple idea: coming together does not mean being the same. It means making space for one another. It means sharing ideas, celebrating difference, finding common ground, and recognising that queer culture has always been built collectively. Across the festival, audiences can encounter fearless new work, communities preserving queer histories through archives and storytelling, young people finding their creative voice through Young Homotopia, and artists creating the culture that will carry us into the future. Every performance, conversation, workshop, screening, and gathering becomes part of something bigger: a vibrant, evolving artistic community shaped by artists and audiences alike. The festival is funded by Arts Council England and Liverpool City Council.</w:t>
      </w:r>
      <w:r/>
    </w:p>
    <w:p>
      <w:pPr>
        <w:pStyle w:val="ListNumber"/>
        <w:spacing w:line="240" w:lineRule="auto"/>
        <w:ind w:left="720"/>
      </w:pPr>
      <w:r/>
      <w:hyperlink r:id="rId14">
        <w:r>
          <w:rPr>
            <w:color w:val="0000EE"/>
            <w:u w:val="single"/>
          </w:rPr>
          <w:t>https://www.unitytheatreliverpool.co.uk/whats-on/homotopia-2026/</w:t>
        </w:r>
      </w:hyperlink>
      <w:r>
        <w:t xml:space="preserve"> - Homotopia Festival 2026 is back with a new theme and a simple invitation: We Come Together. Across October and November, the festival will bring artists, audiences, and communities together across Liverpool for a celebration of queer creativity in all its forms, including bold performances, visual art, film, music, comedy, club culture, workshops, conversation, and collective joy. The festival begins with a celebration of Liverpool's queer creative history, as House of Suarez marks its 20th anniversary with a special runway event on Saturday 17th October. From there, the programme moves across theatre, live art, comedy, film, club nights, workshops, conversations, and community-led events. The festival concludes with a World AIDS Day vigil at Liverpool Parish Church on Tuesday 1st December. At the heart of We Come Together is a simple idea: coming together does not mean being the same. It means making space for one another. It means sharing ideas, celebrating difference, finding common ground, and recognising that queer culture has always been built collectively. Across the festival, audiences can encounter fearless new work, communities preserving queer histories through archives and storytelling, young people finding their creative voice through Young Homotopia, and artists creating the culture that will carry us into the future. Every performance, conversation, workshop, screening, and gathering becomes part of something bigger: a vibrant, evolving artistic community shaped by artists and audiences alike. The festival is funded by Arts Council England and Liverpool City Council.</w:t>
      </w:r>
      <w:r/>
    </w:p>
    <w:p>
      <w:pPr>
        <w:pStyle w:val="ListNumber"/>
        <w:spacing w:line="240" w:lineRule="auto"/>
        <w:ind w:left="720"/>
      </w:pPr>
      <w:r/>
      <w:hyperlink r:id="rId11">
        <w:r>
          <w:rPr>
            <w:color w:val="0000EE"/>
            <w:u w:val="single"/>
          </w:rPr>
          <w:t>https://www.skiddle.com/news/all/Liverpools-LGBTQ-and-arts-festival-Homotopia-has-confirmed-its-2026-details/62043/</w:t>
        </w:r>
      </w:hyperlink>
      <w:r>
        <w:t xml:space="preserve"> - Homotopia is an annual LGBTQ+ arts and culture festival featuring local and national queer talent from film, music, and theatre across Liverpool. A queer-led organisation, Homotopia has been championing queer artists from the Liverpool City Region since 2004. They are one of the UK's longest-running queer arts and culture festivals. For its 22nd year, the event will be returning from Saturday, October 17 to Tuesday, December 20.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verpoolecho.co.uk/whats-on/full-list-events-one-uks-34581531" TargetMode="External"/><Relationship Id="rId10" Type="http://schemas.openxmlformats.org/officeDocument/2006/relationships/hyperlink" Target="https://www.homotopia.net/announcing-homotopia-festival-2026-we-come-together/" TargetMode="External"/><Relationship Id="rId11" Type="http://schemas.openxmlformats.org/officeDocument/2006/relationships/hyperlink" Target="https://www.skiddle.com/news/all/Liverpools-LGBTQ-and-arts-festival-Homotopia-has-confirmed-its-2026-details/62043/" TargetMode="External"/><Relationship Id="rId12" Type="http://schemas.openxmlformats.org/officeDocument/2006/relationships/hyperlink" Target="https://www.homotopia.net/homotopia-festival-2026-is-live-we-come-together/" TargetMode="External"/><Relationship Id="rId13" Type="http://schemas.openxmlformats.org/officeDocument/2006/relationships/hyperlink" Target="https://www.homotopia.net/festival/" TargetMode="External"/><Relationship Id="rId14" Type="http://schemas.openxmlformats.org/officeDocument/2006/relationships/hyperlink" Target="https://www.unitytheatreliverpool.co.uk/whats-on/homotopia-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