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Resorts for LGBTQ+ Travellers Seeking Community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Travellers are rethinking the classic gay resort, balancing clothing-optional pools and easy socialising with the freedom of staying in the heart of a destination. From Island House in Key West to Belvedere on Fire Island, these LGBTQ+ hotels still offer something special: a ready-made sense of belonging, without requiring a packed itinerary.</w:t>
      </w:r>
      <w:r/>
    </w:p>
    <w:p>
      <w:pPr>
        <w:pStyle w:val="Heading2"/>
      </w:pPr>
      <w:r>
        <w:t>Essential Takeaways</w:t>
      </w:r>
      <w:r/>
      <w:r/>
    </w:p>
    <w:p>
      <w:pPr>
        <w:pStyle w:val="ListBullet"/>
        <w:spacing w:line="240" w:lineRule="auto"/>
        <w:ind w:left="720"/>
      </w:pPr>
      <w:r/>
      <w:r>
        <w:rPr>
          <w:b/>
        </w:rPr>
        <w:t>Island House leads the conversation:</w:t>
      </w:r>
      <w:r>
        <w:t xml:space="preserve"> The Key West favourite is known for tropical grounds, pools and a sociable atmosphere.</w:t>
      </w:r>
      <w:r/>
    </w:p>
    <w:p>
      <w:pPr>
        <w:pStyle w:val="ListBullet"/>
        <w:spacing w:line="240" w:lineRule="auto"/>
        <w:ind w:left="720"/>
      </w:pPr>
      <w:r/>
      <w:r>
        <w:rPr>
          <w:b/>
        </w:rPr>
        <w:t>Belvedere keeps its loyal following:</w:t>
      </w:r>
      <w:r>
        <w:t xml:space="preserve"> The Fire Island hotel remains a recognised LGBTQ+ getaway with a distinctive personality.</w:t>
      </w:r>
      <w:r/>
    </w:p>
    <w:p>
      <w:pPr>
        <w:pStyle w:val="ListBullet"/>
        <w:spacing w:line="240" w:lineRule="auto"/>
        <w:ind w:left="720"/>
      </w:pPr>
      <w:r/>
      <w:r>
        <w:rPr>
          <w:b/>
        </w:rPr>
        <w:t>Location matters:</w:t>
      </w:r>
      <w:r>
        <w:t xml:space="preserve"> Some travellers prefer urban hotels, local businesses and neighbourhood life over exclusive properties.</w:t>
      </w:r>
      <w:r/>
    </w:p>
    <w:p>
      <w:pPr>
        <w:pStyle w:val="ListBullet"/>
        <w:spacing w:line="240" w:lineRule="auto"/>
        <w:ind w:left="720"/>
      </w:pPr>
      <w:r/>
      <w:r>
        <w:rPr>
          <w:b/>
        </w:rPr>
        <w:t>The social side wins:</w:t>
      </w:r>
      <w:r>
        <w:t xml:space="preserve"> Guests often remember friendly company and shared experiences more than luxury details.</w:t>
      </w:r>
      <w:r/>
    </w:p>
    <w:p>
      <w:pPr>
        <w:pStyle w:val="ListBullet"/>
        <w:spacing w:line="240" w:lineRule="auto"/>
        <w:ind w:left="720"/>
      </w:pPr>
      <w:r/>
      <w:r>
        <w:rPr>
          <w:b/>
        </w:rPr>
        <w:t>Check the mood before booking:</w:t>
      </w:r>
      <w:r>
        <w:t xml:space="preserve"> Adults-only, clothing-optional and party-focused settings won't suit every traveller.</w:t>
      </w:r>
      <w:r/>
      <w:r/>
    </w:p>
    <w:p>
      <w:pPr>
        <w:pStyle w:val="Heading2"/>
      </w:pPr>
      <w:r>
        <w:t>Why gay resorts still have a place</w:t>
      </w:r>
      <w:r/>
    </w:p>
    <w:p>
      <w:r/>
      <w:r>
        <w:t>There’s something instantly appealing about arriving somewhere and knowing the atmosphere won't need explaining. A poolside drink, warm weather and the soft hum of conversation can do much of the work, particularly for travellers who want a social break rather than a carefully managed escape.</w:t>
      </w:r>
      <w:r/>
    </w:p>
    <w:p>
      <w:r/>
      <w:r>
        <w:t>Gay resorts may no longer be the only obvious way to find LGBTQ+ community on holiday. Dating apps, travel creators, cruises and more welcoming destinations have widened the options. Even so, a dedicated property can offer a rare combination of privacy, visibility and easy connection.</w:t>
      </w:r>
      <w:r/>
    </w:p>
    <w:p>
      <w:r/>
      <w:r>
        <w:t>Island House in Key West remains a standout in this conversation. Hotel listings and reviews highlight its resort-style setting, swimming pools and relaxed adult atmosphere, making it a natural choice for travellers looking for a sociable LGBTQ+ base rather than a conventional anonymous hotel. According to Oyster and Condé Nast Traveler, the property is closely associated with Key West's long-established LGBTQ+ travel scene.</w:t>
      </w:r>
      <w:r/>
    </w:p>
    <w:p>
      <w:pPr>
        <w:pStyle w:val="Heading2"/>
      </w:pPr>
      <w:r>
        <w:t>Island House sets the tropical benchmark</w:t>
      </w:r>
      <w:r/>
    </w:p>
    <w:p>
      <w:r/>
      <w:r>
        <w:t>The appeal of Island House is less about ticking off luxury features and more about the feeling of being able to settle in quickly. Lush surroundings, pool time and a communal rhythm create the sort of holiday where guests can meet people without having to search for the night's plans.</w:t>
      </w:r>
      <w:r/>
    </w:p>
    <w:p>
      <w:r/>
      <w:r>
        <w:t>That doesn't mean every stay will feel identical. Reviews on TripAdvisor and Tripbase point to the importance of expectations, especially around the property's adult-oriented atmosphere and social character. In other words, it's a better fit for travellers who enjoy openness and interaction than for anyone seeking a silent boutique retreat.</w:t>
      </w:r>
      <w:r/>
    </w:p>
    <w:p>
      <w:r/>
      <w:r>
        <w:t>Key West itself adds plenty of texture. Guests can spend the morning by the pool, wander through the island's historic streets later, then return to a setting where conversation comes easily. Your suitcase may be full of swimwear, but the real packing essential is a relaxed attitude.</w:t>
      </w:r>
      <w:r/>
    </w:p>
    <w:p>
      <w:pPr>
        <w:pStyle w:val="Heading2"/>
      </w:pPr>
      <w:r>
        <w:t>Belvedere brings a different kind of escape</w:t>
      </w:r>
      <w:r/>
    </w:p>
    <w:p>
      <w:r/>
      <w:r>
        <w:t>Belvedere on Fire Island offers a contrasting version of the gay resort experience. Instead of tropical Key West, travellers get a distinctive seaside setting and the particular energy of a destination where LGBTQ+ visitors have long shaped the local holiday culture.</w:t>
      </w:r>
      <w:r/>
    </w:p>
    <w:p>
      <w:r/>
      <w:r>
        <w:t>The hotel's official site presents it as a characterful, adults-focused property, while guest feedback on TripAdvisor underlines its strong identity and social appeal. That sense of place matters. A resort can be welcoming, but a whole destination built around seasonal community creates a deeper feeling of arrival.</w:t>
      </w:r>
      <w:r/>
    </w:p>
    <w:p>
      <w:r/>
      <w:r>
        <w:t>Fire Island also suits visitors who want their break to feel slightly removed from everyday routines. There are beaches, shared spaces and plenty of opportunities to be around people, but the setting still offers a sense of escape. It's the kind of place where a casual hello can become dinner plans by evening.</w:t>
      </w:r>
      <w:r/>
    </w:p>
    <w:p>
      <w:pPr>
        <w:pStyle w:val="Heading2"/>
      </w:pPr>
      <w:r>
        <w:t>The best gay resort may be in the city</w:t>
      </w:r>
      <w:r/>
    </w:p>
    <w:p>
      <w:r/>
      <w:r>
        <w:t>Not everyone wants an exclusive resort, and that isn't a criticism. Some travellers would rather stay in an urban hotel, visit LGBTQ+-owned venues and experience the local community in its everyday setting.</w:t>
      </w:r>
      <w:r/>
    </w:p>
    <w:p>
      <w:r/>
      <w:r>
        <w:t>That approach can offer more variety, particularly in cities where queer life is spread across neighbourhoods, bars, restaurants, galleries and events. It may also suit visitors who prefer independence and don't want their entire holiday to happen on one property.</w:t>
      </w:r>
      <w:r/>
    </w:p>
    <w:p>
      <w:r/>
      <w:r>
        <w:t>There’s a practical upside, too. Choosing a city hotel can make it easier to mix LGBTQ+ spaces with museums, food markets, public transport and quieter local corners. For travellers heading somewhere without a sizeable gay-resort market, it may be the most natural and rewarding option.</w:t>
      </w:r>
      <w:r/>
    </w:p>
    <w:p>
      <w:pPr>
        <w:pStyle w:val="Heading2"/>
      </w:pPr>
      <w:r>
        <w:t>How to choose the right LGBTQ+ stay</w:t>
      </w:r>
      <w:r/>
    </w:p>
    <w:p>
      <w:r/>
      <w:r>
        <w:t>Start with the atmosphere, not the star rating. If you're hoping to meet people, look for communal pools, hosted events and reviews that mention friendly staff or an easy social scene. If privacy matters more, check whether rooms sit away from the liveliest areas and whether the property has quieter spaces.</w:t>
      </w:r>
      <w:r/>
    </w:p>
    <w:p>
      <w:r/>
      <w:r>
        <w:t>Read the practical details carefully before booking. Clothing-optional policies, adult-only rules, pool etiquette and seasonal opening patterns can shape the experience as much as the room itself. Official property information is useful here, while recent guest reviews can reveal whether the mood is lively, laid-back or somewhere in between.</w:t>
      </w:r>
      <w:r/>
    </w:p>
    <w:p>
      <w:r/>
      <w:r>
        <w:t>It’s also worth considering the surrounding destination. A property such as Island House works well for travellers who want a sociable Key West base, while Belvedere may appeal to those seeking a more concentrated coastal LGBTQ+ getaway. The right choice is ultimately the one that matches how you actually like to travel.</w:t>
      </w:r>
      <w:r/>
    </w:p>
    <w:p>
      <w:pPr>
        <w:pStyle w:val="Heading2"/>
      </w:pPr>
      <w:r>
        <w:t>Community remains the real luxury</w:t>
      </w:r>
      <w:r/>
    </w:p>
    <w:p>
      <w:r/>
      <w:r>
        <w:t>The continued interest in gay resorts says something simple: people still value spaces where connection feels effortless. The format may be changing, but the desire for safety, recognition and company hasn't disappeared.</w:t>
      </w:r>
      <w:r/>
    </w:p>
    <w:p>
      <w:r/>
      <w:r>
        <w:t>Some travellers will choose the polished resort, others the city-centre hotel or the remote island guesthouse. None of those options is more authentic than the rest. A memorable LGBTQ+ holiday isn't measured only by the room, the pool or the thread count, but by whether you feel comfortable enough to be fully yourself.</w:t>
      </w:r>
      <w:r/>
    </w:p>
    <w:p>
      <w:r/>
      <w:r>
        <w:t>Choose the setting that makes that feeling easiest.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[7]</w:t>
        </w:r>
      </w:hyperlink>
      <w:r>
        <w:t xml:space="preserve">- Paragraph 15: </w:t>
      </w:r>
      <w:hyperlink r:id="rId14">
        <w:r>
          <w:rPr>
            <w:color w:val="0000EE"/>
            <w:u w:val="single"/>
          </w:rPr>
          <w:t>[5]</w:t>
        </w:r>
      </w:hyperlink>
      <w:r>
        <w:t xml:space="preserve">, </w:t>
      </w:r>
      <w:hyperlink r:id="rId15">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https://www.gaycities.com/articles/107055/are-gay-exclusive-resorts-still-a-thing-we-asked-gaycities-readers/</w:t>
        </w:r>
      </w:hyperlink>
      <w:r>
        <w:t xml:space="preserve"> - Please view link - unable to able to access data</w:t>
      </w:r>
      <w:r/>
    </w:p>
    <w:p>
      <w:pPr>
        <w:pStyle w:val="ListNumber"/>
        <w:spacing w:line="240" w:lineRule="auto"/>
        <w:ind w:left="720"/>
      </w:pPr>
      <w:r/>
      <w:hyperlink r:id="rId10">
        <w:r>
          <w:rPr>
            <w:color w:val="0000EE"/>
            <w:u w:val="single"/>
          </w:rPr>
          <w:t>https://www.oyster.com/florida-keys/hotels/island-house/</w:t>
        </w:r>
      </w:hyperlink>
      <w:r>
        <w:t xml:space="preserve"> - Island House in Key West is an exclusive resort for gay men, offering a private getaway with amenities such as a large outdoor pool, on-site gym, and clothing-optional areas. The property is within walking distance of Duval Street's attractions. Rooms are stylish, some featuring multiple shower heads. The resort provides a 24-hour erotic video lounge and organizes on- and off-site activities tailored for gay men. Self-parking is limited, and rooms can be small and noisy. The property can feel isolated due to its closed community characteristics.</w:t>
      </w:r>
      <w:r/>
    </w:p>
    <w:p>
      <w:pPr>
        <w:pStyle w:val="ListNumber"/>
        <w:spacing w:line="240" w:lineRule="auto"/>
        <w:ind w:left="720"/>
      </w:pPr>
      <w:r/>
      <w:hyperlink r:id="rId11">
        <w:r>
          <w:rPr>
            <w:color w:val="0000EE"/>
            <w:u w:val="single"/>
          </w:rPr>
          <w:t>https://www.cntraveler.com/hotels/key-west/island-house-key-west-resort</w:t>
        </w:r>
      </w:hyperlink>
      <w:r>
        <w:t xml:space="preserve"> - Island House Key West Resort is an adults-only, clothing-optional establishment that embodies Key West's progressive, free-spirited ethos. The resort features a large pool, multiple hot tubs, and a fitness center. Rooms vary from small queen rooms with shared baths to luxury apartments with full kitchens. Recent renovations have updated most rooms to a contemporary island chic style. The resort offers a 24-hour outdoor café and bar, with complimentary alcoholic drinks during daily happy hours. The property is located near Duval Street's bars and restaurants.</w:t>
      </w:r>
      <w:r/>
    </w:p>
    <w:p>
      <w:pPr>
        <w:pStyle w:val="ListNumber"/>
        <w:spacing w:line="240" w:lineRule="auto"/>
        <w:ind w:left="720"/>
      </w:pPr>
      <w:r/>
      <w:hyperlink r:id="rId12">
        <w:r>
          <w:rPr>
            <w:color w:val="0000EE"/>
            <w:u w:val="single"/>
          </w:rPr>
          <w:t>https://www.tripadvisor.com/Hotel_Review-g34345-d272305-Reviews-Island_House_Key_West-Key_West_Florida_Keys_Florida.html</w:t>
        </w:r>
      </w:hyperlink>
      <w:r>
        <w:t xml:space="preserve"> - Island House Key West is a gay-exclusive resort offering a secure, private environment for guests. The property features a large outdoor pool, on-site gym, and clothing-optional areas. Rooms are stylish, some with multiple shower heads. The resort provides a 24-hour erotic video lounge and organizes on- and off-site activities tailored for gay men. Self-parking is limited, and rooms can be small and noisy. The property can feel isolated due to its closed community characteristics.</w:t>
      </w:r>
      <w:r/>
    </w:p>
    <w:p>
      <w:pPr>
        <w:pStyle w:val="ListNumber"/>
        <w:spacing w:line="240" w:lineRule="auto"/>
        <w:ind w:left="720"/>
      </w:pPr>
      <w:r/>
      <w:hyperlink r:id="rId14">
        <w:r>
          <w:rPr>
            <w:color w:val="0000EE"/>
            <w:u w:val="single"/>
          </w:rPr>
          <w:t>https://www.belvederefireisland.com/</w:t>
        </w:r>
      </w:hyperlink>
      <w:r>
        <w:t xml:space="preserve"> - Belvedere Fire Island is a gay resort located on the bay front at Cherry Grove, near Fire Island Pines. The property is a few minutes' walk from one of the world's best beaches. Designed in the style of a Venetian Palace, it features terraces, towers, domes, statuary, antiques, and fountains. Amenities include a rooftop terrace, bay front deck with spectacular views, sun decks, swimming pool, hot tub, gym, high-speed wireless internet, and a community movie room. The resort offers luxury to economy rooms, each unique, with some featuring bay front views, private decks, bathrooms, and smart TVs.</w:t>
      </w:r>
      <w:r/>
    </w:p>
    <w:p>
      <w:pPr>
        <w:pStyle w:val="ListNumber"/>
        <w:spacing w:line="240" w:lineRule="auto"/>
        <w:ind w:left="720"/>
      </w:pPr>
      <w:r/>
      <w:hyperlink r:id="rId15">
        <w:r>
          <w:rPr>
            <w:color w:val="0000EE"/>
            <w:u w:val="single"/>
          </w:rPr>
          <w:t>https://www.tripadvisor.com/Hotel_Review-g47719-d121846-Reviews-Belvedere_Hotel-Cherry_Grove_Fire_Island_Long_Island_New_York.html</w:t>
        </w:r>
      </w:hyperlink>
      <w:r>
        <w:t xml:space="preserve"> - Belvedere Hotel in Cherry Grove, Fire Island, is praised for its unique and beautifully decorated rooms, offering a range from luxury to economy options. The property provides a communal atmosphere, making it easy for guests to connect. Rooms on the bay offer breathtaking views, ideal for enjoying sunsets or star-filled skies. The staff is commended for their attentive service, ensuring a perfect experience for guests. The hotel has been a preferred choice for visitors for over a decade, offering a home away from home.</w:t>
      </w:r>
      <w:r/>
    </w:p>
    <w:p>
      <w:pPr>
        <w:pStyle w:val="ListNumber"/>
        <w:spacing w:line="240" w:lineRule="auto"/>
        <w:ind w:left="720"/>
      </w:pPr>
      <w:r/>
      <w:hyperlink r:id="rId13">
        <w:r>
          <w:rPr>
            <w:color w:val="0000EE"/>
            <w:u w:val="single"/>
          </w:rPr>
          <w:t>https://www.tripbase.com/destinations/key-west-usa/hotels/island-house-key-west/</w:t>
        </w:r>
      </w:hyperlink>
      <w:r>
        <w:t xml:space="preserve"> - Island House Key West is a premier, high-end gay resort in Key West that functions as a social utopia for its guests. While it is expensive, it lives up to its reputation as a safe, judgment-free sanctuary where the social programming and community atmosphere make it hard to want to leave the property. The resort offers a social atmosphere with weekly events and pool parties, exceptional and attentive staff, generous happy hour deals, and high-quality food at the on-site café. It provides a safe, welcoming environment specifically designed for the gay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055/are-gay-exclusive-resorts-still-a-thing-we-asked-gaycities-readers/" TargetMode="External"/><Relationship Id="rId10" Type="http://schemas.openxmlformats.org/officeDocument/2006/relationships/hyperlink" Target="https://www.oyster.com/florida-keys/hotels/island-house/" TargetMode="External"/><Relationship Id="rId11" Type="http://schemas.openxmlformats.org/officeDocument/2006/relationships/hyperlink" Target="https://www.cntraveler.com/hotels/key-west/island-house-key-west-resort" TargetMode="External"/><Relationship Id="rId12" Type="http://schemas.openxmlformats.org/officeDocument/2006/relationships/hyperlink" Target="https://www.tripadvisor.com/Hotel_Review-g34345-d272305-Reviews-Island_House_Key_West-Key_West_Florida_Keys_Florida.html" TargetMode="External"/><Relationship Id="rId13" Type="http://schemas.openxmlformats.org/officeDocument/2006/relationships/hyperlink" Target="https://www.tripbase.com/destinations/key-west-usa/hotels/island-house-key-west/" TargetMode="External"/><Relationship Id="rId14" Type="http://schemas.openxmlformats.org/officeDocument/2006/relationships/hyperlink" Target="https://www.belvederefireisland.com/" TargetMode="External"/><Relationship Id="rId15" Type="http://schemas.openxmlformats.org/officeDocument/2006/relationships/hyperlink" Target="https://www.tripadvisor.com/Hotel_Review-g47719-d121846-Reviews-Belvedere_Hotel-Cherry_Grove_Fire_Island_Long_Island_New_York.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