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Emmys 2026 After-Party Moments From Disney's Star-Studded Night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swapped speeches for spritzes, pizza and plenty of celebrity catch-ups at Disney's glamorous 2026 Emmys after-party in downtown Los Angeles. With casts from Abbott Elementary, Love Story and The Shards in the room, the evening offered a relaxed glimpse of television's biggest names once the red carpet pressure had eased.</w:t>
      </w:r>
      <w:r/>
    </w:p>
    <w:p>
      <w:pPr>
        <w:pStyle w:val="Heading2"/>
      </w:pPr>
      <w:r>
        <w:t>Essential Takeaways</w:t>
      </w:r>
      <w:r/>
      <w:r/>
    </w:p>
    <w:p>
      <w:pPr>
        <w:pStyle w:val="ListBullet"/>
        <w:spacing w:line="240" w:lineRule="auto"/>
        <w:ind w:left="720"/>
      </w:pPr>
      <w:r/>
      <w:r>
        <w:rPr>
          <w:b/>
        </w:rPr>
        <w:t>Vibiana set the mood:</w:t>
      </w:r>
      <w:r>
        <w:t xml:space="preserve"> The former cathedral was transformed with green drapes and art deco chandeliers.</w:t>
      </w:r>
      <w:r/>
    </w:p>
    <w:p>
      <w:pPr>
        <w:pStyle w:val="ListBullet"/>
        <w:spacing w:line="240" w:lineRule="auto"/>
        <w:ind w:left="720"/>
      </w:pPr>
      <w:r/>
      <w:r>
        <w:rPr>
          <w:b/>
        </w:rPr>
        <w:t>Ryan Murphy drew a crowd:</w:t>
      </w:r>
      <w:r>
        <w:t xml:space="preserve"> The prolific producer chatted with casts including Love Story and The Shards.</w:t>
      </w:r>
      <w:r/>
    </w:p>
    <w:p>
      <w:pPr>
        <w:pStyle w:val="ListBullet"/>
        <w:spacing w:line="240" w:lineRule="auto"/>
        <w:ind w:left="720"/>
      </w:pPr>
      <w:r/>
      <w:r>
        <w:rPr>
          <w:b/>
        </w:rPr>
        <w:t>Abbott Elementary brought the warmth:</w:t>
      </w:r>
      <w:r>
        <w:t xml:space="preserve"> Quinta Brunson, Ayo Edebiri and Elaine Hendrix were among the familiar faces mingling.</w:t>
      </w:r>
      <w:r/>
    </w:p>
    <w:p>
      <w:pPr>
        <w:pStyle w:val="ListBullet"/>
        <w:spacing w:line="240" w:lineRule="auto"/>
        <w:ind w:left="720"/>
      </w:pPr>
      <w:r/>
      <w:r>
        <w:rPr>
          <w:b/>
        </w:rPr>
        <w:t>The food kept things easy:</w:t>
      </w:r>
      <w:r>
        <w:t xml:space="preserve"> Wagyu pigs-in-blankets, pizza and tacos gave the evening a pleasingly relaxed edge.</w:t>
      </w:r>
      <w:r/>
    </w:p>
    <w:p>
      <w:pPr>
        <w:pStyle w:val="ListBullet"/>
        <w:spacing w:line="240" w:lineRule="auto"/>
        <w:ind w:left="720"/>
      </w:pPr>
      <w:r/>
      <w:r>
        <w:rPr>
          <w:b/>
        </w:rPr>
        <w:t>The Muppets were missed:</w:t>
      </w:r>
      <w:r>
        <w:t xml:space="preserve"> Their awards appeared, but Kermit, Miss Piggy and company didn't make the party.</w:t>
      </w:r>
      <w:r/>
      <w:r/>
    </w:p>
    <w:p>
      <w:pPr>
        <w:pStyle w:val="Heading2"/>
      </w:pPr>
      <w:r>
        <w:t>Disney's Emmys after-party traded ceremony for comfort</w:t>
      </w:r>
      <w:r/>
    </w:p>
    <w:p>
      <w:r/>
      <w:r>
        <w:t>The most revealing moment of Disney's Emmys after-party might not have been a dramatic entrance or a dazzling gown. It was the sight of television's best-known faces gathering for pizza, tacos and conversation after a long awards night.</w:t>
      </w:r>
      <w:r/>
    </w:p>
    <w:p>
      <w:r/>
      <w:r>
        <w:t>Queerty described the celebration at Vibiana in downtown Los Angeles as both grand and intimate. The historic venue's cathedral architecture was softened by green curtains and oversized art deco lights, creating a setting that felt polished without becoming stiff.</w:t>
      </w:r>
      <w:r/>
    </w:p>
    <w:p>
      <w:r/>
      <w:r>
        <w:t>That balance mattered. Disney's nominated programmes span ABC, Hulu, FX, Disney+ and NatGeo, so the event brought together a broad cross-section of the television world. The Walt Disney Company had highlighted its 2026 Emmy presence in advance, making the after-party a natural gathering point for nominees, winners and their supporters.</w:t>
      </w:r>
      <w:r/>
    </w:p>
    <w:p>
      <w:pPr>
        <w:pStyle w:val="Heading2"/>
      </w:pPr>
      <w:r>
        <w:t>Ryan Murphy held court as TV's favourite guests arrived</w:t>
      </w:r>
      <w:r/>
    </w:p>
    <w:p>
      <w:r/>
      <w:r>
        <w:t>One of the evening's busiest circles formed around Ryan Murphy, who was seen chatting with the casts of Love Story, The Shards and other projects. The producer's ability to create a gravitational pull at industry events is hardly a surprise, but the scene still had the feel of a particularly glamorous school reunion.</w:t>
      </w:r>
      <w:r/>
    </w:p>
    <w:p>
      <w:r/>
      <w:r>
        <w:t>Mark Ronson was among the guests, supporting his wife Grace Gummer, while Paul Anthony Kelly added to the visual impact of the gathering. Kaia Gerber and Igby Rigney also moved through the room to greet their The Shards collaborators, including Jordan Roth.</w:t>
      </w:r>
      <w:r/>
    </w:p>
    <w:p>
      <w:r/>
      <w:r>
        <w:t>There was plenty of crossover between the evening's different television tribes. Gerber was later spotted speaking with Ayo Edebiri, creating an appealing mini-reunion for fans of Bottoms. It was the sort of unscripted encounter that often becomes more memorable than a carefully staged photo call.</w:t>
      </w:r>
      <w:r/>
    </w:p>
    <w:p>
      <w:pPr>
        <w:pStyle w:val="Heading2"/>
      </w:pPr>
      <w:r>
        <w:t>Abbott Elementary brought a friendly, familiar energy</w:t>
      </w:r>
      <w:r/>
    </w:p>
    <w:p>
      <w:r/>
      <w:r>
        <w:t>Across the room, the Abbott Elementary cast gathered for photographs and catch-ups. Elaine Hendrix was there to support Lisa Ann Walter, her longtime friend from The Parent Trap, while Quinta Brunson was seen deep in conversation with Edebiri.</w:t>
      </w:r>
      <w:r/>
    </w:p>
    <w:p>
      <w:r/>
      <w:r>
        <w:t>Those small clusters gave the party a warmer feel than the phrase "industry event" might suggest. Rather than standing in rigid groups, guests appeared to drift between old friends, current collaborators and people they had only just met.</w:t>
      </w:r>
      <w:r/>
    </w:p>
    <w:p>
      <w:r/>
      <w:r>
        <w:t>That informality is part of the appeal of a major TV after-party. The ceremony celebrates the finished work, but the party reveals the relationships behind it. Disney's broad Emmy slate helped create a room where comedy, drama, streaming and established network television could mingle naturally.</w:t>
      </w:r>
      <w:r/>
    </w:p>
    <w:p>
      <w:pPr>
        <w:pStyle w:val="Heading2"/>
      </w:pPr>
      <w:r>
        <w:t>The red carpet glamour continued, but comfort won</w:t>
      </w:r>
      <w:r/>
    </w:p>
    <w:p>
      <w:r/>
      <w:r>
        <w:t>The fashion was still very much part of the evening. Sarah Pidgeon, whose Chanel look had attracted attention earlier, was among the guests spotted inside, alongside Shailene Woodley, Emmy Rossum, Julianne Nicholson and Jimmy Kimmel.</w:t>
      </w:r>
      <w:r/>
    </w:p>
    <w:p>
      <w:r/>
      <w:r>
        <w:t>Coverage from Marie Claire and Harper's Bazaar showed how strongly the 2026 Emmys leaned into polished evening dressing, with after-party looks offering celebrities a second chance to experiment once the official ceremony was over. The party setting allowed that glamour to feel less formal and more personal.</w:t>
      </w:r>
      <w:r/>
    </w:p>
    <w:p>
      <w:r/>
      <w:r>
        <w:t>Still, the food may have been the real headline. Passed wagyu beef pigs-in-blankets gave the room a luxurious spin on familiar party fare, while Two Rose pizza and Holbox tacos offered something heartier outside. Even the most camera-ready guests eventually need dinner, and nothing punctures celebrity mystique quite like a plate of excellent tacos.</w:t>
      </w:r>
      <w:r/>
    </w:p>
    <w:p>
      <w:pPr>
        <w:pStyle w:val="Heading2"/>
      </w:pPr>
      <w:r>
        <w:t>The Muppets were absent, but their awards made an appearance</w:t>
      </w:r>
      <w:r/>
    </w:p>
    <w:p>
      <w:r/>
      <w:r>
        <w:t>There was one notable search that ended without success. A guest hoping to find Kermit, Miss Piggy and the rest of the Muppets came up empty-handed, despite the special The Muppet Show winning four awards at the Creative Arts Emmys, including Outstanding Variety Special.</w:t>
      </w:r>
      <w:r/>
    </w:p>
    <w:p>
      <w:r/>
      <w:r>
        <w:t>The trophies were present, however, displayed on a cocktail table before one was carried through the room later in the night. It was a small but charming reminder that the Muppets had still made their mark on the weekend.</w:t>
      </w:r>
      <w:r/>
    </w:p>
    <w:p>
      <w:r/>
      <w:r>
        <w:t>As the night continued, a DJ drew guests towards the front of the room, where the mood shifted from networking to dancing. But with the working week still ahead, the sensible choice was eventually to call it a night. The party's final impression was less about excess than ease: famous people relaxing, eating and talking like everyone else.</w:t>
      </w:r>
      <w:r/>
    </w:p>
    <w:p>
      <w:r/>
      <w:r>
        <w:t>It's a small detail, but it's often what makes the best Emmys after-party moments feel memorable.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0">
        <w:r>
          <w:rPr>
            <w:color w:val="0000EE"/>
            <w:u w:val="single"/>
          </w:rPr>
          <w:t>[6]</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4">
        <w:r>
          <w:rPr>
            <w:color w:val="0000EE"/>
            <w:u w:val="single"/>
          </w:rPr>
          <w:t>[3]</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9">
        <w:r>
          <w:rPr>
            <w:color w:val="0000EE"/>
            <w:u w:val="single"/>
          </w:rPr>
          <w:t>[2]</w:t>
        </w:r>
      </w:hyperlink>
      <w:r>
        <w:t xml:space="preserve">, </w:t>
      </w:r>
      <w:hyperlink r:id="rId11">
        <w:r>
          <w:rPr>
            <w:color w:val="0000EE"/>
            <w:u w:val="single"/>
          </w:rPr>
          <w:t>[5]</w:t>
        </w:r>
      </w:hyperlink>
      <w:r>
        <w:t xml:space="preserve">- Paragraph 10: </w:t>
      </w:r>
      <w:hyperlink r:id="rId9">
        <w:r>
          <w:rPr>
            <w:color w:val="0000EE"/>
            <w:u w:val="single"/>
          </w:rPr>
          <w:t>[2]</w:t>
        </w:r>
      </w:hyperlink>
      <w:r>
        <w:t xml:space="preserve">, </w:t>
      </w:r>
      <w:hyperlink r:id="rId12">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[6]</w:t>
        </w:r>
      </w:hyperlink>
      <w:r>
        <w:t xml:space="preserve">- Paragraph 12: </w:t>
      </w:r>
      <w:hyperlink r:id="rId9">
        <w:r>
          <w:rPr>
            <w:color w:val="0000EE"/>
            <w:u w:val="single"/>
          </w:rPr>
          <w:t>[2]</w:t>
        </w:r>
      </w:hyperlink>
      <w:r>
        <w:t xml:space="preserve">, </w:t>
      </w:r>
      <w:hyperlink r:id="rId11">
        <w:r>
          <w:rPr>
            <w:color w:val="0000EE"/>
            <w:u w:val="single"/>
          </w:rPr>
          <w:t>[5]</w:t>
        </w:r>
      </w:hyperlink>
      <w:r>
        <w:t xml:space="preserve">- Paragraph 13: </w:t>
      </w:r>
      <w:hyperlink r:id="rId9">
        <w:r>
          <w:rPr>
            <w:color w:val="0000EE"/>
            <w:u w:val="single"/>
          </w:rPr>
          <w:t>[2]</w:t>
        </w:r>
      </w:hyperlink>
      <w:r>
        <w:t xml:space="preserve">, </w:t>
      </w:r>
      <w:hyperlink r:id="rId14">
        <w:r>
          <w:rPr>
            <w:color w:val="0000EE"/>
            <w:u w:val="single"/>
          </w:rPr>
          <w:t>[3]</w:t>
        </w:r>
      </w:hyperlink>
      <w:r>
        <w:t xml:space="preserve">- Paragraph 14: </w:t>
      </w:r>
      <w:hyperlink r:id="rId9">
        <w:r>
          <w:rPr>
            <w:color w:val="0000EE"/>
            <w:u w:val="single"/>
          </w:rPr>
          <w:t>[2]</w:t>
        </w:r>
      </w:hyperlink>
      <w:r>
        <w:t xml:space="preserve">, </w:t>
      </w:r>
      <w:hyperlink r:id="rId10">
        <w:r>
          <w:rPr>
            <w:color w:val="0000EE"/>
            <w:u w:val="single"/>
          </w:rPr>
          <w:t>[6]</w:t>
        </w:r>
      </w:hyperlink>
      <w:r>
        <w:t xml:space="preserve">- Paragraph 15: </w:t>
      </w:r>
      <w:hyperlink r:id="rId9">
        <w:r>
          <w:rPr>
            <w:color w:val="0000EE"/>
            <w:u w:val="single"/>
          </w:rPr>
          <w:t>[2]</w:t>
        </w:r>
      </w:hyperlink>
      <w:r>
        <w:t xml:space="preserve">, </w:t>
      </w:r>
      <w:hyperlink r:id="rId12">
        <w:r>
          <w:rPr>
            <w:color w:val="0000EE"/>
            <w:u w:val="single"/>
          </w:rPr>
          <w:t>[7]</w:t>
        </w:r>
      </w:hyperlink>
      <w:r>
        <w:t xml:space="preserve">- Paragraph 16: </w:t>
      </w:r>
      <w:hyperlink r:id="rId9">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https://www.queerty.com/inside-scoop-ryan-murphy-holds-court-bottoms-at-disneys-swanky-emmys-after-party-20260915/</w:t>
        </w:r>
      </w:hyperlink>
      <w:r>
        <w:t xml:space="preserve"> - Please view link - unable to able to access data</w:t>
      </w:r>
      <w:r/>
    </w:p>
    <w:p>
      <w:pPr>
        <w:pStyle w:val="ListNumber"/>
        <w:spacing w:line="240" w:lineRule="auto"/>
        <w:ind w:left="720"/>
      </w:pPr>
      <w:r/>
      <w:hyperlink r:id="rId9">
        <w:r>
          <w:rPr>
            <w:color w:val="0000EE"/>
            <w:u w:val="single"/>
          </w:rPr>
          <w:t>https://www.queerty.com/inside-scoop-ryan-murphy-holds-court-bottoms-at-disneys-swanky-emmys-after-party-20260915/</w:t>
        </w:r>
      </w:hyperlink>
      <w:r>
        <w:t xml:space="preserve"> - An insider's account of The Walt Disney Company's Post Emmy Awards Celebration, highlighting the venue's transformation of Vibiana in downtown Los Angeles into an opulent setting with green curtains and art deco chandeliers. The event featured casts and creatives from popular shows like 'Abbott Elementary' and 'Love Story', with notable attendees including Ryan Murphy, Grace Gummer, and Sterling K. Brown. The article also mentions the absence of Muppets despite their recent Emmy wins, and the presence of various celebrities enjoying the festivities.</w:t>
      </w:r>
      <w:r/>
    </w:p>
    <w:p>
      <w:pPr>
        <w:pStyle w:val="ListNumber"/>
        <w:spacing w:line="240" w:lineRule="auto"/>
        <w:ind w:left="720"/>
      </w:pPr>
      <w:r/>
      <w:hyperlink r:id="rId14">
        <w:r>
          <w:rPr>
            <w:color w:val="0000EE"/>
            <w:u w:val="single"/>
          </w:rPr>
          <w:t>https://www.theatlantic.com/culture/2026/09/emmys-2026-matthew-rhys-widows-bay/688625/?utm_source=openai</w:t>
        </w:r>
      </w:hyperlink>
      <w:r>
        <w:t xml:space="preserve"> - An analysis of the 2026 Emmy Awards, focusing on the success of Apple TV's 'Widow's Bay', which won six major awards, including Outstanding Comedy Series. Creator Katie Dippold and lead actor Matthew Rhys are highlighted, with Rhys making history by winning lead acting awards in comedy, drama, and limited series categories. The article also mentions other notable wins and the ceremony's emphasis on seasoned actors over traditional film stars.</w:t>
      </w:r>
      <w:r/>
    </w:p>
    <w:p>
      <w:pPr>
        <w:pStyle w:val="ListNumber"/>
        <w:spacing w:line="240" w:lineRule="auto"/>
        <w:ind w:left="720"/>
      </w:pPr>
      <w:r/>
      <w:hyperlink r:id="rId13">
        <w:r>
          <w:rPr>
            <w:color w:val="0000EE"/>
            <w:u w:val="single"/>
          </w:rPr>
          <w:t>https://www.marieclaire.com/fashion/celebrity-style/sarah-pidgeon-chanel-dress-emmys-2026-red-carpet-photos/</w:t>
        </w:r>
      </w:hyperlink>
      <w:r>
        <w:t xml:space="preserve"> - Coverage of actress Sarah Pidgeon's appearance at the 2026 Emmy Awards, where she wore a lavender Chanel slip dress adorned with crystals and pearls, diverging from her usual minimalist style. Styled by Emma Jade Morrison, the look included a lariat necklace and strappy purple sandals. The article also notes Pidgeon's breakout performance in Ryan Murphy's series 'Love Story: John F. Kennedy Jr. &amp; Carolyn Bessette', which earned her a nomination for Outstanding Lead Actress.</w:t>
      </w:r>
      <w:r/>
    </w:p>
    <w:p>
      <w:pPr>
        <w:pStyle w:val="ListNumber"/>
        <w:spacing w:line="240" w:lineRule="auto"/>
        <w:ind w:left="720"/>
      </w:pPr>
      <w:r/>
      <w:hyperlink r:id="rId11">
        <w:r>
          <w:rPr>
            <w:color w:val="0000EE"/>
            <w:u w:val="single"/>
          </w:rPr>
          <w:t>https://www.harpersbazaar.com/celebrity/red-carpet-dresses/a73741078/every-celebrity-look-2026-emmys-after-parties/</w:t>
        </w:r>
      </w:hyperlink>
      <w:r>
        <w:t xml:space="preserve"> - A roundup of the best celebrity looks from the 2026 Emmys after-parties, featuring attendees like Sarah Pidgeon, Odessa A’zion, and Kaia Gerber. The article highlights Pidgeon's striking red carpet debut in a lavender Chanel slip dress, A’zion's ensemble at the HBO Max after-party, and Gerber's appearance at the Walt Disney Company’s after-hours event. The piece provides insights into the fashion choices of various celebrities during the post-award celebrations.</w:t>
      </w:r>
      <w:r/>
    </w:p>
    <w:p>
      <w:pPr>
        <w:pStyle w:val="ListNumber"/>
        <w:spacing w:line="240" w:lineRule="auto"/>
        <w:ind w:left="720"/>
      </w:pPr>
      <w:r/>
      <w:hyperlink r:id="rId10">
        <w:r>
          <w:rPr>
            <w:color w:val="0000EE"/>
            <w:u w:val="single"/>
          </w:rPr>
          <w:t>https://www.thewaltdisneycompany.com/news/emmy-nominations-2026/</w:t>
        </w:r>
      </w:hyperlink>
      <w:r>
        <w:t xml:space="preserve"> - Announcement of The Walt Disney Company's 125 nominations for the 78th Emmy Awards across various content brands and studios, including ABC, Disney Kids &amp; Family, FX, Disney Television Studios, Hulu Originals, National Geographic, and Onyx Collective. Disney's streaming platforms Disney+ and Hulu collectively received 109 nominations. The article provides a comprehensive list of nominees and highlights the company's achievements in the awards season.</w:t>
      </w:r>
      <w:r/>
    </w:p>
    <w:p>
      <w:pPr>
        <w:pStyle w:val="ListNumber"/>
        <w:spacing w:line="240" w:lineRule="auto"/>
        <w:ind w:left="720"/>
      </w:pPr>
      <w:r/>
      <w:hyperlink r:id="rId12">
        <w:r>
          <w:rPr>
            <w:color w:val="0000EE"/>
            <w:u w:val="single"/>
          </w:rPr>
          <w:t>https://www.thewaltdisneycompany.com/news/children-family-emmy-awards-2026/</w:t>
        </w:r>
      </w:hyperlink>
      <w:r>
        <w:t xml:space="preserve"> - Report on The Walt Disney Company's 22 wins at the 2026 Children’s &amp; Family Emmy Awards, the most across the industry. The article details the wins for titles like 'Descendants: The Rise of Red' and 'Star Wars: Skeleton Crew', and provides a complete list of all the company's wins, showcasing Disney's dominance in the children's and family entertainment sector.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inside-scoop-ryan-murphy-holds-court-bottoms-at-disneys-swanky-emmys-after-party-20260915/" TargetMode="External"/><Relationship Id="rId10" Type="http://schemas.openxmlformats.org/officeDocument/2006/relationships/hyperlink" Target="https://www.thewaltdisneycompany.com/news/emmy-nominations-2026/" TargetMode="External"/><Relationship Id="rId11" Type="http://schemas.openxmlformats.org/officeDocument/2006/relationships/hyperlink" Target="https://www.harpersbazaar.com/celebrity/red-carpet-dresses/a73741078/every-celebrity-look-2026-emmys-after-parties/" TargetMode="External"/><Relationship Id="rId12" Type="http://schemas.openxmlformats.org/officeDocument/2006/relationships/hyperlink" Target="https://www.thewaltdisneycompany.com/news/children-family-emmy-awards-2026/" TargetMode="External"/><Relationship Id="rId13" Type="http://schemas.openxmlformats.org/officeDocument/2006/relationships/hyperlink" Target="https://www.marieclaire.com/fashion/celebrity-style/sarah-pidgeon-chanel-dress-emmys-2026-red-carpet-photos/" TargetMode="External"/><Relationship Id="rId14" Type="http://schemas.openxmlformats.org/officeDocument/2006/relationships/hyperlink" Target="https://www.theatlantic.com/culture/2026/09/emmys-2026-matthew-rhys-widows-bay/688625/?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