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Drag Bingo Brunch in Paris for a Show-Stopping Sunday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Paris is getting a lively new Sunday plan: Umami’s Drag Bingo Brunch brings an all-you-can-eat buffet, three drag performers and bingo prizes to Pullman Paris Montparnasse on 20 September 2026. With a sky-high setting, charitable angle and limited places, it’s designed for anyone who likes brunch with a little more sparkle.</w:t>
      </w:r>
      <w:r/>
    </w:p>
    <w:p>
      <w:pPr>
        <w:pStyle w:val="Heading2"/>
      </w:pPr>
      <w:r>
        <w:t>Essential Takeaways</w:t>
      </w:r>
      <w:r/>
      <w:r/>
    </w:p>
    <w:p>
      <w:pPr>
        <w:pStyle w:val="ListBullet"/>
        <w:spacing w:line="240" w:lineRule="auto"/>
        <w:ind w:left="720"/>
      </w:pPr>
      <w:r/>
      <w:r>
        <w:rPr>
          <w:b/>
        </w:rPr>
        <w:t>Date and venue:</w:t>
      </w:r>
      <w:r>
        <w:t xml:space="preserve"> The event takes place on Sunday 20 September 2026 at Umami, inside Pullman Paris Montparnasse.</w:t>
      </w:r>
      <w:r/>
    </w:p>
    <w:p>
      <w:pPr>
        <w:pStyle w:val="ListBullet"/>
        <w:spacing w:line="240" w:lineRule="auto"/>
        <w:ind w:left="720"/>
      </w:pPr>
      <w:r/>
      <w:r>
        <w:rPr>
          <w:b/>
        </w:rPr>
        <w:t>Brunch timing:</w:t>
      </w:r>
      <w:r>
        <w:t xml:space="preserve"> The buffet runs from 12.30pm to 3pm, with sweet, savoury and lighter choices.</w:t>
      </w:r>
      <w:r/>
    </w:p>
    <w:p>
      <w:pPr>
        <w:pStyle w:val="ListBullet"/>
        <w:spacing w:line="240" w:lineRule="auto"/>
        <w:ind w:left="720"/>
      </w:pPr>
      <w:r/>
      <w:r>
        <w:rPr>
          <w:b/>
        </w:rPr>
        <w:t>Entertainment:</w:t>
      </w:r>
      <w:r>
        <w:t xml:space="preserve"> Drag performances and bingo follow from 3pm to 6pm.</w:t>
      </w:r>
      <w:r/>
    </w:p>
    <w:p>
      <w:pPr>
        <w:pStyle w:val="ListBullet"/>
        <w:spacing w:line="240" w:lineRule="auto"/>
        <w:ind w:left="720"/>
      </w:pPr>
      <w:r/>
      <w:r>
        <w:rPr>
          <w:b/>
        </w:rPr>
        <w:t>Price:</w:t>
      </w:r>
      <w:r>
        <w:t xml:space="preserve"> The brunch and show pass costs €52 per person, while bingo-only entry is free.</w:t>
      </w:r>
      <w:r/>
    </w:p>
    <w:p>
      <w:pPr>
        <w:pStyle w:val="ListBullet"/>
        <w:spacing w:line="240" w:lineRule="auto"/>
        <w:ind w:left="720"/>
      </w:pPr>
      <w:r/>
      <w:r>
        <w:rPr>
          <w:b/>
        </w:rPr>
        <w:t>Charitable element:</w:t>
      </w:r>
      <w:r>
        <w:t xml:space="preserve"> Part of the event’s proceeds will support the Paris and Île-de-France LGBTQI+ Centre.</w:t>
      </w:r>
      <w:r/>
      <w:r/>
    </w:p>
    <w:p>
      <w:pPr>
        <w:pStyle w:val="Heading2"/>
      </w:pPr>
      <w:r>
        <w:t>Paris brunch gets a glittering upgrade</w:t>
      </w:r>
      <w:r/>
    </w:p>
    <w:p>
      <w:r/>
      <w:r>
        <w:t>Forget a quiet coffee and a polite pastry. This Drag Bingo Brunch in Paris is built around generous plates, bright performances and the cheerful chaos of a bingo card in hand.</w:t>
      </w:r>
      <w:r/>
    </w:p>
    <w:p>
      <w:r/>
      <w:r>
        <w:t>The event is being held at Umami in the Pullman Paris Montparnasse, a hotel restaurant known for its burger-led menu and relaxed setting. According to Sortiraparis, guests can expect an all-you-can-eat spread that moves between lighter dishes, savoury favourites and sweet treats, making it easy to build a plate around your mood.</w:t>
      </w:r>
      <w:r/>
    </w:p>
    <w:p>
      <w:r/>
      <w:r>
        <w:t>There’s also a practical advantage to the format. Guests can graze rather than commit to one large dish, which suits groups with very different appetites. One person can chase the dessert table while another sticks to something fresh and savoury.</w:t>
      </w:r>
      <w:r/>
    </w:p>
    <w:p>
      <w:pPr>
        <w:pStyle w:val="Heading2"/>
      </w:pPr>
      <w:r>
        <w:t>Drag queens take over the afternoon</w:t>
      </w:r>
      <w:r/>
    </w:p>
    <w:p>
      <w:r/>
      <w:r>
        <w:t>The brunch is only the opening act. From 3pm, Margarette, Mademoiselle Kiss and HitsuBlu are scheduled to lead the drag show and bingo session, turning the afternoon into a more theatrical affair.</w:t>
      </w:r>
      <w:r/>
    </w:p>
    <w:p>
      <w:r/>
      <w:r>
        <w:t>The event listing on Agenda LGBT presents it as a social outing as much as a meal, and that’s part of the appeal. Bingo gives the crowd something to play along with, while the performers supply the energy, jokes and glamorous interruption that ordinary Sunday dining tends to lack.</w:t>
      </w:r>
      <w:r/>
    </w:p>
    <w:p>
      <w:r/>
      <w:r>
        <w:t>It’s the sort of plan that works particularly well for birthdays, catch-ups or groups looking for an excuse to dress up. Even if you’re not usually a bingo enthusiast, the drag format should keep the room moving.</w:t>
      </w:r>
      <w:r/>
    </w:p>
    <w:p>
      <w:pPr>
        <w:pStyle w:val="Heading2"/>
      </w:pPr>
      <w:r>
        <w:t>A rooftop view adds extra drama</w:t>
      </w:r>
      <w:r/>
    </w:p>
    <w:p>
      <w:r/>
      <w:r>
        <w:t>Pullman Paris Montparnasse’s Skybar sits high above the city, with wide views across Paris and a terrace that makes the hotel feel more destination-like than stopgap.</w:t>
      </w:r>
      <w:r/>
    </w:p>
    <w:p>
      <w:r/>
      <w:r>
        <w:t>The event itself is centred on Umami rather than the Skybar, but the setting still gives the occasion a distinctly elevated backdrop. Paris landmarks including the Eiffel Tower, Sacré-Coeur, Notre-Dame and Les Invalides can be seen from the hotel’s upper levels, according to the venue’s promotional information.</w:t>
      </w:r>
      <w:r/>
    </w:p>
    <w:p>
      <w:r/>
      <w:r>
        <w:t>That panoramic setting matters because brunch has become as much about atmosphere as food. A good view, a lively crowd and a memorable performance can turn a standard meal into something people actually talk about afterwards.</w:t>
      </w:r>
      <w:r/>
    </w:p>
    <w:p>
      <w:pPr>
        <w:pStyle w:val="Heading2"/>
      </w:pPr>
      <w:r>
        <w:t>What to know before booking</w:t>
      </w:r>
      <w:r/>
    </w:p>
    <w:p>
      <w:r/>
      <w:r>
        <w:t>The combined brunch and show ticket costs €52 per person. The buffet is scheduled for 12.30pm to 3pm, followed by drag and bingo from 3pm to 6pm, while those who only want to attend the afternoon bingo can access it free of charge, subject to the event arrangements.</w:t>
      </w:r>
      <w:r/>
    </w:p>
    <w:p>
      <w:r/>
      <w:r>
        <w:t>The Shotgun booking page is the key place to check availability and current entry details before travelling. Places are limited, so booking ahead is sensible, especially for larger groups or anyone hoping to sit together.</w:t>
      </w:r>
      <w:r/>
    </w:p>
    <w:p>
      <w:r/>
      <w:r>
        <w:t>Arrive with enough time to settle in before the buffet begins. Comfortable clothes are useful for a long afternoon, but this is also the kind of event where a bold shirt, glossy accessory or a little extra sparkle won’t look out of place.</w:t>
      </w:r>
      <w:r/>
    </w:p>
    <w:p>
      <w:pPr>
        <w:pStyle w:val="Heading2"/>
      </w:pPr>
      <w:r>
        <w:t>A festive event with a positive purpose</w:t>
      </w:r>
      <w:r/>
    </w:p>
    <w:p>
      <w:r/>
      <w:r>
        <w:t>Part of the event’s proceeds will be donated to the Centre LGBTQI+ de Paris et d’Île-de-France, adding a charitable dimension to the day. That gives guests a chance to enjoy the entertainment while supporting an organisation serving the local LGBTQI+ community.</w:t>
      </w:r>
      <w:r/>
    </w:p>
    <w:p>
      <w:r/>
      <w:r>
        <w:t>Umami’s wider identity also leans towards accessible, crowd-pleasing dining, as reflected in its burger-focused offering and broad menu appeal. The combination makes sense: an informal restaurant, a generous buffet and a high-energy show are a welcoming recipe for a mixed group.</w:t>
      </w:r>
      <w:r/>
    </w:p>
    <w:p>
      <w:r/>
      <w:r>
        <w:t>For anyone planning a Paris weekend, it’s a particularly easy idea to slot into the itinerary. Have brunch, watch the show, try your luck at bingo and then head back into the city with plenty of afternoon left.</w:t>
      </w:r>
      <w:r/>
    </w:p>
    <w:p>
      <w:r/>
      <w:r>
        <w:t>Book early if you want the full brunch, show and bingo experience.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13">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[5]</w:t>
        </w:r>
      </w:hyperlink>
      <w:r>
        <w:t xml:space="preserve">- Paragraph 14: </w:t>
      </w:r>
      <w:hyperlink r:id="rId9">
        <w:r>
          <w:rPr>
            <w:color w:val="0000EE"/>
            <w:u w:val="single"/>
          </w:rPr>
          <w:t>[2]</w:t>
        </w:r>
      </w:hyperlink>
      <w:r>
        <w:t xml:space="preserve">, </w:t>
      </w:r>
      <w:hyperlink r:id="rId13">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[6]</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https://www.sortiraparis.com/hotel-restaurant/bar-cafes/articles/342881-brunch-drag-bingo-chez-umami-brunch-a-volonte-et-show-au-pullman-paris-montparnasse</w:t>
        </w:r>
      </w:hyperlink>
      <w:r>
        <w:t xml:space="preserve"> - Please view link - unable to able to access data</w:t>
      </w:r>
      <w:r/>
    </w:p>
    <w:p>
      <w:pPr>
        <w:pStyle w:val="ListNumber"/>
        <w:spacing w:line="240" w:lineRule="auto"/>
        <w:ind w:left="720"/>
      </w:pPr>
      <w:r/>
      <w:hyperlink r:id="rId9">
        <w:r>
          <w:rPr>
            <w:color w:val="0000EE"/>
            <w:u w:val="single"/>
          </w:rPr>
          <w:t>https://www.sortiraparis.com/hotel-restaurant/bar-cafes/articles/342881-brunch-drag-bingo-chez-umami-brunch-a-volonte-et-show-au-pullman-paris-montparnasse</w:t>
        </w:r>
      </w:hyperlink>
      <w:r>
        <w:t xml:space="preserve"> - Umami is hosting a Drag Bingo brunch on Sunday, 20 September 2026, at the Pullman Paris Montparnasse. The event features an all-you-can-eat buffet, a vibrant drag show, and an afternoon bingo session. The brunch begins at 12:30 PM, offering a diverse buffet with healthy and indulgent options to satisfy all tastes. At 2:30 PM, the venue transforms into a lively drag show with performances by Margarette, Mademoiselle Kiss, and HitsuBlu, who will also host the bingo session. A portion of the event's proceeds will be donated to the LGBTQI+ Centre of Paris and Île-de-France. Reservations are recommended due to limited seating.</w:t>
      </w:r>
      <w:r/>
    </w:p>
    <w:p>
      <w:pPr>
        <w:pStyle w:val="ListNumber"/>
        <w:spacing w:line="240" w:lineRule="auto"/>
        <w:ind w:left="720"/>
      </w:pPr>
      <w:r/>
      <w:hyperlink r:id="rId10">
        <w:r>
          <w:rPr>
            <w:color w:val="0000EE"/>
            <w:u w:val="single"/>
          </w:rPr>
          <w:t>https://agendalgbt.com/en/paris/events/brunch-bingo-drag-586014?from=weekend</w:t>
        </w:r>
      </w:hyperlink>
      <w:r>
        <w:t xml:space="preserve"> - The Pullman Paris Montparnasse is organising a Drag Bingo Brunch on Sunday, 20 September 2026, from 12:30 PM to 6:00 PM. The event includes a Sunday XXL buffet from 12:30 PM to 3:00 PM, featuring pastries, breakfast items, starters, an American-style savoury buffet, live cooking, cheese, and desserts. From 3:00 PM to 6:00 PM, there will be a drag show and bingo draw with wild entertainment, stage performances, and amazing prizes. The brunch pass is priced at €52 per person, and the bingo pass is free. Advance booking is required due to limited availability. The venue is accessible via Montparnasse-Bienvenüe (Lines 4, 6, 12, 13) and Gaîté (Line 13) metro stations. (</w:t>
      </w:r>
      <w:hyperlink r:id="rId15">
        <w:r>
          <w:rPr>
            <w:color w:val="0000EE"/>
            <w:u w:val="single"/>
          </w:rPr>
          <w:t>agendalgbt.com</w:t>
        </w:r>
      </w:hyperlink>
      <w:r>
        <w:t>)</w:t>
      </w:r>
      <w:r/>
    </w:p>
    <w:p>
      <w:pPr>
        <w:pStyle w:val="ListNumber"/>
        <w:spacing w:line="240" w:lineRule="auto"/>
        <w:ind w:left="720"/>
      </w:pPr>
      <w:r/>
      <w:hyperlink r:id="rId13">
        <w:r>
          <w:rPr>
            <w:color w:val="0000EE"/>
            <w:u w:val="single"/>
          </w:rPr>
          <w:t>https://shotgun.live/en/events/brunch-bingo-drag-sept</w:t>
        </w:r>
      </w:hyperlink>
      <w:r>
        <w:t xml:space="preserve"> - The Pullman Paris Montparnasse is hosting a Drag Bingo Brunch on Sunday, 20 September 2026, from 12:30 PM to 6:00 PM. The event features a Sunday XXL buffet from 12:30 PM to 3:00 PM, including pastries, breakfast items, starters, an American-style savoury buffet, live cooking, cheese, and desserts. From 3:00 PM to 6:00 PM, there will be a drag show and bingo draw with wild entertainment, stage performances, and amazing prizes. The brunch pass is priced at €52 per person, and the bingo pass is free. Advance booking is required due to limited availability. The venue is located at 19 Rue du Commandant René Mouchotte, 75014 Paris, France. (</w:t>
      </w:r>
      <w:hyperlink r:id="rId16">
        <w:r>
          <w:rPr>
            <w:color w:val="0000EE"/>
            <w:u w:val="single"/>
          </w:rPr>
          <w:t>shotgun.live</w:t>
        </w:r>
      </w:hyperlink>
      <w:r>
        <w:t>)</w:t>
      </w:r>
      <w:r/>
    </w:p>
    <w:p>
      <w:pPr>
        <w:pStyle w:val="ListNumber"/>
        <w:spacing w:line="240" w:lineRule="auto"/>
        <w:ind w:left="720"/>
      </w:pPr>
      <w:r/>
      <w:hyperlink r:id="rId11">
        <w:r>
          <w:rPr>
            <w:color w:val="0000EE"/>
            <w:u w:val="single"/>
          </w:rPr>
          <w:t>https://www.umamiburgerparis.com/en</w:t>
        </w:r>
      </w:hyperlink>
      <w:r>
        <w:t xml:space="preserve"> - Umami is a restaurant located within the Pullman Paris Montparnasse hotel, offering an all-you-can-eat brunch every Sunday from 12:30 PM to 4:00 PM. The brunch features a diverse buffet with healthy and indulgent options to satisfy all tastes. The open kitchen, brought to life by live show-cooking, extends the experience and fills the space with vibrant, immersive energy. The restaurant is accessible via Montparnasse-Bienvenüe (Lines 4, 6, 12, 13) and Gaîté - Joséphine Baker (Line 13) metro stations. (</w:t>
      </w:r>
      <w:hyperlink r:id="rId17">
        <w:r>
          <w:rPr>
            <w:color w:val="0000EE"/>
            <w:u w:val="single"/>
          </w:rPr>
          <w:t>umamiburgerparis.com</w:t>
        </w:r>
      </w:hyperlink>
      <w:r>
        <w:t>)</w:t>
      </w:r>
      <w:r/>
    </w:p>
    <w:p>
      <w:pPr>
        <w:pStyle w:val="ListNumber"/>
        <w:spacing w:line="240" w:lineRule="auto"/>
        <w:ind w:left="720"/>
      </w:pPr>
      <w:r/>
      <w:hyperlink r:id="rId12">
        <w:r>
          <w:rPr>
            <w:color w:val="0000EE"/>
            <w:u w:val="single"/>
          </w:rPr>
          <w:t>https://parisjetaime.com/restaurant/umami-p4640</w:t>
        </w:r>
      </w:hyperlink>
      <w:r>
        <w:t xml:space="preserve"> - Umami is a restaurant located at 19 Rue du Commandant René Mouchotte, 75014 Paris, offering a Sunday brunch buffet with a variety of sweet, savoury, healthy, and indulgent options. The brunch is available every Sunday from 12:30 PM to 4:30 PM. The restaurant is accessible via Montparnasse-Bienvenüe (Lines 4, 6, 12, 13) and Gaîté (Line 13) metro stations. (</w:t>
      </w:r>
      <w:hyperlink r:id="rId18">
        <w:r>
          <w:rPr>
            <w:color w:val="0000EE"/>
            <w:u w:val="single"/>
          </w:rPr>
          <w:t>parisjetaime.com</w:t>
        </w:r>
      </w:hyperlink>
      <w:r>
        <w:t>)</w:t>
      </w:r>
      <w:r/>
    </w:p>
    <w:p>
      <w:pPr>
        <w:pStyle w:val="ListNumber"/>
        <w:spacing w:line="240" w:lineRule="auto"/>
        <w:ind w:left="720"/>
      </w:pPr>
      <w:r/>
      <w:hyperlink r:id="rId14">
        <w:r>
          <w:rPr>
            <w:color w:val="0000EE"/>
            <w:u w:val="single"/>
          </w:rPr>
          <w:t>https://shotgun.live/fr/events/brunch-bingo-drag-sept</w:t>
        </w:r>
      </w:hyperlink>
      <w:r>
        <w:t xml:space="preserve"> - The Pullman Paris Montparnasse is hosting a Drag Bingo Brunch on Sunday, 20 September 2026, from 12:30 PM to 6:00 PM. The event features a Sunday XXL buffet from 12:30 PM to 3:00 PM, including pastries, breakfast items, starters, an American-style savoury buffet, live cooking, cheese, and desserts. From 3:00 PM to 6:00 PM, there will be a drag show and bingo draw with wild entertainment, stage performances, and amazing prizes. The brunch pass is priced at €52 per person, and the bingo pass is free. Advance booking is required due to limited availability. The venue is located at 19 Rue du Commandant René Mouchotte, 75014 Paris, France. (</w:t>
      </w:r>
      <w:hyperlink r:id="rId19">
        <w:r>
          <w:rPr>
            <w:color w:val="0000EE"/>
            <w:u w:val="single"/>
          </w:rPr>
          <w:t>shotgun.live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rtiraparis.com/hotel-restaurant/bar-cafes/articles/342881-brunch-drag-bingo-chez-umami-brunch-a-volonte-et-show-au-pullman-paris-montparnasse" TargetMode="External"/><Relationship Id="rId10" Type="http://schemas.openxmlformats.org/officeDocument/2006/relationships/hyperlink" Target="https://agendalgbt.com/en/paris/events/brunch-bingo-drag-586014?from=weekend" TargetMode="External"/><Relationship Id="rId11" Type="http://schemas.openxmlformats.org/officeDocument/2006/relationships/hyperlink" Target="https://www.umamiburgerparis.com/en" TargetMode="External"/><Relationship Id="rId12" Type="http://schemas.openxmlformats.org/officeDocument/2006/relationships/hyperlink" Target="https://parisjetaime.com/restaurant/umami-p4640" TargetMode="External"/><Relationship Id="rId13" Type="http://schemas.openxmlformats.org/officeDocument/2006/relationships/hyperlink" Target="https://shotgun.live/en/events/brunch-bingo-drag-sept" TargetMode="External"/><Relationship Id="rId14" Type="http://schemas.openxmlformats.org/officeDocument/2006/relationships/hyperlink" Target="https://shotgun.live/fr/events/brunch-bingo-drag-sept" TargetMode="External"/><Relationship Id="rId15" Type="http://schemas.openxmlformats.org/officeDocument/2006/relationships/hyperlink" Target="https://agendalgbt.com/en/paris/events/brunch-bingo-drag-586014?from=weekend&amp;utm_source=openai" TargetMode="External"/><Relationship Id="rId16" Type="http://schemas.openxmlformats.org/officeDocument/2006/relationships/hyperlink" Target="https://shotgun.live/en/events/brunch-bingo-drag-sept?utm_source=openai" TargetMode="External"/><Relationship Id="rId17" Type="http://schemas.openxmlformats.org/officeDocument/2006/relationships/hyperlink" Target="https://www.umamiburgerparis.com/en?utm_source=openai" TargetMode="External"/><Relationship Id="rId18" Type="http://schemas.openxmlformats.org/officeDocument/2006/relationships/hyperlink" Target="https://parisjetaime.com/restaurant/umami-p4640?utm_source=openai" TargetMode="External"/><Relationship Id="rId19" Type="http://schemas.openxmlformats.org/officeDocument/2006/relationships/hyperlink" Target="https://shotgun.live/fr/events/brunch-bingo-drag-sep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