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Dallas Pride Week Events and Parade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Dallas Pride Week returns from 17 to 20 September with parties, dancing, a festival and the fifth anniversary of the Cedar Springs Road parade. With temperatures expected to soar, visitors can expect a lively weekend that blends celebration, community spirit and plenty of practical reasons to bring water, shade and a battery-powered fan.</w:t>
      </w:r>
      <w:r/>
    </w:p>
    <w:p>
      <w:pPr>
        <w:pStyle w:val="Heading2"/>
      </w:pPr>
      <w:r>
        <w:t>Essential Takeaways</w:t>
      </w:r>
      <w:r/>
      <w:r/>
    </w:p>
    <w:p>
      <w:pPr>
        <w:pStyle w:val="ListBullet"/>
        <w:spacing w:line="240" w:lineRule="auto"/>
        <w:ind w:left="720"/>
      </w:pPr>
      <w:r/>
      <w:r>
        <w:rPr>
          <w:b/>
        </w:rPr>
        <w:t>Four days of events:</w:t>
      </w:r>
      <w:r>
        <w:t xml:space="preserve"> Pride in Dallas runs from Thursday to Sunday.</w:t>
      </w:r>
      <w:r/>
    </w:p>
    <w:p>
      <w:pPr>
        <w:pStyle w:val="ListBullet"/>
        <w:spacing w:line="240" w:lineRule="auto"/>
        <w:ind w:left="720"/>
      </w:pPr>
      <w:r/>
      <w:r>
        <w:rPr>
          <w:b/>
        </w:rPr>
        <w:t>Parade highlight:</w:t>
      </w:r>
      <w:r>
        <w:t xml:space="preserve"> The main parade is scheduled for Sunday at 2pm on Cedar Springs Road.</w:t>
      </w:r>
      <w:r/>
    </w:p>
    <w:p>
      <w:pPr>
        <w:pStyle w:val="ListBullet"/>
        <w:spacing w:line="240" w:lineRule="auto"/>
        <w:ind w:left="720"/>
      </w:pPr>
      <w:r/>
      <w:r>
        <w:rPr>
          <w:b/>
        </w:rPr>
        <w:t>Something for every mood:</w:t>
      </w:r>
      <w:r>
        <w:t xml:space="preserve"> The programme includes country dancing, a Pink Party and the Big D Day Festival.</w:t>
      </w:r>
      <w:r/>
    </w:p>
    <w:p>
      <w:pPr>
        <w:pStyle w:val="ListBullet"/>
        <w:spacing w:line="240" w:lineRule="auto"/>
        <w:ind w:left="720"/>
      </w:pPr>
      <w:r/>
      <w:r>
        <w:rPr>
          <w:b/>
        </w:rPr>
        <w:t>Hot-weather planning matters:</w:t>
      </w:r>
      <w:r>
        <w:t xml:space="preserve"> Light clothing, water and portable cooling gadgets will make the afternoon easier.</w:t>
      </w:r>
      <w:r/>
    </w:p>
    <w:p>
      <w:pPr>
        <w:pStyle w:val="ListBullet"/>
        <w:spacing w:line="240" w:lineRule="auto"/>
        <w:ind w:left="720"/>
      </w:pPr>
      <w:r/>
      <w:r>
        <w:rPr>
          <w:b/>
        </w:rPr>
        <w:t>Community at the centre:</w:t>
      </w:r>
      <w:r>
        <w:t xml:space="preserve"> The weekend celebrates LGBTQ+ life, visibility and belonging across Dallas.</w:t>
      </w:r>
      <w:r/>
      <w:r/>
    </w:p>
    <w:p>
      <w:pPr>
        <w:pStyle w:val="Heading2"/>
      </w:pPr>
      <w:r>
        <w:t>Dallas Pride Week brings the energy</w:t>
      </w:r>
      <w:r/>
    </w:p>
    <w:p>
      <w:r/>
      <w:r>
        <w:t>Dallas is getting ready for a Pride weekend with plenty of colour, music and movement. The city’s celebrations run from Thursday 17 September through Sunday 20 September, giving visitors several ways to join in rather than relying on one big event.</w:t>
      </w:r>
      <w:r/>
    </w:p>
    <w:p>
      <w:r/>
      <w:r>
        <w:t>The forecast adds a distinctly Texan twist. With Sunday temperatures expected to approach 100 degrees, a rainbow-coloured hand fan might be more than a fun accessory. It could become the most useful thing in your outfit.</w:t>
      </w:r>
      <w:r/>
    </w:p>
    <w:p>
      <w:pPr>
        <w:pStyle w:val="Heading2"/>
      </w:pPr>
      <w:r>
        <w:t>From country dancing to the Pink Party</w:t>
      </w:r>
      <w:r/>
    </w:p>
    <w:p>
      <w:r/>
      <w:r>
        <w:t>The programme begins with a Country Line Dance Competition on Thursday, offering a lively opening that leans into Dallas character while keeping the atmosphere firmly celebratory. It’s a reminder that Pride events can be as varied as the people attending them.</w:t>
      </w:r>
      <w:r/>
    </w:p>
    <w:p>
      <w:r/>
      <w:r>
        <w:t>Later, the Pink Party at Station 4, often known as S4, brings the nightlife side of the weekend into focus. According to Pride in Dallas, the event programme is designed to create space for celebration, connection and LGBTQ+ visibility.</w:t>
      </w:r>
      <w:r/>
    </w:p>
    <w:p>
      <w:pPr>
        <w:pStyle w:val="Heading2"/>
      </w:pPr>
      <w:r>
        <w:t>The Big D Day Festival sets up the weekend finale</w:t>
      </w:r>
      <w:r/>
    </w:p>
    <w:p>
      <w:r/>
      <w:r>
        <w:t>Saturday’s Big D Day Festival gives the weekend its broadest daytime gathering, with the kind of open, social atmosphere that suits groups, first-time visitors and regulars alike. Festival settings also make it easier to move between entertainment, conversation and a quick break from the heat.</w:t>
      </w:r>
      <w:r/>
    </w:p>
    <w:p>
      <w:r/>
      <w:r>
        <w:t>If you’re planning to attend, comfortable shoes are a sensible starting point. Add sunscreen, a refillable water bottle and clothing that can handle a long, warm afternoon. Your future self will thank you before the parade even begins.</w:t>
      </w:r>
      <w:r/>
    </w:p>
    <w:p>
      <w:pPr>
        <w:pStyle w:val="Heading2"/>
      </w:pPr>
      <w:r>
        <w:t>What to know before the Dallas Pride parade</w:t>
      </w:r>
      <w:r/>
    </w:p>
    <w:p>
      <w:r/>
      <w:r>
        <w:t>The main parade takes place on Sunday at 2pm along Cedar Springs Road, marking its fifth anniversary. Pride in Dallas lists the parade as the weekend’s central public celebration, and its timing means spectators should prepare for direct sun and busy streets.</w:t>
      </w:r>
      <w:r/>
    </w:p>
    <w:p>
      <w:r/>
      <w:r>
        <w:t>Arrive early if you want a good view, particularly if you’re attending with friends or need a little extra room. A small fan, sunglasses and a lightweight hat can make the difference between enjoying the spectacle and spending the afternoon searching for shade.</w:t>
      </w:r>
      <w:r/>
    </w:p>
    <w:p>
      <w:pPr>
        <w:pStyle w:val="Heading2"/>
      </w:pPr>
      <w:r>
        <w:t>A colourful weekend with plenty of heart</w:t>
      </w:r>
      <w:r/>
    </w:p>
    <w:p>
      <w:r/>
      <w:r>
        <w:t>At its best, Pride is both a party and a public statement. Dallas’ schedule reflects that balance, pairing nightlife and festival fun with a visible celebration of LGBTQ+ community, identity and belonging.</w:t>
      </w:r>
      <w:r/>
    </w:p>
    <w:p>
      <w:r/>
      <w:r>
        <w:t>There’s also something pleasantly uncomplicated about the plan: dress brightly, bring friends, stay hydrated and make room for joy. In a city known for doing things boldly, this weekend looks set to turn Cedar Springs Road into one of its most welcoming places.</w:t>
      </w:r>
      <w:r/>
    </w:p>
    <w:p>
      <w:r/>
      <w:r>
        <w:t>Celebrate safely, stay cool and choose the events that feel right for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[4]</w:t>
        </w:r>
      </w:hyperlink>
      <w:r>
        <w:t xml:space="preserve">, </w:t>
      </w:r>
      <w:hyperlink r:id="rId11">
        <w:r>
          <w:rPr>
            <w:color w:val="0000EE"/>
            <w:u w:val="single"/>
          </w:rPr>
          <w:t>[5]</w:t>
        </w:r>
      </w:hyperlink>
      <w:r>
        <w:t xml:space="preserve">- Paragraph 3: </w:t>
      </w:r>
      <w:hyperlink r:id="rId10">
        <w:r>
          <w:rPr>
            <w:color w:val="0000EE"/>
            <w:u w:val="single"/>
          </w:rPr>
          <w:t>[6]</w:t>
        </w:r>
      </w:hyperlink>
      <w:r>
        <w:t xml:space="preserve">, </w:t>
      </w:r>
      <w:hyperlink r:id="rId11">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[4]</w:t>
        </w:r>
      </w:hyperlink>
      <w:r>
        <w:t xml:space="preserve">, </w:t>
      </w:r>
      <w:hyperlink r:id="rId11">
        <w:r>
          <w:rPr>
            <w:color w:val="0000EE"/>
            <w:u w:val="single"/>
          </w:rPr>
          <w:t>[5]</w:t>
        </w:r>
      </w:hyperlink>
      <w:r>
        <w:t xml:space="preserve">- Paragraph 6: </w:t>
      </w:r>
      <w:hyperlink r:id="rId10">
        <w:r>
          <w:rPr>
            <w:color w:val="0000EE"/>
            <w:u w:val="single"/>
          </w:rPr>
          <w:t>[6]</w:t>
        </w:r>
      </w:hyperlink>
      <w:r>
        <w:t xml:space="preserve">, </w:t>
      </w:r>
      <w:hyperlink r:id="rId11">
        <w:r>
          <w:rPr>
            <w:color w:val="0000EE"/>
            <w:u w:val="single"/>
          </w:rPr>
          <w:t>[7]</w:t>
        </w:r>
      </w:hyperlink>
      <w:r>
        <w:t xml:space="preserve">- Paragraph 7: </w:t>
      </w:r>
      <w:hyperlink r:id="rId10">
        <w:r>
          <w:rPr>
            <w:color w:val="0000EE"/>
            <w:u w:val="single"/>
          </w:rPr>
          <w:t>[2]</w:t>
        </w:r>
      </w:hyperlink>
      <w:r>
        <w:t xml:space="preserve">, </w:t>
      </w:r>
      <w:hyperlink r:id="rId11">
        <w:r>
          <w:rPr>
            <w:color w:val="0000EE"/>
            <w:u w:val="single"/>
          </w:rPr>
          <w:t>[3]</w:t>
        </w:r>
      </w:hyperlink>
      <w:r>
        <w:t xml:space="preserve">- Paragraph 8: </w:t>
      </w:r>
      <w:hyperlink r:id="rId10">
        <w:r>
          <w:rPr>
            <w:color w:val="0000EE"/>
            <w:u w:val="single"/>
          </w:rPr>
          <w:t>[4]</w:t>
        </w:r>
      </w:hyperlink>
      <w:r>
        <w:t xml:space="preserve">, </w:t>
      </w:r>
      <w:hyperlink r:id="rId11">
        <w:r>
          <w:rPr>
            <w:color w:val="0000EE"/>
            <w:u w:val="single"/>
          </w:rPr>
          <w:t>[5]</w:t>
        </w:r>
      </w:hyperlink>
      <w:r>
        <w:t xml:space="preserve">- Paragraph 9: </w:t>
      </w:r>
      <w:hyperlink r:id="rId10">
        <w:r>
          <w:rPr>
            <w:color w:val="0000EE"/>
            <w:u w:val="single"/>
          </w:rPr>
          <w:t>[6]</w:t>
        </w:r>
      </w:hyperlink>
      <w:r>
        <w:t xml:space="preserve">, </w:t>
      </w:r>
      <w:hyperlink r:id="rId11">
        <w:r>
          <w:rPr>
            <w:color w:val="0000EE"/>
            <w:u w:val="single"/>
          </w:rPr>
          <w:t>[7]</w:t>
        </w:r>
      </w:hyperlink>
      <w:r>
        <w:t xml:space="preserve">- Paragraph 10: </w:t>
      </w:r>
      <w:hyperlink r:id="rId10">
        <w:r>
          <w:rPr>
            <w:color w:val="0000EE"/>
            <w:u w:val="single"/>
          </w:rPr>
          <w:t>[2]</w:t>
        </w:r>
      </w:hyperlink>
      <w:r>
        <w:t xml:space="preserve">, </w:t>
      </w:r>
      <w:hyperlink r:id="rId11">
        <w:r>
          <w:rPr>
            <w:color w:val="0000EE"/>
            <w:u w:val="single"/>
          </w:rPr>
          <w:t>[3]</w:t>
        </w:r>
      </w:hyperlink>
      <w:r>
        <w:t xml:space="preserve">- Paragraph 11: </w:t>
      </w:r>
      <w:hyperlink r:id="rId10">
        <w:r>
          <w:rPr>
            <w:color w:val="0000EE"/>
            <w:u w:val="single"/>
          </w:rPr>
          <w:t>[4]</w:t>
        </w:r>
      </w:hyperlink>
      <w:r>
        <w:t xml:space="preserve">, </w:t>
      </w:r>
      <w:hyperlink r:id="rId11">
        <w:r>
          <w:rPr>
            <w:color w:val="0000EE"/>
            <w:u w:val="single"/>
          </w:rPr>
          <w:t>[5]</w:t>
        </w:r>
      </w:hyperlink>
      <w:r>
        <w:t xml:space="preserve">- Paragraph 12: </w:t>
      </w:r>
      <w:hyperlink r:id="rId10">
        <w:r>
          <w:rPr>
            <w:color w:val="0000EE"/>
            <w:u w:val="single"/>
          </w:rPr>
          <w:t>[6]</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https://hesaiddallas.com/2026/09/16/its-a-beautiful-day-in-the-gayborhood/</w:t>
        </w:r>
      </w:hyperlink>
      <w:r>
        <w:t xml:space="preserve"> - Please view link - unable to able to access data</w:t>
      </w:r>
      <w:r/>
    </w:p>
    <w:p>
      <w:pPr>
        <w:pStyle w:val="ListNumber"/>
        <w:spacing w:line="240" w:lineRule="auto"/>
        <w:ind w:left="720"/>
      </w:pPr>
      <w:r/>
      <w:hyperlink r:id="rId10">
        <w:r>
          <w:rPr>
            <w:color w:val="0000EE"/>
            <w:u w:val="single"/>
          </w:rPr>
          <w:t>https://prideindallas.org/events/revive-faith-freedom-fierce-love/</w:t>
        </w:r>
      </w:hyperlink>
      <w:r>
        <w:t xml:space="preserve"> - 'Revive: Faith. Freedom. Fierce Love.' was a Pride revival event held on Saturday, September 5, 2026, from 1:00 PM to 5:00 PM at the Cathedral of Hope, located at 5910 Cedar Springs Road, Dallas, TX. The event focused on healing, liberation, joy, and spiritual renewal, aiming to reclaim sacred space for LGBTQ+ individuals, allies, families, and seekers. Attendees enjoyed vendors, food trucks, a classic car show, music, teachings, and community speakers. Admission was free, and no tickets were required. (</w:t>
      </w:r>
      <w:hyperlink r:id="rId12">
        <w:r>
          <w:rPr>
            <w:color w:val="0000EE"/>
            <w:u w:val="single"/>
          </w:rPr>
          <w:t>prideindallas.org</w:t>
        </w:r>
      </w:hyperlink>
      <w:r>
        <w:t>)</w:t>
      </w:r>
      <w:r/>
    </w:p>
    <w:p>
      <w:pPr>
        <w:pStyle w:val="ListNumber"/>
        <w:spacing w:line="240" w:lineRule="auto"/>
        <w:ind w:left="720"/>
      </w:pPr>
      <w:r/>
      <w:hyperlink r:id="rId11">
        <w:r>
          <w:rPr>
            <w:color w:val="0000EE"/>
            <w:u w:val="single"/>
          </w:rPr>
          <w:t>https://prideindallas.org/parade/</w:t>
        </w:r>
      </w:hyperlink>
      <w:r>
        <w:t xml:space="preserve"> - The Parade on Cedar Springs, also known as the Michael Doughman Parade, is the centerpiece of Pride in Dallas. Scheduled for Sunday, September 20, 2026, at 2:00 PM, the parade will traverse Cedar Springs Road through Oak Lawn, celebrating community, resilience, and unity. Pre-show activities and lineup begin at 12:00 PM. The event is free and open to the public. (</w:t>
      </w:r>
      <w:hyperlink r:id="rId13">
        <w:r>
          <w:rPr>
            <w:color w:val="0000EE"/>
            <w:u w:val="single"/>
          </w:rPr>
          <w:t>prideindallas.org</w:t>
        </w:r>
      </w:hyperlink>
      <w:r>
        <w:t>)</w:t>
      </w:r>
      <w:r/>
    </w:p>
    <w:p>
      <w:pPr>
        <w:pStyle w:val="ListNumber"/>
        <w:spacing w:line="240" w:lineRule="auto"/>
        <w:ind w:left="720"/>
      </w:pPr>
      <w:r/>
      <w:hyperlink r:id="rId10">
        <w:r>
          <w:rPr>
            <w:color w:val="0000EE"/>
            <w:u w:val="single"/>
          </w:rPr>
          <w:t>https://prideindallas.org/events/revive-faith-freedom-fierce-love/</w:t>
        </w:r>
      </w:hyperlink>
      <w:r>
        <w:t xml:space="preserve"> - 'Revive: Faith. Freedom. Fierce Love.' was a Pride revival event held on Saturday, September 5, 2026, from 1:00 PM to 5:00 PM at the Cathedral of Hope, located at 5910 Cedar Springs Road, Dallas, TX. The event focused on healing, liberation, joy, and spiritual renewal, aiming to reclaim sacred space for LGBTQ+ individuals, allies, families, and seekers. Attendees enjoyed vendors, food trucks, a classic car show, music, teachings, and community speakers. Admission was free, and no tickets were required. (</w:t>
      </w:r>
      <w:hyperlink r:id="rId12">
        <w:r>
          <w:rPr>
            <w:color w:val="0000EE"/>
            <w:u w:val="single"/>
          </w:rPr>
          <w:t>prideindallas.org</w:t>
        </w:r>
      </w:hyperlink>
      <w:r>
        <w:t>)</w:t>
      </w:r>
      <w:r/>
    </w:p>
    <w:p>
      <w:pPr>
        <w:pStyle w:val="ListNumber"/>
        <w:spacing w:line="240" w:lineRule="auto"/>
        <w:ind w:left="720"/>
      </w:pPr>
      <w:r/>
      <w:hyperlink r:id="rId11">
        <w:r>
          <w:rPr>
            <w:color w:val="0000EE"/>
            <w:u w:val="single"/>
          </w:rPr>
          <w:t>https://prideindallas.org/parade/</w:t>
        </w:r>
      </w:hyperlink>
      <w:r>
        <w:t xml:space="preserve"> - The Parade on Cedar Springs, also known as the Michael Doughman Parade, is the centerpiece of Pride in Dallas. Scheduled for Sunday, September 20, 2026, at 2:00 PM, the parade will traverse Cedar Springs Road through Oak Lawn, celebrating community, resilience, and unity. Pre-show activities and lineup begin at 12:00 PM. The event is free and open to the public. (</w:t>
      </w:r>
      <w:hyperlink r:id="rId13">
        <w:r>
          <w:rPr>
            <w:color w:val="0000EE"/>
            <w:u w:val="single"/>
          </w:rPr>
          <w:t>prideindallas.org</w:t>
        </w:r>
      </w:hyperlink>
      <w:r>
        <w:t>)</w:t>
      </w:r>
      <w:r/>
    </w:p>
    <w:p>
      <w:pPr>
        <w:pStyle w:val="ListNumber"/>
        <w:spacing w:line="240" w:lineRule="auto"/>
        <w:ind w:left="720"/>
      </w:pPr>
      <w:r/>
      <w:hyperlink r:id="rId10">
        <w:r>
          <w:rPr>
            <w:color w:val="0000EE"/>
            <w:u w:val="single"/>
          </w:rPr>
          <w:t>https://prideindallas.org/events/revive-faith-freedom-fierce-love/</w:t>
        </w:r>
      </w:hyperlink>
      <w:r>
        <w:t xml:space="preserve"> - 'Revive: Faith. Freedom. Fierce Love.' was a Pride revival event held on Saturday, September 5, 2026, from 1:00 PM to 5:00 PM at the Cathedral of Hope, located at 5910 Cedar Springs Road, Dallas, TX. The event focused on healing, liberation, joy, and spiritual renewal, aiming to reclaim sacred space for LGBTQ+ individuals, allies, families, and seekers. Attendees enjoyed vendors, food trucks, a classic car show, music, teachings, and community speakers. Admission was free, and no tickets were required. (</w:t>
      </w:r>
      <w:hyperlink r:id="rId12">
        <w:r>
          <w:rPr>
            <w:color w:val="0000EE"/>
            <w:u w:val="single"/>
          </w:rPr>
          <w:t>prideindallas.org</w:t>
        </w:r>
      </w:hyperlink>
      <w:r>
        <w:t>)</w:t>
      </w:r>
      <w:r/>
    </w:p>
    <w:p>
      <w:pPr>
        <w:pStyle w:val="ListNumber"/>
        <w:spacing w:line="240" w:lineRule="auto"/>
        <w:ind w:left="720"/>
      </w:pPr>
      <w:r/>
      <w:hyperlink r:id="rId11">
        <w:r>
          <w:rPr>
            <w:color w:val="0000EE"/>
            <w:u w:val="single"/>
          </w:rPr>
          <w:t>https://prideindallas.org/parade/</w:t>
        </w:r>
      </w:hyperlink>
      <w:r>
        <w:t xml:space="preserve"> - The Parade on Cedar Springs, also known as the Michael Doughman Parade, is the centerpiece of Pride in Dallas. Scheduled for Sunday, September 20, 2026, at 2:00 PM, the parade will traverse Cedar Springs Road through Oak Lawn, celebrating community, resilience, and unity. Pre-show activities and lineup begin at 12:00 PM. The event is free and open to the public. (</w:t>
      </w:r>
      <w:hyperlink r:id="rId13">
        <w:r>
          <w:rPr>
            <w:color w:val="0000EE"/>
            <w:u w:val="single"/>
          </w:rPr>
          <w:t>prideindallas.org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esaiddallas.com/2026/09/16/its-a-beautiful-day-in-the-gayborhood/" TargetMode="External"/><Relationship Id="rId10" Type="http://schemas.openxmlformats.org/officeDocument/2006/relationships/hyperlink" Target="https://prideindallas.org/events/revive-faith-freedom-fierce-love/" TargetMode="External"/><Relationship Id="rId11" Type="http://schemas.openxmlformats.org/officeDocument/2006/relationships/hyperlink" Target="https://prideindallas.org/parade/" TargetMode="External"/><Relationship Id="rId12" Type="http://schemas.openxmlformats.org/officeDocument/2006/relationships/hyperlink" Target="https://prideindallas.org/events/revive-faith-freedom-fierce-love/?utm_source=openai" TargetMode="External"/><Relationship Id="rId13" Type="http://schemas.openxmlformats.org/officeDocument/2006/relationships/hyperlink" Target="https://prideindallas.org/para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