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Cleveland Drag Pride Showcase Highlights From Beachland Ballroom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Nine drag artists brought Cleveland’s annual Drag Pride Showcase to vivid life at Beachland Ballroom, pairing bold costumes, dramatic makeup and crowd-pleasing performances with a wonderfully intimate club atmosphere. For anyone searching for Cleveland drag shows or Pride events worth remembering, the evening offered glamour, humour and plenty of close-up stage energy.</w:t>
      </w:r>
      <w:r/>
    </w:p>
    <w:p>
      <w:pPr>
        <w:pStyle w:val="Heading2"/>
      </w:pPr>
      <w:r>
        <w:t>Essential Takeaways</w:t>
      </w:r>
      <w:r/>
      <w:r/>
    </w:p>
    <w:p>
      <w:pPr>
        <w:pStyle w:val="ListBullet"/>
        <w:spacing w:line="240" w:lineRule="auto"/>
        <w:ind w:left="720"/>
      </w:pPr>
      <w:r/>
      <w:r>
        <w:rPr>
          <w:b/>
        </w:rPr>
        <w:t>Nine performers shared the bill:</w:t>
      </w:r>
      <w:r>
        <w:t xml:space="preserve"> Each artist delivered two acts during the showcase.</w:t>
      </w:r>
      <w:r/>
    </w:p>
    <w:p>
      <w:pPr>
        <w:pStyle w:val="ListBullet"/>
        <w:spacing w:line="240" w:lineRule="auto"/>
        <w:ind w:left="720"/>
      </w:pPr>
      <w:r/>
      <w:r>
        <w:rPr>
          <w:b/>
        </w:rPr>
        <w:t>The looks went big:</w:t>
      </w:r>
      <w:r>
        <w:t xml:space="preserve"> Towering wigs, detailed makeup and costumes ranged from extravagant to sleek.</w:t>
      </w:r>
      <w:r/>
    </w:p>
    <w:p>
      <w:pPr>
        <w:pStyle w:val="ListBullet"/>
        <w:spacing w:line="240" w:lineRule="auto"/>
        <w:ind w:left="720"/>
      </w:pPr>
      <w:r/>
      <w:r>
        <w:rPr>
          <w:b/>
        </w:rPr>
        <w:t>The soundtrack stayed unpredictable:</w:t>
      </w:r>
      <w:r>
        <w:t xml:space="preserve"> Prince, Gloria Gaynor, AC/DC and Radiohead all featured.</w:t>
      </w:r>
      <w:r/>
    </w:p>
    <w:p>
      <w:pPr>
        <w:pStyle w:val="ListBullet"/>
        <w:spacing w:line="240" w:lineRule="auto"/>
        <w:ind w:left="720"/>
      </w:pPr>
      <w:r/>
      <w:r>
        <w:rPr>
          <w:b/>
        </w:rPr>
        <w:t>The audience became part of the show:</w:t>
      </w:r>
      <w:r>
        <w:t xml:space="preserve"> Performers moved through the room, connecting with guests and accepting tips.</w:t>
      </w:r>
      <w:r/>
    </w:p>
    <w:p>
      <w:pPr>
        <w:pStyle w:val="ListBullet"/>
        <w:spacing w:line="240" w:lineRule="auto"/>
        <w:ind w:left="720"/>
      </w:pPr>
      <w:r/>
      <w:r>
        <w:rPr>
          <w:b/>
        </w:rPr>
        <w:t>Beachland suited the format:</w:t>
      </w:r>
      <w:r>
        <w:t xml:space="preserve"> Its live-music setting helped the event feel close, lively and unfiltered.</w:t>
      </w:r>
      <w:r/>
      <w:r/>
    </w:p>
    <w:p>
      <w:pPr>
        <w:pStyle w:val="Heading2"/>
      </w:pPr>
      <w:r>
        <w:t>Cleveland drag turns the spotlight into a shared experience</w:t>
      </w:r>
      <w:r/>
    </w:p>
    <w:p>
      <w:r/>
      <w:r>
        <w:t>The strongest impression from the Cleveland Drag Pride Showcase wasn't simply the scale of the costumes. It was the sense that the performance refused to stay onstage. Artists moved into the audience, turning a conventional club show into something warmer, cheekier and much more immediate.</w:t>
      </w:r>
      <w:r/>
    </w:p>
    <w:p>
      <w:r/>
      <w:r>
        <w:t>Dr. Lady J, Sassy Sascha, Manny Nuff, Imani Evans Diamond, Debbie Does Drag, Jayce Blaze, Agata Why, Monica Lexin and Veranda L'Ni each brought a distinct presence. According to the event listings, the showcase took place at Beachland Ballroom and Tavern, a venue already associated with energetic live entertainment.</w:t>
      </w:r>
      <w:r/>
    </w:p>
    <w:p>
      <w:r/>
      <w:r>
        <w:t>That close contact matters in drag. A raised eyebrow, a costume detail or a perfectly timed gesture can land differently when the performer is only a few feet away. It gives the room a sense of shared mischief, rather than leaving guests as passive observers.</w:t>
      </w:r>
      <w:r/>
    </w:p>
    <w:p>
      <w:pPr>
        <w:pStyle w:val="Heading2"/>
      </w:pPr>
      <w:r>
        <w:t>Nine artists, two acts apiece and plenty of variety</w:t>
      </w:r>
      <w:r/>
    </w:p>
    <w:p>
      <w:r/>
      <w:r>
        <w:t>With two performances from each artist, the programme had room to shift gears. One number could be sleek and controlled, while the next might arrive in an enormous wig or a costume built to command attention from the back of the room.</w:t>
      </w:r>
      <w:r/>
    </w:p>
    <w:p>
      <w:r/>
      <w:r>
        <w:t>The showcase also appeared to favour variety over a single visual formula. Intricate makeup sat alongside dramatic silhouettes, while more fitted looks offered a different kind of theatrical confidence. Ohio's wider performance scene includes drag, burlesque and other nightlife formats, as reflected by local event organisations such as Ohio Burlesque.</w:t>
      </w:r>
      <w:r/>
    </w:p>
    <w:p>
      <w:r/>
      <w:r>
        <w:t>That mix keeps a shared bill moving. Audiences get surprise, contrast and enough change between acts to make the evening feel like a proper showcase rather than a sequence of similar routines.</w:t>
      </w:r>
      <w:r/>
    </w:p>
    <w:p>
      <w:pPr>
        <w:pStyle w:val="Heading2"/>
      </w:pPr>
      <w:r>
        <w:t>From Prince to Radiohead, the playlist kept everyone guessing</w:t>
      </w:r>
      <w:r/>
    </w:p>
    <w:p>
      <w:r/>
      <w:r>
        <w:t>Music gave the performances another layer of personality. Prince and Gloria Gaynor brought instantly recognisable pop and disco energy, while AC/DC added a harder edge. Radiohead, meanwhile, pushed the musical range somewhere more unexpected.</w:t>
      </w:r>
      <w:r/>
    </w:p>
    <w:p>
      <w:r/>
      <w:r>
        <w:t>It's a useful reminder that drag isn't tied to one sound. The performance can be camp, glamorous, emotional, confrontational or downright funny, sometimes within the same number. A familiar song may draw the crowd in, but an unusual choice can reveal far more about an artist's style.</w:t>
      </w:r>
      <w:r/>
    </w:p>
    <w:p>
      <w:r/>
      <w:r>
        <w:t>For people choosing a drag show in Cleveland, that unpredictability is part of the appeal. You aren't only buying a playlist or a costume parade. You're seeing how performers reinterpret culture, character and music in real time.</w:t>
      </w:r>
      <w:r/>
    </w:p>
    <w:p>
      <w:pPr>
        <w:pStyle w:val="Heading2"/>
      </w:pPr>
      <w:r>
        <w:t>Why Beachland Ballroom makes an effective drag venue</w:t>
      </w:r>
      <w:r/>
    </w:p>
    <w:p>
      <w:r/>
      <w:r>
        <w:t>Beachland Ballroom's club layout appears to have suited a show that depended on movement and audience connection. Its established role as a Cleveland live-music venue gives performers a room built for sound, visibility and a little controlled chaos.</w:t>
      </w:r>
      <w:r/>
    </w:p>
    <w:p>
      <w:r/>
      <w:r>
        <w:t>The venue's own event presence and listings point to a busy programme of concerts and nightlife, while event platforms also place the Drag Pride Showcase at the Beachland Ballroom and Tavern. That broader context helps explain why the space works: guests arrive expecting energy, not a quiet theatre presentation.</w:t>
      </w:r>
      <w:r/>
    </w:p>
    <w:p>
      <w:r/>
      <w:r>
        <w:t>For first-time visitors, practical details are worth checking before heading out. Look at the venue's current entry information, ticket arrangements and event timings, then arrive early if you want a clear view. And keep a few small notes handy if you plan to tip performers, because the artists may well come to you rather than waiting at the edge of the stage.</w:t>
      </w:r>
      <w:r/>
    </w:p>
    <w:p>
      <w:pPr>
        <w:pStyle w:val="Heading2"/>
      </w:pPr>
      <w:r>
        <w:t>A bright reminder of what live Pride events do best</w:t>
      </w:r>
      <w:r/>
    </w:p>
    <w:p>
      <w:r/>
      <w:r>
        <w:t>The showcase captured the generous, communal side of Pride nightlife. There was polish in the wigs and makeup, but also plenty of direct engagement, laughter and audience participation. That combination can make a local event feel both celebratory and distinctly personal.</w:t>
      </w:r>
      <w:r/>
    </w:p>
    <w:p>
      <w:r/>
      <w:r>
        <w:t>It also underlines why photographed performances matter. A live drag number disappears as soon as the music stops, leaving images, memories and the occasional glitter trail behind. For Cleveland audiences, events like this offer more than an evening out: they create a vivid snapshot of the city's queer performance culture.</w:t>
      </w:r>
      <w:r/>
    </w:p>
    <w:p>
      <w:r/>
      <w:r>
        <w:t>If the next showcase carries the same spirit, it should appeal to regular drag fans and curious newcomers alike. Sometimes the best way to understand a scene is simply to stand near the front, cheer loudly and let the performers take over the room.</w:t>
      </w:r>
      <w:r/>
    </w:p>
    <w:p>
      <w:r/>
      <w:r>
        <w:t>It's a small venue, a big stage presence and a memorable way to celebrate Cleveland drag.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https://coolcleveland.com/2026/09/photostream-drag-pride-showcase-beachland-ballroom-by-anastasia-pantsios/</w:t>
        </w:r>
      </w:hyperlink>
      <w:r>
        <w:t xml:space="preserve"> - Please view link - unable to able to access data</w:t>
      </w:r>
      <w:r/>
    </w:p>
    <w:p>
      <w:pPr>
        <w:pStyle w:val="ListNumber"/>
        <w:spacing w:line="240" w:lineRule="auto"/>
        <w:ind w:left="720"/>
      </w:pPr>
      <w:r/>
      <w:hyperlink r:id="rId10">
        <w:r>
          <w:rPr>
            <w:color w:val="0000EE"/>
            <w:u w:val="single"/>
          </w:rPr>
          <w:t>https://nightout.com/events/v/drag-pride-showcase-beachland-ballroom-and-tavern-cleveland-2026-09-11/tickets</w:t>
        </w:r>
      </w:hyperlink>
      <w:r>
        <w:t xml:space="preserve"> - The Drag Pride Showcase at Beachland Ballroom and Tavern in Cleveland, Ohio, took place on Friday, September 11, 2026, at 8:00 PM. This annual event celebrated queer artistry by bringing together a diverse lineup of local and regional drag performers. The showcase featured a mix of established queens and rising talents, presenting a range of styles from comedic lip-syncs to theatrical numbers. The Beachland Ballroom provided an intimate setting for the performances, appealing to attendees seeking an evening of live entertainment and community spirit.</w:t>
      </w:r>
      <w:r/>
    </w:p>
    <w:p>
      <w:pPr>
        <w:pStyle w:val="ListNumber"/>
        <w:spacing w:line="240" w:lineRule="auto"/>
        <w:ind w:left="720"/>
      </w:pPr>
      <w:r/>
      <w:hyperlink r:id="rId12">
        <w:r>
          <w:rPr>
            <w:color w:val="0000EE"/>
            <w:u w:val="single"/>
          </w:rPr>
          <w:t>https://www.stuborder.com/drag-pride-showcase-september-11-2026-tickets/8151319</w:t>
        </w:r>
      </w:hyperlink>
      <w:r>
        <w:t xml:space="preserve"> - Tickets for the Drag Pride Showcase at Beachland Ballroom in Cleveland, Ohio, were available for purchase for the event held on Friday, September 11, 2026, at 8:00 PM. The event featured a lineup of drag performers, with ticket prices starting at approximately $37.00. The Beachland Ballroom, located at 15711 Waterloo Road, Cleveland, OH 44110, is known for hosting a variety of live music and performance events, providing a comfortable and intimate setting for attendees.</w:t>
      </w:r>
      <w:r/>
    </w:p>
    <w:p>
      <w:pPr>
        <w:pStyle w:val="ListNumber"/>
        <w:spacing w:line="240" w:lineRule="auto"/>
        <w:ind w:left="720"/>
      </w:pPr>
      <w:r/>
      <w:hyperlink r:id="rId11">
        <w:r>
          <w:rPr>
            <w:color w:val="0000EE"/>
            <w:u w:val="single"/>
          </w:rPr>
          <w:t>https://cleveland.events/venue/beachland-ballroom/</w:t>
        </w:r>
      </w:hyperlink>
      <w:r>
        <w:t xml:space="preserve"> - Beachland Ballroom, located at 15711 Waterloo Road, Cleveland, OH 44113, is a live event venue that hosts a variety of concerts, festivals, and seasonal events throughout the year. The venue is known for its eclectic rock atmosphere and has a history of hosting diverse performances, including the annual Drag Pride Showcase. The Beachland Ballroom offers a comfortable and intimate setting for live entertainment, appealing to a wide range of music and performance enthusiasts.</w:t>
      </w:r>
      <w:r/>
    </w:p>
    <w:p>
      <w:pPr>
        <w:pStyle w:val="ListNumber"/>
        <w:spacing w:line="240" w:lineRule="auto"/>
        <w:ind w:left="720"/>
      </w:pPr>
      <w:r/>
      <w:hyperlink r:id="rId14">
        <w:r>
          <w:rPr>
            <w:color w:val="0000EE"/>
            <w:u w:val="single"/>
          </w:rPr>
          <w:t>https://www.ohioburlesque.com/</w:t>
        </w:r>
      </w:hyperlink>
      <w:r>
        <w:t xml:space="preserve"> - Ohio Burlesque is an award-winning, longest-running, and largest burlesque, drag, variety, and vaudeville festival in Ohio. The festival is brought to you by Cleveland Burlesque LLC and is known for its diverse and inclusive performances. The Beachland Ballroom serves as the venue for many of Ohio Burlesque's large concept shows, including burlesque, variety, drag, circus, and aerial performances. The venue provides a fully seated environment with some standing room available, enhancing the experience for attendees.</w:t>
      </w:r>
      <w:r/>
    </w:p>
    <w:p>
      <w:pPr>
        <w:pStyle w:val="ListNumber"/>
        <w:spacing w:line="240" w:lineRule="auto"/>
        <w:ind w:left="720"/>
      </w:pPr>
      <w:r/>
      <w:hyperlink r:id="rId13">
        <w:r>
          <w:rPr>
            <w:color w:val="0000EE"/>
            <w:u w:val="single"/>
          </w:rPr>
          <w:t>https://www.beachlandballroom.com/</w:t>
        </w:r>
      </w:hyperlink>
      <w:r>
        <w:t xml:space="preserve"> - Beachland Ballroom, located at 15711 Waterloo Road, Cleveland, OH 44110, is a live music venue known for hosting a variety of events, including concerts, festivals, and seasonal performances. The venue offers a comfortable and intimate setting for live entertainment, appealing to a diverse audience. Upcoming events at the Beachland Ballroom include performances by SWMRS, Bob Log III, Michelle Shocked, and Jason Ricci &amp; the Bad Kind, among others. The venue's office hours are Monday to Friday, 11 am to 5 pm.</w:t>
      </w:r>
      <w:r/>
    </w:p>
    <w:p>
      <w:pPr>
        <w:pStyle w:val="ListNumber"/>
        <w:spacing w:line="240" w:lineRule="auto"/>
        <w:ind w:left="720"/>
      </w:pPr>
      <w:r/>
      <w:hyperlink r:id="rId15">
        <w:r>
          <w:rPr>
            <w:color w:val="0000EE"/>
            <w:u w:val="single"/>
          </w:rPr>
          <w:t>https://nightout.com/events/v/swmrs-beachland-ballroom-and-tavern-cleveland-2026-09-16/tickets</w:t>
        </w:r>
      </w:hyperlink>
      <w:r>
        <w:t xml:space="preserve"> - SWMRS, a punk-inflected rock band, is scheduled to perform at Beachland Ballroom and Tavern in Cleveland, Ohio, on Wednesday, September 16, 2026, at 8:00 PM. The event is presented by Beachland Ballroom and Tavern and offers attendees the opportunity to experience SWMRS' evolving sound, which has transitioned from garage rock to a more expansive style with catchy hooks. The Beachland Ballroom provides a classic club room for live music, known for its good sightlines and sound, drawing a diverse crowd of dedicated music fans.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olcleveland.com/2026/09/photostream-drag-pride-showcase-beachland-ballroom-by-anastasia-pantsios/" TargetMode="External"/><Relationship Id="rId10" Type="http://schemas.openxmlformats.org/officeDocument/2006/relationships/hyperlink" Target="https://nightout.com/events/v/drag-pride-showcase-beachland-ballroom-and-tavern-cleveland-2026-09-11/tickets" TargetMode="External"/><Relationship Id="rId11" Type="http://schemas.openxmlformats.org/officeDocument/2006/relationships/hyperlink" Target="https://cleveland.events/venue/beachland-ballroom/" TargetMode="External"/><Relationship Id="rId12" Type="http://schemas.openxmlformats.org/officeDocument/2006/relationships/hyperlink" Target="https://www.stuborder.com/drag-pride-showcase-september-11-2026-tickets/8151319" TargetMode="External"/><Relationship Id="rId13" Type="http://schemas.openxmlformats.org/officeDocument/2006/relationships/hyperlink" Target="https://www.beachlandballroom.com/" TargetMode="External"/><Relationship Id="rId14" Type="http://schemas.openxmlformats.org/officeDocument/2006/relationships/hyperlink" Target="https://www.ohioburlesque.com/" TargetMode="External"/><Relationship Id="rId15" Type="http://schemas.openxmlformats.org/officeDocument/2006/relationships/hyperlink" Target="https://nightout.com/events/v/swmrs-beachland-ballroom-and-tavern-cleveland-2026-09-16/tick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