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Bisexual Films to Watch for Authentic LGBTQIA+ Stories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Movie lovers are turning to these bisexual films for stories that feel funny, tender and refreshingly human. From a much-anticipated Heartstopper finale to indie favourites such as Appropriate Behaviour and Shiva Baby, this watchlist offers plenty for Bisexual Awareness Week and beyond.</w:t>
      </w:r>
      <w:r/>
    </w:p>
    <w:p>
      <w:pPr>
        <w:pStyle w:val="Heading2"/>
      </w:pPr>
      <w:r>
        <w:t>Essential Takeaways</w:t>
      </w:r>
      <w:r/>
      <w:r/>
    </w:p>
    <w:p>
      <w:pPr>
        <w:pStyle w:val="ListBullet"/>
        <w:spacing w:line="240" w:lineRule="auto"/>
        <w:ind w:left="720"/>
      </w:pPr>
      <w:r/>
      <w:r>
        <w:rPr>
          <w:b/>
        </w:rPr>
        <w:t>A varied watchlist:</w:t>
      </w:r>
      <w:r>
        <w:t xml:space="preserve"> The selection spans coming-of-age drama, awkward comedy, romance and heartfelt self-discovery.</w:t>
      </w:r>
      <w:r/>
    </w:p>
    <w:p>
      <w:pPr>
        <w:pStyle w:val="ListBullet"/>
        <w:spacing w:line="240" w:lineRule="auto"/>
        <w:ind w:left="720"/>
      </w:pPr>
      <w:r/>
      <w:r>
        <w:rPr>
          <w:b/>
        </w:rPr>
        <w:t>A standout indie:</w:t>
      </w:r>
      <w:r>
        <w:t xml:space="preserve"> Appropriate Behaviour mixes family pressure, queer identity and sharp humour.</w:t>
      </w:r>
      <w:r/>
    </w:p>
    <w:p>
      <w:pPr>
        <w:pStyle w:val="ListBullet"/>
        <w:spacing w:line="240" w:lineRule="auto"/>
        <w:ind w:left="720"/>
      </w:pPr>
      <w:r/>
      <w:r>
        <w:rPr>
          <w:b/>
        </w:rPr>
        <w:t>Plenty of emotional range:</w:t>
      </w:r>
      <w:r>
        <w:t xml:space="preserve"> Expect everything from uncomfortable dinner parties to warm, reflective moments.</w:t>
      </w:r>
      <w:r/>
    </w:p>
    <w:p>
      <w:pPr>
        <w:pStyle w:val="ListBullet"/>
        <w:spacing w:line="240" w:lineRule="auto"/>
        <w:ind w:left="720"/>
      </w:pPr>
      <w:r/>
      <w:r>
        <w:rPr>
          <w:b/>
        </w:rPr>
        <w:t>A useful starting point:</w:t>
      </w:r>
      <w:r>
        <w:t xml:space="preserve"> These films offer bisexual viewers stories that feel more layered than familiar stereotypes.</w:t>
      </w:r>
      <w:r/>
      <w:r/>
    </w:p>
    <w:p>
      <w:pPr>
        <w:pStyle w:val="Heading2"/>
      </w:pPr>
      <w:r>
        <w:t>Why these bisexual films are worth your time</w:t>
      </w:r>
      <w:r/>
    </w:p>
    <w:p>
      <w:r/>
      <w:r>
        <w:t>Good bisexual representation can be surprisingly difficult to find. Too often, bi characters are reduced to indecision, deception or a convenient plot twist, rather than shown as fully rounded people with complicated families, desires and ambitions.</w:t>
      </w:r>
      <w:r/>
    </w:p>
    <w:p>
      <w:r/>
      <w:r>
        <w:t>This list takes a more generous route. It brings together films that let bisexual characters be messy, funny, romantic, awkward and occasionally completely overwhelmed. In other words, recognisable. Critics discussing Appropriate Behaviour have particularly praised its mix of humour and emotional discomfort, according to RogerEbert.com and The Guardian.</w:t>
      </w:r>
      <w:r/>
    </w:p>
    <w:p>
      <w:pPr>
        <w:pStyle w:val="Heading2"/>
      </w:pPr>
      <w:r>
        <w:t>Start with a sharp, funny indie favourite</w:t>
      </w:r>
      <w:r/>
    </w:p>
    <w:p>
      <w:r/>
      <w:r>
        <w:t>Desiree Akhavan's Appropriate Behaviour follows Shirin, an Iranian-American bisexual woman caught between family expectations and the life she's trying to build for herself. The result is a brisk, uncomfortable comedy about break-ups, cultural pressure and the exhausting business of appearing to have everything under control.</w:t>
      </w:r>
      <w:r/>
    </w:p>
    <w:p>
      <w:r/>
      <w:r>
        <w:t>The film's appeal lies in its messiness. Shirin isn't presented as a perfect representative of anyone, and that's precisely what makes her feel alive. Reviews from The Arts Desk and Time Out highlight the film's caustic humour and distinctive voice, making it a strong choice for viewers who like their romantic comedies with sharper edges.</w:t>
      </w:r>
      <w:r/>
    </w:p>
    <w:p>
      <w:pPr>
        <w:pStyle w:val="Heading2"/>
      </w:pPr>
      <w:r>
        <w:t>When family gatherings become painfully funny</w:t>
      </w:r>
      <w:r/>
    </w:p>
    <w:p>
      <w:r/>
      <w:r>
        <w:t>Shiva Baby turns one tense social occasion into a pressure cooker. Danielle, played by Rachel Sennott, finds herself navigating family judgement while unexpectedly encountering both a sugar daddy and a successful former girlfriend.</w:t>
      </w:r>
      <w:r/>
    </w:p>
    <w:p>
      <w:r/>
      <w:r>
        <w:t>It has the close-quarters energy of a nightmare you can't politely leave. Every glance feels loaded, every conversation risks going wrong, and the comedy comes from watching Danielle scramble to keep her different worlds apart. For anyone who enjoys cringe comedy with a queer perspective, it's an especially effective pick.</w:t>
      </w:r>
      <w:r/>
    </w:p>
    <w:p>
      <w:pPr>
        <w:pStyle w:val="Heading2"/>
      </w:pPr>
      <w:r>
        <w:t>From university discoveries to older selves</w:t>
      </w:r>
      <w:r/>
    </w:p>
    <w:p>
      <w:r/>
      <w:r>
        <w:t>Margarita With A Straw offers a warmer, more reflective story. Its protagonist, an Indian teenager with cerebral palsy, moves to America for university and begins exploring her sexuality with greater freedom and uncertainty.</w:t>
      </w:r>
      <w:r/>
    </w:p>
    <w:p>
      <w:r/>
      <w:r>
        <w:t>Meanwhile, My Old Ass approaches bisexual coming-of-age through a distinctly offbeat premise. Elliott encounters her older self after taking psychedelic mushrooms, creating space for a tender conversation about choices, identity and the future. It sounds wonderfully strange, but the emotional questions are grounded and familiar.</w:t>
      </w:r>
      <w:r/>
    </w:p>
    <w:p>
      <w:pPr>
        <w:pStyle w:val="Heading2"/>
      </w:pPr>
      <w:r>
        <w:t>A hopeful final chapter for Heartstopper fans</w:t>
      </w:r>
      <w:r/>
    </w:p>
    <w:p>
      <w:r/>
      <w:r>
        <w:t>Heartstopper Forever brings Nick Nelson's bisexual representation into the final film instalment of the beloved story. With university on the horizon, the characters are moving into a new stage of life, where friendship, romance and change all become harder to keep neatly separated.</w:t>
      </w:r>
      <w:r/>
    </w:p>
    <w:p>
      <w:r/>
      <w:r>
        <w:t>The film's place on this list also reflects the wider importance of accessible LGBTQIA+ storytelling. Heartstopper has helped make queer joy feel mainstream without sanding away every difficult feeling, and its final chapter is likely to appeal to viewers wanting something hopeful after heavier dramas.</w:t>
      </w:r>
      <w:r/>
    </w:p>
    <w:p>
      <w:pPr>
        <w:pStyle w:val="Heading2"/>
      </w:pPr>
      <w:r>
        <w:t>How to choose your next watch</w:t>
      </w:r>
      <w:r/>
    </w:p>
    <w:p>
      <w:r/>
      <w:r>
        <w:t>For fast, uncomfortable laughs, try Appropriate Behaviour or Shiva Baby. If you'd rather watch a more openly emotional journey, Margarita With A Straw and My Old Ass offer room to sit with questions about growing up and becoming yourself.</w:t>
      </w:r>
      <w:r/>
    </w:p>
    <w:p>
      <w:r/>
      <w:r>
        <w:t>And if you want familiar characters in a larger, celebratory finale, Heartstopper Forever is the obvious choice. Settle in with snacks, keep the evening unhurried and choose according to your mood. Your ideal bisexual film marathon doesn't have to be serious from beginning to end.</w:t>
      </w:r>
      <w:r/>
    </w:p>
    <w:p>
      <w:r/>
      <w:r>
        <w:t>A thoughtful watchlist can make bisexual stories feel visible, varied and worth returning to.</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1">
        <w:r>
          <w:rPr>
            <w:color w:val="0000EE"/>
            <w:u w:val="single"/>
          </w:rPr>
          <w:t>[5]</w:t>
        </w:r>
      </w:hyperlink>
      <w:r>
        <w:t xml:space="preserve">- Paragraph 4: </w:t>
      </w:r>
      <w:hyperlink r:id="rId15">
        <w:r>
          <w:rPr>
            <w:color w:val="0000EE"/>
            <w:u w:val="single"/>
          </w:rPr>
          <w:t>[2]</w:t>
        </w:r>
      </w:hyperlink>
      <w:r>
        <w:t xml:space="preserve">, </w:t>
      </w:r>
      <w:hyperlink r:id="rId10">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[7]</w:t>
        </w:r>
      </w:hyperlink>
      <w:r>
        <w:t xml:space="preserve">, </w:t>
      </w:r>
      <w:hyperlink r:id="rId10">
        <w:r>
          <w:rPr>
            <w:color w:val="0000EE"/>
            <w:u w:val="single"/>
          </w:rPr>
          <w:t>[3]</w:t>
        </w:r>
      </w:hyperlink>
      <w:r>
        <w:t xml:space="preserve">- Paragraph 7: </w:t>
      </w:r>
      <w:hyperlink r:id="rId15">
        <w:r>
          <w:rPr>
            <w:color w:val="0000EE"/>
            <w:u w:val="single"/>
          </w:rPr>
          <w:t>[2]</w:t>
        </w:r>
      </w:hyperlink>
      <w:r>
        <w:t xml:space="preserve">, </w:t>
      </w:r>
      <w:hyperlink r:id="rId11">
        <w:r>
          <w:rPr>
            <w:color w:val="0000EE"/>
            <w:u w:val="single"/>
          </w:rPr>
          <w:t>[5]</w:t>
        </w:r>
      </w:hyperlink>
      <w:r>
        <w:t xml:space="preserve">- Paragraph 8: </w:t>
      </w:r>
      <w:hyperlink r:id="rId12">
        <w:r>
          <w:rPr>
            <w:color w:val="0000EE"/>
            <w:u w:val="single"/>
          </w:rPr>
          <w:t>[4]</w:t>
        </w:r>
      </w:hyperlink>
      <w:r>
        <w:t xml:space="preserve">, </w:t>
      </w:r>
      <w:hyperlink r:id="rId13">
        <w:r>
          <w:rPr>
            <w:color w:val="0000EE"/>
            <w:u w:val="single"/>
          </w:rPr>
          <w:t>[6]</w:t>
        </w:r>
      </w:hyperlink>
      <w:r>
        <w:t xml:space="preserve">- Paragraph 9: </w:t>
      </w:r>
      <w:hyperlink r:id="rId14">
        <w:r>
          <w:rPr>
            <w:color w:val="0000EE"/>
            <w:u w:val="single"/>
          </w:rPr>
          <w:t>[7]</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https://diva-magazine.com/2026/09/16/5-films-to-watch-this-bisexual-awareness-week/?utm_source=rss&amp;utm_medium=rss&amp;utm_campaign=5-films-to-watch-this-bisexual-awareness-week</w:t>
        </w:r>
      </w:hyperlink>
      <w:r>
        <w:t xml:space="preserve"> - Please view link - unable to able to access data</w:t>
      </w:r>
      <w:r/>
    </w:p>
    <w:p>
      <w:pPr>
        <w:pStyle w:val="ListNumber"/>
        <w:spacing w:line="240" w:lineRule="auto"/>
        <w:ind w:left="720"/>
      </w:pPr>
      <w:r/>
      <w:hyperlink r:id="rId15">
        <w:r>
          <w:rPr>
            <w:color w:val="0000EE"/>
            <w:u w:val="single"/>
          </w:rPr>
          <w:t>https://en.wikipedia.org/wiki/Heartstopper_Forever</w:t>
        </w:r>
      </w:hyperlink>
      <w:r>
        <w:t xml:space="preserve"> - Heartstopper Forever is an upcoming television film and the feature-length series finale of the romantic comedy television series Heartstopper. Written by Alice Oseman and directed by Wash Westmoreland, it is an adaptation of the sixth volume of Oseman's Heartstopper graphic novel series and is set to be released on Netflix. Kit Connor and Joe Locke reprise their respective series roles as Nick Nelson and Charlie Spring, and will additionally serve as executive producers. The film is due to be released on 17 July 2026.</w:t>
      </w:r>
      <w:r/>
    </w:p>
    <w:p>
      <w:pPr>
        <w:pStyle w:val="ListNumber"/>
        <w:spacing w:line="240" w:lineRule="auto"/>
        <w:ind w:left="720"/>
      </w:pPr>
      <w:r/>
      <w:hyperlink r:id="rId10">
        <w:r>
          <w:rPr>
            <w:color w:val="0000EE"/>
            <w:u w:val="single"/>
          </w:rPr>
          <w:t>https://www.rogerebert.com/reviews/appropriate-behavior-2015</w:t>
        </w:r>
      </w:hyperlink>
      <w:r>
        <w:t xml:space="preserve"> - Desiree Akhavan's 'Appropriate Behavior' is a promising debut that offers a unique perspective on the lives of 20-somethings in Brooklyn. The film follows Shirin, a bisexual Iranian-American woman navigating the complexities of her identity and relationships. Akhavan's direction and performance provide a fresh take on familiar themes, highlighting voices and experiences often left out of mainstream narratives.</w:t>
      </w:r>
      <w:r/>
    </w:p>
    <w:p>
      <w:pPr>
        <w:pStyle w:val="ListNumber"/>
        <w:spacing w:line="240" w:lineRule="auto"/>
        <w:ind w:left="720"/>
      </w:pPr>
      <w:r/>
      <w:hyperlink r:id="rId12">
        <w:r>
          <w:rPr>
            <w:color w:val="0000EE"/>
            <w:u w:val="single"/>
          </w:rPr>
          <w:t>https://www.rottentomatoes.com/m/appropriate_behavior</w:t>
        </w:r>
      </w:hyperlink>
      <w:r>
        <w:t xml:space="preserve"> - 'Appropriate Behavior' holds a 97% rating on Rotten Tomatoes, based on 62 critic reviews, and a 64% audience score from over 1,000 ratings. The film is praised for its warm, funny, and quietly profound storytelling, serving as a compelling calling card for writer, director, and star Desiree Akhavan. Critics highlight its intimate approach to filmmaking and the relatable portrayal of a bisexual woman's journey.</w:t>
      </w:r>
      <w:r/>
    </w:p>
    <w:p>
      <w:pPr>
        <w:pStyle w:val="ListNumber"/>
        <w:spacing w:line="240" w:lineRule="auto"/>
        <w:ind w:left="720"/>
      </w:pPr>
      <w:r/>
      <w:hyperlink r:id="rId11">
        <w:r>
          <w:rPr>
            <w:color w:val="0000EE"/>
            <w:u w:val="single"/>
          </w:rPr>
          <w:t>https://www.theguardian.com/film/2015/mar/08/appropriate-behaviour-review-razor-sharp-rom-com-desiree-akhavan</w:t>
        </w:r>
      </w:hyperlink>
      <w:r>
        <w:t xml:space="preserve"> - Mark Kermode's review in The Guardian describes 'Appropriate Behaviour' as a likably scathing rom-com from writer/director/star Desiree Akhavan. The film follows Shirin, a young Iranian-American woman navigating romantic crises and her struggle to come out to her family. Akhavan's sharp wit and the film's candid portrayal of bisexuality offer a fresh perspective on familiar themes.</w:t>
      </w:r>
      <w:r/>
    </w:p>
    <w:p>
      <w:pPr>
        <w:pStyle w:val="ListNumber"/>
        <w:spacing w:line="240" w:lineRule="auto"/>
        <w:ind w:left="720"/>
      </w:pPr>
      <w:r/>
      <w:hyperlink r:id="rId13">
        <w:r>
          <w:rPr>
            <w:color w:val="0000EE"/>
            <w:u w:val="single"/>
          </w:rPr>
          <w:t>https://www.theartsdesk.com/film/appropriate-behaviour</w:t>
        </w:r>
      </w:hyperlink>
      <w:r>
        <w:t xml:space="preserve"> - Tom Birchenough's review in The Arts Desk highlights 'Appropriate Behaviour' as an engaging indie film that memorably mixes great humour with an uneasy search for identity. Desiree Akhavan plays Shirin, a bisexual woman from a traditional Iranian-American family, who is trying to balance her cultural heritage with her personal life in Brooklyn. The film is praised for its emotional depth and relatable characters.</w:t>
      </w:r>
      <w:r/>
    </w:p>
    <w:p>
      <w:pPr>
        <w:pStyle w:val="ListNumber"/>
        <w:spacing w:line="240" w:lineRule="auto"/>
        <w:ind w:left="720"/>
      </w:pPr>
      <w:r/>
      <w:hyperlink r:id="rId14">
        <w:r>
          <w:rPr>
            <w:color w:val="0000EE"/>
            <w:u w:val="single"/>
          </w:rPr>
          <w:t>https://www.timeout.com/movies/appropriate-behaviour</w:t>
        </w:r>
      </w:hyperlink>
      <w:r>
        <w:t xml:space="preserve"> - Time Out's review awards 'Appropriate Behaviour' four out of five stars, describing it as a warm and funny debut from Desiree Akhavan. The film follows Shirin, an Iranian-American woman navigating her bisexual identity and relationships in Brooklyn. The review praises the film's depth and heart, noting its satisfying exploration of complex themes and its candid portrayal of bisexuality.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a-magazine.com/2026/09/16/5-films-to-watch-this-bisexual-awareness-week/?utm_source=rss&amp;utm_medium=rss&amp;utm_campaign=5-films-to-watch-this-bisexual-awareness-week" TargetMode="External"/><Relationship Id="rId10" Type="http://schemas.openxmlformats.org/officeDocument/2006/relationships/hyperlink" Target="https://www.rogerebert.com/reviews/appropriate-behavior-2015" TargetMode="External"/><Relationship Id="rId11" Type="http://schemas.openxmlformats.org/officeDocument/2006/relationships/hyperlink" Target="https://www.theguardian.com/film/2015/mar/08/appropriate-behaviour-review-razor-sharp-rom-com-desiree-akhavan" TargetMode="External"/><Relationship Id="rId12" Type="http://schemas.openxmlformats.org/officeDocument/2006/relationships/hyperlink" Target="https://www.rottentomatoes.com/m/appropriate_behavior" TargetMode="External"/><Relationship Id="rId13" Type="http://schemas.openxmlformats.org/officeDocument/2006/relationships/hyperlink" Target="https://www.theartsdesk.com/film/appropriate-behaviour" TargetMode="External"/><Relationship Id="rId14" Type="http://schemas.openxmlformats.org/officeDocument/2006/relationships/hyperlink" Target="https://www.timeout.com/movies/appropriate-behaviour" TargetMode="External"/><Relationship Id="rId15" Type="http://schemas.openxmlformats.org/officeDocument/2006/relationships/hyperlink" Target="https://en.wikipedia.org/wiki/Heartstopper_Forev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