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Bi Visibility Week Events in West Hollywood for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West Hollywood is turning Bi Visibility Week into a city-wide celebration, with bisexual pride displays, a representation summit and a comedy night bringing bi, pan and queer voices into the spotlight. The September programme offers free cultural conversation alongside a ticketed evening of live entertainment, giving visitors plenty to see, hear and support.</w:t>
      </w:r>
      <w:r/>
    </w:p>
    <w:p>
      <w:pPr>
        <w:pStyle w:val="Heading2"/>
      </w:pPr>
      <w:r>
        <w:t>Essential Takeaways</w:t>
      </w:r>
      <w:r/>
      <w:r/>
    </w:p>
    <w:p>
      <w:pPr>
        <w:pStyle w:val="ListBullet"/>
        <w:spacing w:line="240" w:lineRule="auto"/>
        <w:ind w:left="720"/>
      </w:pPr>
      <w:r/>
      <w:r>
        <w:rPr>
          <w:b/>
        </w:rPr>
        <w:t>The city will glow with pride:</w:t>
      </w:r>
      <w:r>
        <w:t xml:space="preserve"> Santa Monica Boulevard medians and street lanterns will display the colours of the Bisexual+ Pride flag.</w:t>
      </w:r>
      <w:r/>
    </w:p>
    <w:p>
      <w:pPr>
        <w:pStyle w:val="ListBullet"/>
        <w:spacing w:line="240" w:lineRule="auto"/>
        <w:ind w:left="720"/>
      </w:pPr>
      <w:r/>
      <w:r>
        <w:rPr>
          <w:b/>
        </w:rPr>
        <w:t>The Write Us In Summit is free:</w:t>
      </w:r>
      <w:r>
        <w:t xml:space="preserve"> It takes place on 19 September at West Hollywood Council Chambers, with limited RSVP places.</w:t>
      </w:r>
      <w:r/>
    </w:p>
    <w:p>
      <w:pPr>
        <w:pStyle w:val="ListBullet"/>
        <w:spacing w:line="240" w:lineRule="auto"/>
        <w:ind w:left="720"/>
      </w:pPr>
      <w:r/>
      <w:r>
        <w:rPr>
          <w:b/>
        </w:rPr>
        <w:t>Representation is the focus:</w:t>
      </w:r>
      <w:r>
        <w:t xml:space="preserve"> Speakers will explore bi+ and polyamorous visibility in media and culture.</w:t>
      </w:r>
      <w:r/>
    </w:p>
    <w:p>
      <w:pPr>
        <w:pStyle w:val="ListBullet"/>
        <w:spacing w:line="240" w:lineRule="auto"/>
        <w:ind w:left="720"/>
      </w:pPr>
      <w:r/>
      <w:r>
        <w:rPr>
          <w:b/>
        </w:rPr>
        <w:t>Comedy closes the programme:</w:t>
      </w:r>
      <w:r>
        <w:t xml:space="preserve"> A separate show on 26 September brings local bi, pan and queer comedians to Hotel Ziggy.</w:t>
      </w:r>
      <w:r/>
    </w:p>
    <w:p>
      <w:pPr>
        <w:pStyle w:val="ListBullet"/>
        <w:spacing w:line="240" w:lineRule="auto"/>
        <w:ind w:left="720"/>
      </w:pPr>
      <w:r/>
      <w:r>
        <w:rPr>
          <w:b/>
        </w:rPr>
        <w:t>Plan ahead:</w:t>
      </w:r>
      <w:r>
        <w:t xml:space="preserve"> The summit requires registration, while comedy-show tickets are available through the Los Angeles Bi+ Task Force.</w:t>
      </w:r>
      <w:r/>
      <w:r/>
    </w:p>
    <w:p>
      <w:pPr>
        <w:pStyle w:val="Heading2"/>
      </w:pPr>
      <w:r>
        <w:t>West Hollywood is putting bi visibility front and centre</w:t>
      </w:r>
      <w:r/>
    </w:p>
    <w:p>
      <w:r/>
      <w:r>
        <w:t xml:space="preserve">Santa Monica Boulevard will have a distinctly brighter feel during Bi Visibility Week, with public displays using the pink, purple and blue colours associated with the Bisexual+ Pride flag. It’s a simple visual gesture, but one that makes the celebration hard to miss as residents and visitors move through the city. The West Hollywood Times reported that the programme forms part of the city’s wider commitment to recognising bi+ communities. </w:t>
      </w:r>
      <w:hyperlink r:id="rId9">
        <w:r>
          <w:rPr>
            <w:color w:val="0000EE"/>
            <w:u w:val="single"/>
          </w:rPr>
          <w:t>[6]</w:t>
        </w:r>
      </w:hyperlink>
      <w:r/>
    </w:p>
    <w:p>
      <w:r/>
      <w:r>
        <w:t xml:space="preserve">City buildings will also take part, creating a public backdrop for the week’s events. That matters because visibility isn’t only about one evening or one stage; it’s also about seeing an identity acknowledged in familiar, everyday places. The city’s official calendar lists the displays and events as part of its September 2026 programme. </w:t>
      </w:r>
      <w:hyperlink r:id="rId10">
        <w:r>
          <w:rPr>
            <w:color w:val="0000EE"/>
            <w:u w:val="single"/>
          </w:rPr>
          <w:t>[2]</w:t>
        </w:r>
      </w:hyperlink>
      <w:r>
        <w:t xml:space="preserve">, </w:t>
      </w:r>
      <w:hyperlink r:id="rId11">
        <w:r>
          <w:rPr>
            <w:color w:val="0000EE"/>
            <w:u w:val="single"/>
          </w:rPr>
          <w:t>[3]</w:t>
        </w:r>
      </w:hyperlink>
      <w:r/>
    </w:p>
    <w:p>
      <w:pPr>
        <w:pStyle w:val="Heading2"/>
      </w:pPr>
      <w:r>
        <w:t>The Write Us In Summit brings media representation into focus</w:t>
      </w:r>
      <w:r/>
    </w:p>
    <w:p>
      <w:r/>
      <w:r>
        <w:t xml:space="preserve">The first major gathering is the Write Us In Summit on Saturday 19 September, running from 4pm to 7pm at West Hollywood Council Chambers on North San Vicente Boulevard. Organised by Rewrite the BiLine, the free event will examine how bi+ and polyamorous people are represented in film, television, publishing and wider media. Registration details are available through Eventbrite, although places are limited. </w:t>
      </w:r>
      <w:hyperlink r:id="rId12">
        <w:r>
          <w:rPr>
            <w:color w:val="0000EE"/>
            <w:u w:val="single"/>
          </w:rPr>
          <w:t>[4]</w:t>
        </w:r>
      </w:hyperlink>
      <w:r/>
    </w:p>
    <w:p>
      <w:r/>
      <w:r>
        <w:t xml:space="preserve">The programme combines discussion with live performance, including music from Lucy &amp; La Mer and remarks from host Rose Montoya. Attorney Christina Fialho is scheduled to deliver the keynote, while other contributors include artist and author Patrisse Cullors, actor Capri Campeau, creative director Aaron Hammersley and podcast host Tracy E. Gilchrist. It sounds less like a formal panel marathon and more like a lively meeting point for culture, advocacy and creative work. </w:t>
      </w:r>
      <w:hyperlink r:id="rId12">
        <w:r>
          <w:rPr>
            <w:color w:val="0000EE"/>
            <w:u w:val="single"/>
          </w:rPr>
          <w:t>[4]</w:t>
        </w:r>
      </w:hyperlink>
      <w:r>
        <w:t xml:space="preserve">, </w:t>
      </w:r>
      <w:hyperlink r:id="rId9">
        <w:r>
          <w:rPr>
            <w:color w:val="0000EE"/>
            <w:u w:val="single"/>
          </w:rPr>
          <w:t>[6]</w:t>
        </w:r>
      </w:hyperlink>
      <w:r/>
    </w:p>
    <w:p>
      <w:r/>
      <w:r>
        <w:t xml:space="preserve">West Hollywood City Councilmember Chelsea Lee Byers is also due to join organisers at the close of the summit to present the inaugural Write Us In Award. That addition gives the event a celebratory lift, recognising work that helps make bi+ stories more visible rather than treating representation as an abstract talking point. </w:t>
      </w:r>
      <w:hyperlink r:id="rId13">
        <w:r>
          <w:rPr>
            <w:color w:val="0000EE"/>
            <w:u w:val="single"/>
          </w:rPr>
          <w:t>[7]</w:t>
        </w:r>
      </w:hyperlink>
      <w:r/>
    </w:p>
    <w:p>
      <w:pPr>
        <w:pStyle w:val="Heading2"/>
      </w:pPr>
      <w:r>
        <w:t>Why the public displays matter</w:t>
      </w:r>
      <w:r/>
    </w:p>
    <w:p>
      <w:r/>
      <w:r>
        <w:t xml:space="preserve">A flag on a street lantern can seem like a small detail, but public symbols often do quiet, useful work. They tell people that they’re welcome, while also challenging the idea that bisexual identity belongs only in private conversations or occasional Pride programming. The City of West Hollywood has previously used public events and civic spaces to make LGBTQ+ inclusion part of the city’s everyday character. </w:t>
      </w:r>
      <w:hyperlink r:id="rId10">
        <w:r>
          <w:rPr>
            <w:color w:val="0000EE"/>
            <w:u w:val="single"/>
          </w:rPr>
          <w:t>[2]</w:t>
        </w:r>
      </w:hyperlink>
      <w:r>
        <w:t xml:space="preserve">, </w:t>
      </w:r>
      <w:hyperlink r:id="rId13">
        <w:r>
          <w:rPr>
            <w:color w:val="0000EE"/>
            <w:u w:val="single"/>
          </w:rPr>
          <w:t>[7]</w:t>
        </w:r>
      </w:hyperlink>
      <w:r/>
    </w:p>
    <w:p>
      <w:r/>
      <w:r>
        <w:t xml:space="preserve">There’s a visual appeal, too. The familiar pink, purple and blue palette should give Santa Monica Boulevard a warm, unmistakable glow, with what organisers describe as “bisexual lighting” adding a playful phrase to a serious message. For visitors, the displays offer an easy way to take in the atmosphere before heading to a talk, performance or comedy show. </w:t>
      </w:r>
      <w:hyperlink r:id="rId9">
        <w:r>
          <w:rPr>
            <w:color w:val="0000EE"/>
            <w:u w:val="single"/>
          </w:rPr>
          <w:t>[6]</w:t>
        </w:r>
      </w:hyperlink>
      <w:r/>
    </w:p>
    <w:p>
      <w:pPr>
        <w:pStyle w:val="Heading2"/>
      </w:pPr>
      <w:r>
        <w:t>A comedy night gives the week a lighter finish</w:t>
      </w:r>
      <w:r/>
    </w:p>
    <w:p>
      <w:r/>
      <w:r>
        <w:t xml:space="preserve">The celebrations continue on Saturday 26 September, when the Los Angeles Bi+ Task Force and amBi Los Angeles present the Bi+ Pride Week Comedy Show. It begins at 7pm at Hotel Ziggy on Sunset Boulevard and features local comedians who identify as bi, pan or queer. Event information is listed through the city calendar and the Los Angeles Bi+ Task Force. </w:t>
      </w:r>
      <w:hyperlink r:id="rId14">
        <w:r>
          <w:rPr>
            <w:color w:val="0000EE"/>
            <w:u w:val="single"/>
          </w:rPr>
          <w:t>[5]</w:t>
        </w:r>
      </w:hyperlink>
      <w:r/>
    </w:p>
    <w:p>
      <w:r/>
      <w:r>
        <w:t xml:space="preserve">That change of pace is welcome. After a week centred on visibility, identity and media representation, comedy creates room for shared recognition and a good laugh, without losing the sense of community underneath it. Tickets are required, so anyone hoping to make it part of a West Hollywood evening should check availability before travelling. </w:t>
      </w:r>
      <w:hyperlink r:id="rId14">
        <w:r>
          <w:rPr>
            <w:color w:val="0000EE"/>
            <w:u w:val="single"/>
          </w:rPr>
          <w:t>[5]</w:t>
        </w:r>
      </w:hyperlink>
      <w:r>
        <w:t xml:space="preserve">, </w:t>
      </w:r>
      <w:hyperlink r:id="rId13">
        <w:r>
          <w:rPr>
            <w:color w:val="0000EE"/>
            <w:u w:val="single"/>
          </w:rPr>
          <w:t>[7]</w:t>
        </w:r>
      </w:hyperlink>
      <w:r/>
    </w:p>
    <w:p>
      <w:pPr>
        <w:pStyle w:val="Heading2"/>
      </w:pPr>
      <w:r>
        <w:t>How to make the most of Bi Visibility Week</w:t>
      </w:r>
      <w:r/>
    </w:p>
    <w:p>
      <w:r/>
      <w:r>
        <w:t xml:space="preserve">Start with the free summit if you’re interested in storytelling, activism or the way bi+ characters and creators are treated by the media. Because spaces are limited, an early RSVP is the sensible move. Then allow time to walk along Santa Monica Boulevard, where the civic displays should make the area feel especially colourful during the week. </w:t>
      </w:r>
      <w:hyperlink r:id="rId11">
        <w:r>
          <w:rPr>
            <w:color w:val="0000EE"/>
            <w:u w:val="single"/>
          </w:rPr>
          <w:t>[3]</w:t>
        </w:r>
      </w:hyperlink>
      <w:r>
        <w:t xml:space="preserve">, </w:t>
      </w:r>
      <w:hyperlink r:id="rId12">
        <w:r>
          <w:rPr>
            <w:color w:val="0000EE"/>
            <w:u w:val="single"/>
          </w:rPr>
          <w:t>[4]</w:t>
        </w:r>
      </w:hyperlink>
      <w:r/>
    </w:p>
    <w:p>
      <w:r/>
      <w:r>
        <w:t xml:space="preserve">For a more relaxed night out, choose the comedy show and pair it with dinner or drinks nearby. The two events have different moods, so visitors don’t need to pick one style of celebration: the summit offers ideas and conversation, while the comedy night brings the energy of a live night out. Together, they make a persuasive case for visibility that feels both thoughtful and fun. </w:t>
      </w:r>
      <w:hyperlink r:id="rId14">
        <w:r>
          <w:rPr>
            <w:color w:val="0000EE"/>
            <w:u w:val="single"/>
          </w:rPr>
          <w:t>[5]</w:t>
        </w:r>
      </w:hyperlink>
      <w:r>
        <w:t xml:space="preserve">, </w:t>
      </w:r>
      <w:hyperlink r:id="rId9">
        <w:r>
          <w:rPr>
            <w:color w:val="0000EE"/>
            <w:u w:val="single"/>
          </w:rPr>
          <w:t>[6]</w:t>
        </w:r>
      </w:hyperlink>
      <w:r/>
    </w:p>
    <w:p>
      <w:r/>
      <w:r>
        <w:t>West Hollywood’s 2026 programme shows that recognition can be bright, funny and genuinely communal.</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[6]</w:t>
        </w:r>
      </w:hyperlink>
      <w:r>
        <w:t xml:space="preserve">, </w:t>
      </w:r>
      <w:hyperlink r:id="rId10">
        <w:r>
          <w:rPr>
            <w:color w:val="0000EE"/>
            <w:u w:val="single"/>
          </w:rPr>
          <w:t>[2]</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9">
        <w:r>
          <w:rPr>
            <w:color w:val="0000EE"/>
            <w:u w:val="single"/>
          </w:rPr>
          <w:t>[6]</w:t>
        </w:r>
      </w:hyperlink>
      <w:r>
        <w:t xml:space="preserve">- Paragraph 4: </w:t>
      </w:r>
      <w:hyperlink r:id="rId12">
        <w:r>
          <w:rPr>
            <w:color w:val="0000EE"/>
            <w:u w:val="single"/>
          </w:rPr>
          <w:t>[4]</w:t>
        </w:r>
      </w:hyperlink>
      <w:r>
        <w:t xml:space="preserve">, </w:t>
      </w:r>
      <w:hyperlink r:id="rId9">
        <w:r>
          <w:rPr>
            <w:color w:val="0000EE"/>
            <w:u w:val="single"/>
          </w:rPr>
          <w:t>[6]</w:t>
        </w:r>
      </w:hyperlink>
      <w:r>
        <w:t xml:space="preserve">- Paragraph 5: </w:t>
      </w:r>
      <w:hyperlink r:id="rId13">
        <w:r>
          <w:rPr>
            <w:color w:val="0000EE"/>
            <w:u w:val="single"/>
          </w:rPr>
          <w:t>[7]</w:t>
        </w:r>
      </w:hyperlink>
      <w:r>
        <w:t xml:space="preserve">- Paragraph 6: </w:t>
      </w:r>
      <w:hyperlink r:id="rId10">
        <w:r>
          <w:rPr>
            <w:color w:val="0000EE"/>
            <w:u w:val="single"/>
          </w:rPr>
          <w:t>[2]</w:t>
        </w:r>
      </w:hyperlink>
      <w:r>
        <w:t xml:space="preserve">, </w:t>
      </w:r>
      <w:hyperlink r:id="rId13">
        <w:r>
          <w:rPr>
            <w:color w:val="0000EE"/>
            <w:u w:val="single"/>
          </w:rPr>
          <w:t>[7]</w:t>
        </w:r>
      </w:hyperlink>
      <w:r>
        <w:t xml:space="preserve">- Paragraph 7: </w:t>
      </w:r>
      <w:hyperlink r:id="rId9">
        <w:r>
          <w:rPr>
            <w:color w:val="0000EE"/>
            <w:u w:val="single"/>
          </w:rPr>
          <w:t>[6]</w:t>
        </w:r>
      </w:hyperlink>
      <w:r>
        <w:t xml:space="preserve">- Paragraph 8: </w:t>
      </w:r>
      <w:hyperlink r:id="rId14">
        <w:r>
          <w:rPr>
            <w:color w:val="0000EE"/>
            <w:u w:val="single"/>
          </w:rPr>
          <w:t>[5]</w:t>
        </w:r>
      </w:hyperlink>
      <w:r>
        <w:t xml:space="preserve">, </w:t>
      </w:r>
      <w:hyperlink r:id="rId13">
        <w:r>
          <w:rPr>
            <w:color w:val="0000EE"/>
            <w:u w:val="single"/>
          </w:rPr>
          <w:t>[7]</w:t>
        </w:r>
      </w:hyperlink>
      <w:r>
        <w:t xml:space="preserve">- Paragraph 9: </w:t>
      </w:r>
      <w:hyperlink r:id="rId14">
        <w:r>
          <w:rPr>
            <w:color w:val="0000EE"/>
            <w:u w:val="single"/>
          </w:rPr>
          <w:t>[5]</w:t>
        </w:r>
      </w:hyperlink>
      <w:r>
        <w:t xml:space="preserve">, </w:t>
      </w:r>
      <w:hyperlink r:id="rId13">
        <w:r>
          <w:rPr>
            <w:color w:val="0000EE"/>
            <w:u w:val="single"/>
          </w:rPr>
          <w:t>[7]</w:t>
        </w:r>
      </w:hyperlink>
      <w:r>
        <w:t xml:space="preserve">- Paragraph 10: </w:t>
      </w:r>
      <w:hyperlink r:id="rId11">
        <w:r>
          <w:rPr>
            <w:color w:val="0000EE"/>
            <w:u w:val="single"/>
          </w:rPr>
          <w:t>[3]</w:t>
        </w:r>
      </w:hyperlink>
      <w:r>
        <w:t xml:space="preserve">, </w:t>
      </w:r>
      <w:hyperlink r:id="rId12">
        <w:r>
          <w:rPr>
            <w:color w:val="0000EE"/>
            <w:u w:val="single"/>
          </w:rPr>
          <w:t>[4]</w:t>
        </w:r>
      </w:hyperlink>
      <w:r>
        <w:t xml:space="preserve">- Paragraph 11: </w:t>
      </w:r>
      <w:hyperlink r:id="rId14">
        <w:r>
          <w:rPr>
            <w:color w:val="0000EE"/>
            <w:u w:val="single"/>
          </w:rPr>
          <w:t>[5]</w:t>
        </w:r>
      </w:hyperlink>
      <w:r>
        <w:t xml:space="preserve">, </w:t>
      </w:r>
      <w:hyperlink r:id="rId9">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https://thepridela.com/2026/09/west-hollywood-celebrates-bi-visibility-week-with-events-and-displays/?utm_source=rss&amp;utm_medium=rss&amp;utm_campaign=west-hollywood-celebrates-bi-visibility-week-with-events-and-displays</w:t>
        </w:r>
      </w:hyperlink>
      <w:r>
        <w:t xml:space="preserve"> - Please view link - unable to able to access data</w:t>
      </w:r>
      <w:r/>
    </w:p>
    <w:p>
      <w:pPr>
        <w:pStyle w:val="ListNumber"/>
        <w:spacing w:line="240" w:lineRule="auto"/>
        <w:ind w:left="720"/>
      </w:pPr>
      <w:r/>
      <w:hyperlink r:id="rId10">
        <w:r>
          <w:rPr>
            <w:color w:val="0000EE"/>
            <w:u w:val="single"/>
          </w:rPr>
          <w:t>https://www.weho.org/Home/Components/News/News/12288/</w:t>
        </w:r>
      </w:hyperlink>
      <w:r>
        <w:t xml:space="preserve"> - The City of West Hollywood is celebrating Bi+ Visibility Week by displaying the Bisexual+ Pride flag along Santa Monica Boulevard and at City Hall. The lanterns above Santa Monica Boulevard will glow in colours reflecting the shades of the Bisexual+ Pride flag. Additionally, the city is co-sponsoring two events: the Write Us In Summit on September 19, 2026, and the Bi+ Pride Week Comedy Show on September 26, 2026. The Write Us In Summit will take place at the City of West Hollywood’s Council Chambers/Public Meeting Room, located at 625 N. San Vicente Boulevard. The Bi+ Pride Week Comedy Show will be held at Hotel Ziggy, located at 8462 West Sunset Boulevard. For more information and to purchase tickets, please visit https://labitaskforce.org/.</w:t>
      </w:r>
      <w:r/>
    </w:p>
    <w:p>
      <w:pPr>
        <w:pStyle w:val="ListNumber"/>
        <w:spacing w:line="240" w:lineRule="auto"/>
        <w:ind w:left="720"/>
      </w:pPr>
      <w:r/>
      <w:hyperlink r:id="rId11">
        <w:r>
          <w:rPr>
            <w:color w:val="0000EE"/>
            <w:u w:val="single"/>
          </w:rPr>
          <w:t>https://www.weho.org/Home/Components/Calendar/Event/32155/15?curm=9&amp;cury=2026</w:t>
        </w:r>
      </w:hyperlink>
      <w:r>
        <w:t xml:space="preserve"> - The Write Us In Summit, hosted by Rewrite the BiLine and the City of West Hollywood, is scheduled for Saturday, September 19, 2026, from 4 p.m. to 7:30 p.m. at the West Hollywood City Council Chambers (625 N. San Vicente Blvd.). This free event celebrates bi+ and polyamorous storytelling in film, television, music, and the arts. The summit features a live performance by Lucy &amp; La Mer, a fireside chat with the inaugural 2026 Write Us In Awardee, and an afterparty at a local West Hollywood bar. Seating is limited, and a ticket is required. Limited parking is available at the adjacent 5-story parking structure, with parking validation provided for attendees. For more details and to RSVP, visit the official event page.</w:t>
      </w:r>
      <w:r/>
    </w:p>
    <w:p>
      <w:pPr>
        <w:pStyle w:val="ListNumber"/>
        <w:spacing w:line="240" w:lineRule="auto"/>
        <w:ind w:left="720"/>
      </w:pPr>
      <w:r/>
      <w:hyperlink r:id="rId12">
        <w:r>
          <w:rPr>
            <w:color w:val="0000EE"/>
            <w:u w:val="single"/>
          </w:rPr>
          <w:t>https://www.eventbrite.com/e/bi-visibility-month-celebration-write-us-in-summit-tickets-1995698729623?aff=ebdssbdestsearch</w:t>
        </w:r>
      </w:hyperlink>
      <w:r>
        <w:t xml:space="preserve"> - The Bi+ Visibility Month Celebration - Write Us In Summit is set for Saturday, September 19, 2026, from 4 p.m. to 7 p.m. at the West Hollywood City Council Chambers (625 N. San Vicente Blvd.). This event celebrates bi+ and polyamorous stories in film, TV, and the arts. The summit includes a live performance by Lucy &amp; La Mer, a fireside chat with the inaugural 2026 Write Us In Awardee, and an afterparty at a local West Hollywood bar. Seating is limited, and a ticket is required. For more information and to RSVP, visit the Eventbrite page.</w:t>
      </w:r>
      <w:r/>
    </w:p>
    <w:p>
      <w:pPr>
        <w:pStyle w:val="ListNumber"/>
        <w:spacing w:line="240" w:lineRule="auto"/>
        <w:ind w:left="720"/>
      </w:pPr>
      <w:r/>
      <w:hyperlink r:id="rId14">
        <w:r>
          <w:rPr>
            <w:color w:val="0000EE"/>
            <w:u w:val="single"/>
          </w:rPr>
          <w:t>https://www.weho.org/Home/Components/Calendar/Event/32219/1472?npage=3&amp;sortd=desc&amp;sortn=EName</w:t>
        </w:r>
      </w:hyperlink>
      <w:r>
        <w:t xml:space="preserve"> - The Bi+ Pride Week Comedy Show, co-produced by the Los Angeles Bi+ Task Force and amBi Los Angeles, is scheduled for Saturday, September 26, 2026, at 7 p.m. at Hotel Ziggy (8462 West Sunset Blvd.). This event features comedic sets from bi, pan, and queer comics, including Rob Cohen, Miho Fuji, Luis Galilei, Ever Mainard, Audrey Stewart, Laurie Lynn, and Caleb Zeringue. For tickets and more information, visit the official event page.</w:t>
      </w:r>
      <w:r/>
    </w:p>
    <w:p>
      <w:pPr>
        <w:pStyle w:val="ListNumber"/>
        <w:spacing w:line="240" w:lineRule="auto"/>
        <w:ind w:left="720"/>
      </w:pPr>
      <w:r/>
      <w:hyperlink r:id="rId9">
        <w:r>
          <w:rPr>
            <w:color w:val="0000EE"/>
            <w:u w:val="single"/>
          </w:rPr>
          <w:t>https://thefightmag.com/2026/09/celebrating-bi-voices-west-hollywood-unveils-lineup-for-bi-visibility-week-2026/</w:t>
        </w:r>
      </w:hyperlink>
      <w:r>
        <w:t xml:space="preserve"> - In honour of Bi+ Visibility Week, the City of West Hollywood will fly the Bisexual+ Pride flag along Santa Monica Boulevard and at City Hall, illuminating the boulevard’s iconic lanterns in the flag’s vibrant colours. As part of this celebration, the City is co-sponsoring two flagship events highlighting bi+ art, advocacy, and humour. The festivities begin on Saturday, September 19, 2026, with the Write Us In Summit, hosted by Rewrite the BiLine from 4:00 p.m. to 7:00 p.m. at the West Hollywood Council Chambers (625 N. San Vicente Blvd.). This free public gathering celebrates bi+ and polyamorous storytelling across film, television, music, and the arts. The event opens with a live performance by singer-songwriter Lucy &amp; La Mer, whose bi+ anthem 'Palm Springs' was considered on the 2025 GRAMMY® first-round ballot. Prominent advocate, writer, and OUT100 honoree Rose Montoya will emcee the evening, which features a keynote address by Christina Fialho – attorney, founder of Rewrite the BiLine, and co-author of the first industry guide on bi+ screen representation. The summit panel boasts a distinguished lineup of speakers, including artist and Black Lives Matter co-founder Patrisse Cullors, comedy creator Capri Campeau, creative director Aaron Hammersley, and podcast host Tracy E. Gilchrist. The evening will culminate in the presentation of the inaugural Write Us In Award by Councilmember Chelsea Lee Byers, Christina Fialho, and Aaron Hammersley to a surprise honoree. While admission is free, space is limited, and guests are requested to RSVP at writeusin.eventbrite.com. The celebration continues on Saturday, September 26, 2026, at 7:00 p.m. with the Bi+ Pride Week Comedy Show at Hotel Ziggy (8462 West Sunset Blvd.). Co-produced by the Los Angeles Bi+ Task Force and amBi Los Angeles, the showcase features sets from top bi, pan, and queer comedians, including Rob Cohen, Miho Fuji, Luis Galilei, Ever Mainard, Audrey Stewart, Laurie Lynn, and Caleb Zeringue. For more information and to purchase tickets, please visit labitaskforce.org.</w:t>
      </w:r>
      <w:r/>
    </w:p>
    <w:p>
      <w:pPr>
        <w:pStyle w:val="ListNumber"/>
        <w:spacing w:line="240" w:lineRule="auto"/>
        <w:ind w:left="720"/>
      </w:pPr>
      <w:r/>
      <w:hyperlink r:id="rId13">
        <w:r>
          <w:rPr>
            <w:color w:val="0000EE"/>
            <w:u w:val="single"/>
          </w:rPr>
          <w:t>https://wehotimes.com/the-city-of-west-hollywood-is-celebrating-bi-visibility-week/</w:t>
        </w:r>
      </w:hyperlink>
      <w:r>
        <w:t xml:space="preserve"> - The city of West Hollywood is celebrating Bi+ Visibility Week from September 16 to September 23 with the display of the Bisexual+ Pride flag in medians along Santa Monica Boulevard and two co-sponsored events. The city will also raise the Bisexual+ Pride flag at West Hollywood City Hall and light the lanterns on Santa Monica Boulevard in the colours to reflect the shades of the Bisexual+ Pride flag. Additionally, the City is co-sponsoring two events: the Write Us In Summit, a celebration of bi+ and polyamorous storytelling in film, television, music, and the arts hosted by Rewrite the BiLine on September 19, 2026, and the Bi+ Pride Week Comedy Show produced by the Los Angeles Bi+ Task Force and amBi Los Angeles on September 26, 2026. The free Write Us In Summit will take place on Saturday, September 19, 2026, from 4 p.m. to 7 p.m. at the City of West Hollywood’s Council Chambers/Public Meeting Room, located at 625 N. San Vicente Boulevard. The Bi+ Pride Week Comedy Show</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fightmag.com/2026/09/celebrating-bi-voices-west-hollywood-unveils-lineup-for-bi-visibility-week-2026/" TargetMode="External"/><Relationship Id="rId10" Type="http://schemas.openxmlformats.org/officeDocument/2006/relationships/hyperlink" Target="https://www.weho.org/Home/Components/News/News/12288/" TargetMode="External"/><Relationship Id="rId11" Type="http://schemas.openxmlformats.org/officeDocument/2006/relationships/hyperlink" Target="https://www.weho.org/Home/Components/Calendar/Event/32155/15?curm=9&amp;cury=2026" TargetMode="External"/><Relationship Id="rId12" Type="http://schemas.openxmlformats.org/officeDocument/2006/relationships/hyperlink" Target="https://www.eventbrite.com/e/bi-visibility-month-celebration-write-us-in-summit-tickets-1995698729623?aff=ebdssbdestsearch" TargetMode="External"/><Relationship Id="rId13" Type="http://schemas.openxmlformats.org/officeDocument/2006/relationships/hyperlink" Target="https://wehotimes.com/the-city-of-west-hollywood-is-celebrating-bi-visibility-week/" TargetMode="External"/><Relationship Id="rId14" Type="http://schemas.openxmlformats.org/officeDocument/2006/relationships/hyperlink" Target="https://www.weho.org/Home/Components/Calendar/Event/32219/1472?npage=3&amp;sortd=desc&amp;sortn=EName" TargetMode="External"/><Relationship Id="rId15" Type="http://schemas.openxmlformats.org/officeDocument/2006/relationships/hyperlink" Target="https://thepridela.com/2026/09/west-hollywood-celebrates-bi-visibility-week-with-events-and-displays/?utm_source=rss&amp;utm_medium=rss&amp;utm_campaign=west-hollywood-celebrates-bi-visibility-week-with-events-and-display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