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Black Pride Weekend Events Celebrate 20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Black Pride Weekend is bringing together Black LGBTQ+ communities and allies for a landmark 20th-anniversary celebration, with Pure Heat, cultural gatherings, star-studded parties and vital health resources shaping the 2026 programme.</w:t>
      </w:r>
      <w:r/>
    </w:p>
    <w:p>
      <w:pPr>
        <w:pStyle w:val="Heading2"/>
      </w:pPr>
      <w:r>
        <w:t>Essential Takeaways</w:t>
      </w:r>
      <w:r/>
      <w:r/>
    </w:p>
    <w:p>
      <w:pPr>
        <w:pStyle w:val="ListBullet"/>
        <w:spacing w:line="240" w:lineRule="auto"/>
        <w:ind w:left="720"/>
      </w:pPr>
      <w:r/>
      <w:r>
        <w:rPr>
          <w:b/>
        </w:rPr>
        <w:t>A major milestone:</w:t>
      </w:r>
      <w:r>
        <w:t xml:space="preserve"> Atlanta Black Pride Weekend is marking two decades of community-led celebration.</w:t>
      </w:r>
      <w:r/>
    </w:p>
    <w:p>
      <w:pPr>
        <w:pStyle w:val="ListBullet"/>
        <w:spacing w:line="240" w:lineRule="auto"/>
        <w:ind w:left="720"/>
      </w:pPr>
      <w:r/>
      <w:r>
        <w:rPr>
          <w:b/>
        </w:rPr>
        <w:t>Pure Heat returns:</w:t>
      </w:r>
      <w:r>
        <w:t xml:space="preserve"> The popular Piedmont Park festival combines entertainment, connection and wellness resources.</w:t>
      </w:r>
      <w:r/>
    </w:p>
    <w:p>
      <w:pPr>
        <w:pStyle w:val="ListBullet"/>
        <w:spacing w:line="240" w:lineRule="auto"/>
        <w:ind w:left="720"/>
      </w:pPr>
      <w:r/>
      <w:r>
        <w:rPr>
          <w:b/>
        </w:rPr>
        <w:t>Health remains central:</w:t>
      </w:r>
      <w:r>
        <w:t xml:space="preserve"> HIV education, PrEP information and prevention support are woven into the weekend.</w:t>
      </w:r>
      <w:r/>
    </w:p>
    <w:p>
      <w:pPr>
        <w:pStyle w:val="ListBullet"/>
        <w:spacing w:line="240" w:lineRule="auto"/>
        <w:ind w:left="720"/>
      </w:pPr>
      <w:r/>
      <w:r>
        <w:rPr>
          <w:b/>
        </w:rPr>
        <w:t>Big names are involved:</w:t>
      </w:r>
      <w:r>
        <w:t xml:space="preserve"> Bevy Smith, Cynthia Bailey, Porsha Williams, Da Brat and Carlos King are among the featured personalities.</w:t>
      </w:r>
      <w:r/>
    </w:p>
    <w:p>
      <w:pPr>
        <w:pStyle w:val="ListBullet"/>
        <w:spacing w:line="240" w:lineRule="auto"/>
        <w:ind w:left="720"/>
      </w:pPr>
      <w:r/>
      <w:r>
        <w:rPr>
          <w:b/>
        </w:rPr>
        <w:t>Community comes first:</w:t>
      </w:r>
      <w:r>
        <w:t xml:space="preserve"> Events range from leadership discussions and receptions to lively nightlife and outdoor festivities.</w:t>
      </w:r>
      <w:r/>
      <w:r/>
    </w:p>
    <w:p>
      <w:pPr>
        <w:pStyle w:val="Heading2"/>
      </w:pPr>
      <w:r>
        <w:t>Atlanta Black Pride Weekend reaches a landmark year</w:t>
      </w:r>
      <w:r/>
    </w:p>
    <w:p>
      <w:r/>
      <w:r>
        <w:t xml:space="preserve">Atlanta is preparing for one of its biggest Black Pride celebrations yet, with the 2026 weekend carrying added significance as the event marks its 20th anniversary. The mood is both festive and reflective, pairing music, glamour and nightlife with conversations about representation, wellbeing and collective progress. According to CBS News Atlanta, the anniversary programme includes the Pure Heat festival alongside parties and community events. </w:t>
      </w:r>
      <w:hyperlink r:id="rId9">
        <w:r>
          <w:rPr>
            <w:color w:val="0000EE"/>
            <w:u w:val="single"/>
          </w:rPr>
          <w:t>[3]</w:t>
        </w:r>
      </w:hyperlink>
      <w:r/>
    </w:p>
    <w:p>
      <w:r/>
      <w:r>
        <w:t xml:space="preserve">That balance is part of what makes the weekend feel distinctive. It isn't simply a run of events packed into a calendar; it's a meeting point for culture, identity and local connection. Downtown Atlanta has highlighted the anniversary as an important moment for a celebration that has grown into a major fixture in the city's LGBTQ+ life. </w:t>
      </w:r>
      <w:hyperlink r:id="rId10">
        <w:r>
          <w:rPr>
            <w:color w:val="0000EE"/>
            <w:u w:val="single"/>
          </w:rPr>
          <w:t>[4]</w:t>
        </w:r>
      </w:hyperlink>
      <w:r/>
    </w:p>
    <w:p>
      <w:pPr>
        <w:pStyle w:val="Heading2"/>
      </w:pPr>
      <w:r>
        <w:t>Pure Heat brings the biggest crowd together</w:t>
      </w:r>
      <w:r/>
    </w:p>
    <w:p>
      <w:r/>
      <w:r>
        <w:t xml:space="preserve">The weekend's centrepiece is Pure Heat Community Festival at Piedmont Park, where visitors can expect live entertainment, community engagement and access to health and wellness information. The open-air setting gives the event a bright, easy-going energy, although the larger message remains serious: celebration and support can sit comfortably side by side. </w:t>
      </w:r>
      <w:hyperlink r:id="rId11">
        <w:r>
          <w:rPr>
            <w:color w:val="0000EE"/>
            <w:u w:val="single"/>
          </w:rPr>
          <w:t>[5]</w:t>
        </w:r>
      </w:hyperlink>
      <w:r/>
    </w:p>
    <w:p>
      <w:r/>
      <w:r>
        <w:t xml:space="preserve">For many attendees, that's the appeal. You can enjoy performances, meet friends and take in the atmosphere, then stop at a resource stand for practical information without the experience feeling clinical or heavy. Black Atlanteans describes Pure Heat as a defining part of the anniversary festivities, and its broad appeal is easy to understand. </w:t>
      </w:r>
      <w:hyperlink r:id="rId12">
        <w:r>
          <w:rPr>
            <w:color w:val="0000EE"/>
            <w:u w:val="single"/>
          </w:rPr>
          <w:t>[6]</w:t>
        </w:r>
      </w:hyperlink>
      <w:r/>
    </w:p>
    <w:p>
      <w:pPr>
        <w:pStyle w:val="Heading2"/>
      </w:pPr>
      <w:r>
        <w:t>Stars add sparkle, but local voices matter too</w:t>
      </w:r>
      <w:r/>
    </w:p>
    <w:p>
      <w:r/>
      <w:r>
        <w:t xml:space="preserve">The guest list brings plenty of celebrity shine. Bevy Smith, Cynthia Bailey, Porsha Williams, Da Brat, Judy, Carlos King and other familiar names are connected with the weekend, alongside performers and personalities including Tamar Braxton, Saucy Santana and Durand Bernarr. Their presence helps draw attention, but the event's real substance comes from the community around them. </w:t>
      </w:r>
      <w:hyperlink r:id="rId13">
        <w:r>
          <w:rPr>
            <w:color w:val="0000EE"/>
            <w:u w:val="single"/>
          </w:rPr>
          <w:t>[2]</w:t>
        </w:r>
      </w:hyperlink>
      <w:r/>
    </w:p>
    <w:p>
      <w:r/>
      <w:r>
        <w:t xml:space="preserve">That includes leaders, advocates, creatives and organisations working throughout the year. The programme's mix of receptions, galas and discussion-led gatherings means the spotlight isn't limited to the stage. Instead, entertainment becomes a doorway into wider conversations about visibility, leadership and belonging. </w:t>
      </w:r>
      <w:hyperlink r:id="rId10">
        <w:r>
          <w:rPr>
            <w:color w:val="0000EE"/>
            <w:u w:val="single"/>
          </w:rPr>
          <w:t>[4]</w:t>
        </w:r>
      </w:hyperlink>
      <w:r/>
    </w:p>
    <w:p>
      <w:pPr>
        <w:pStyle w:val="Heading2"/>
      </w:pPr>
      <w:r>
        <w:t>Why PrEP and HIV education are part of the celebration</w:t>
      </w:r>
      <w:r/>
    </w:p>
    <w:p>
      <w:r/>
      <w:r>
        <w:t xml:space="preserve">Gilead Sciences is supporting several of the weekend's headline activities, including Cultural Architects, the Mayor's Black Pride Reception, the Native Son Black Gay Leadership Forum, Pride + PrEP at V12 and the Influencers' Gala. These partnerships place HIV prevention and care information within spaces that feel familiar, social and culturally relevant. </w:t>
      </w:r>
      <w:hyperlink r:id="rId13">
        <w:r>
          <w:rPr>
            <w:color w:val="0000EE"/>
            <w:u w:val="single"/>
          </w:rPr>
          <w:t>[2]</w:t>
        </w:r>
      </w:hyperlink>
      <w:r/>
    </w:p>
    <w:p>
      <w:r/>
      <w:r>
        <w:t xml:space="preserve">That approach matters because health advice is more useful when people can access it without judgement or stigma. PrEP information, prevention resources and care guidance can be easier to explore when they're offered alongside conversation, food, music and community rather than presented as a distant campaign. Industry coverage of the weekend has also emphasised the role of health equity in its anniversary programme. </w:t>
      </w:r>
      <w:hyperlink r:id="rId14">
        <w:r>
          <w:rPr>
            <w:color w:val="0000EE"/>
            <w:u w:val="single"/>
          </w:rPr>
          <w:t>[7]</w:t>
        </w:r>
      </w:hyperlink>
      <w:r/>
    </w:p>
    <w:p>
      <w:pPr>
        <w:pStyle w:val="Heading2"/>
      </w:pPr>
      <w:r>
        <w:t>A practical guide to enjoying the weekend</w:t>
      </w:r>
      <w:r/>
    </w:p>
    <w:p>
      <w:r/>
      <w:r>
        <w:t xml:space="preserve">With so much happening, planning ahead is sensible. Check event times, venue details and entry requirements before setting out, particularly if you're hoping to attend both evening gatherings and Pure Heat in the park. Comfortable shoes, a charged phone and a little patience will go a long way when crowds build. </w:t>
      </w:r>
      <w:hyperlink r:id="rId9">
        <w:r>
          <w:rPr>
            <w:color w:val="0000EE"/>
            <w:u w:val="single"/>
          </w:rPr>
          <w:t>[3]</w:t>
        </w:r>
      </w:hyperlink>
      <w:r/>
    </w:p>
    <w:p>
      <w:r/>
      <w:r>
        <w:t xml:space="preserve">It's also worth leaving room for the unexpected. A panel may lead to a new connection, a festival stall may offer useful health information, and a familiar face may appear where you least expect one. The best Atlanta Black Pride Weekend experiences often come from mixing the headline attractions with smaller moments of conversation and discovery. </w:t>
      </w:r>
      <w:hyperlink r:id="rId11">
        <w:r>
          <w:rPr>
            <w:color w:val="0000EE"/>
            <w:u w:val="single"/>
          </w:rPr>
          <w:t>[5]</w:t>
        </w:r>
      </w:hyperlink>
      <w:r/>
    </w:p>
    <w:p>
      <w:pPr>
        <w:pStyle w:val="Heading2"/>
      </w:pPr>
      <w:r>
        <w:t>The next chapter looks community-led</w:t>
      </w:r>
      <w:r/>
    </w:p>
    <w:p>
      <w:r/>
      <w:r>
        <w:t xml:space="preserve">The 20th anniversary gives Atlanta Black Pride a chance to celebrate its history while looking ahead. Support from businesses, civic leaders and community organisations can help keep the programme visible, but its lasting strength will depend on continued investment in local people, health access and inclusive spaces. </w:t>
      </w:r>
      <w:hyperlink r:id="rId12">
        <w:r>
          <w:rPr>
            <w:color w:val="0000EE"/>
            <w:u w:val="single"/>
          </w:rPr>
          <w:t>[6]</w:t>
        </w:r>
      </w:hyperlink>
      <w:r/>
    </w:p>
    <w:p>
      <w:r/>
      <w:r>
        <w:t xml:space="preserve">There is something reassuring about a celebration that knows exactly why it exists. Beneath the sequins, music and packed park lawns, Atlanta Black Pride remains a reminder that visibility is most powerful when it creates room for people to feel safe, seen and connected. </w:t>
      </w:r>
      <w:hyperlink r:id="rId14">
        <w:r>
          <w:rPr>
            <w:color w:val="0000EE"/>
            <w:u w:val="single"/>
          </w:rPr>
          <w:t>[7]</w:t>
        </w:r>
      </w:hyperlink>
      <w:r/>
    </w:p>
    <w:p>
      <w:r/>
      <w:r>
        <w:t>Enjoy the performances, explore the community events and make time for the resources, too.</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2">
        <w:r>
          <w:rPr>
            <w:color w:val="0000EE"/>
            <w:u w:val="single"/>
          </w:rPr>
          <w:t>[6]</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13">
        <w:r>
          <w:rPr>
            <w:color w:val="0000EE"/>
            <w:u w:val="single"/>
          </w:rPr>
          <w:t>[2]</w:t>
        </w:r>
      </w:hyperlink>
      <w:r>
        <w:t xml:space="preserve">, </w:t>
      </w:r>
      <w:hyperlink r:id="rId10">
        <w:r>
          <w:rPr>
            <w:color w:val="0000EE"/>
            <w:u w:val="single"/>
          </w:rPr>
          <w:t>[4]</w:t>
        </w:r>
      </w:hyperlink>
      <w:r>
        <w:t xml:space="preserve">- Paragraph 5: </w:t>
      </w:r>
      <w:hyperlink r:id="rId14">
        <w:r>
          <w:rPr>
            <w:color w:val="0000EE"/>
            <w:u w:val="single"/>
          </w:rPr>
          <w:t>[7]</w:t>
        </w:r>
      </w:hyperlink>
      <w:r>
        <w:t xml:space="preserve">, </w:t>
      </w:r>
      <w:hyperlink r:id="rId13">
        <w:r>
          <w:rPr>
            <w:color w:val="0000EE"/>
            <w:u w:val="single"/>
          </w:rPr>
          <w:t>[2]</w:t>
        </w:r>
      </w:hyperlink>
      <w:r>
        <w:t xml:space="preserve">- Paragraph 6: </w:t>
      </w:r>
      <w:hyperlink r:id="rId9">
        <w:r>
          <w:rPr>
            <w:color w:val="0000EE"/>
            <w:u w:val="single"/>
          </w:rPr>
          <w:t>[3]</w:t>
        </w:r>
      </w:hyperlink>
      <w:r>
        <w:t xml:space="preserve">, </w:t>
      </w:r>
      <w:hyperlink r:id="rId11">
        <w:r>
          <w:rPr>
            <w:color w:val="0000EE"/>
            <w:u w:val="single"/>
          </w:rPr>
          <w:t>[5]</w:t>
        </w:r>
      </w:hyperlink>
      <w:r>
        <w:t xml:space="preserve">- Paragraph 7: </w:t>
      </w:r>
      <w:hyperlink r:id="rId12">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https://www.harlemworldmagazine.com/atlanta-harlems-bevy-smith-cynthia-bailey-porsha-williams-da-brat-judy-carlos-king-and-more-at-black-pride-weekend/</w:t>
        </w:r>
      </w:hyperlink>
      <w:r>
        <w:t xml:space="preserve"> - Please view link - unable to able to access data</w:t>
      </w:r>
      <w:r/>
    </w:p>
    <w:p>
      <w:pPr>
        <w:pStyle w:val="ListNumber"/>
        <w:spacing w:line="240" w:lineRule="auto"/>
        <w:ind w:left="720"/>
      </w:pPr>
      <w:r/>
      <w:hyperlink r:id="rId13">
        <w:r>
          <w:rPr>
            <w:color w:val="0000EE"/>
            <w:u w:val="single"/>
          </w:rPr>
          <w:t>https://www.harlemworldmagazine.com/atlanta-harlems-bevy-smith-cynthia-bailey-porsha-williams-da-brat-judy-carlos-king-and-more-at-black-pride-weekend/</w:t>
        </w:r>
      </w:hyperlink>
      <w:r>
        <w:t xml:space="preserve"> - Gilead Sciences made a significant impact during the 2026 Atlanta Black Pride Weekend, uniting thousands from the Black LGBTQ+ community and allies for a weekend focused on visibility, culture, wellness, and celebration. Their support spanned key events such as Cultural Architects, the 7th Annual Mayor’s Black Pride Reception, Pride + PrEP at V12, the Influencers’ Gala, and the Pure Heat Community Festival. This involvement underscored Gilead's commitment to advancing health equity and enhancing access to HIV education, prevention, and care resources. The weekend featured notable figures like Bevy Smith, Cynthia Bailey, Porsha Williams, Da Brat, Judy, and Carlos King, contributing to the event's success.</w:t>
      </w:r>
      <w:r/>
    </w:p>
    <w:p>
      <w:pPr>
        <w:pStyle w:val="ListNumber"/>
        <w:spacing w:line="240" w:lineRule="auto"/>
        <w:ind w:left="720"/>
      </w:pPr>
      <w:r/>
      <w:hyperlink r:id="rId9">
        <w:r>
          <w:rPr>
            <w:color w:val="0000EE"/>
            <w:u w:val="single"/>
          </w:rPr>
          <w:t>https://www.downtownatl.com/news/atlanta-black-pride-weekend-20-years-2026</w:t>
        </w:r>
      </w:hyperlink>
      <w:r>
        <w:t xml:space="preserve"> - Atlanta Black Pride Weekend celebrated its 20th anniversary from September 2 to 7, 2026, marking two decades of unity and community engagement. The event featured a diverse lineup of activities, including parties, brunches, and the signature Pure Heat Community Festival at Piedmont Park. Co-founders Melissa Scott and Julius James highlighted the milestone, emphasizing the event's role in providing a space for the Black LGBTQ+ community to be seen, supported, empowered, and celebrated. The anniversary underscored the event's growth and its significance in Atlanta's cultural landscape.</w:t>
      </w:r>
      <w:r/>
    </w:p>
    <w:p>
      <w:pPr>
        <w:pStyle w:val="ListNumber"/>
        <w:spacing w:line="240" w:lineRule="auto"/>
        <w:ind w:left="720"/>
      </w:pPr>
      <w:r/>
      <w:hyperlink r:id="rId10">
        <w:r>
          <w:rPr>
            <w:color w:val="0000EE"/>
            <w:u w:val="single"/>
          </w:rPr>
          <w:t>https://roughdraftatlanta.com/2026/08/31/atlanta-black-pride-weekend-2026/</w:t>
        </w:r>
      </w:hyperlink>
      <w:r>
        <w:t xml:space="preserve"> - Atlanta Black Pride Weekend (ABPW) returned from September 2 to 7, 2026, marking its 20th anniversary with a week of entertainment, empowerment, and community engagement. The event included signature activities such as the 14th Annual Pure Heat Community Festival at Piedmont Park, Influencer’s Dinner, R&amp;B Brunch, empowerment brunches, the Atlanta Black Pride Blood Drive, and nightly parties at premier Atlanta venues. Co-founders Melissa Scott and Julius James emphasized the event's role in providing a space for the Black LGBTQ+ community to be seen, supported, empowered, and celebrated.</w:t>
      </w:r>
      <w:r/>
    </w:p>
    <w:p>
      <w:pPr>
        <w:pStyle w:val="ListNumber"/>
        <w:spacing w:line="240" w:lineRule="auto"/>
        <w:ind w:left="720"/>
      </w:pPr>
      <w:r/>
      <w:hyperlink r:id="rId11">
        <w:r>
          <w:rPr>
            <w:color w:val="0000EE"/>
            <w:u w:val="single"/>
          </w:rPr>
          <w:t>https://blackatlanteans.com/blog/b/atlanta-black-pride-2026-20th-anniversary-pure-heat</w:t>
        </w:r>
      </w:hyperlink>
      <w:r>
        <w:t xml:space="preserve"> - Atlanta Black Pride Weekend (ABPW) 2026, held from September 2 through 7, celebrated its 20th anniversary with the theme 'Strength in Unity.' The event featured a week of programming, entertainment, empowerment, and community engagement, drawing thousands from across the nation. Co-founders Melissa Scott and Julius James highlighted the milestone, emphasizing the event's evolution from a grassroots gathering to a nationally recognized celebration of Black queer excellence and community voices. The anniversary underscored the event's significance in creating spaces where attendees could be seen, supported, and celebrated.</w:t>
      </w:r>
      <w:r/>
    </w:p>
    <w:p>
      <w:pPr>
        <w:pStyle w:val="ListNumber"/>
        <w:spacing w:line="240" w:lineRule="auto"/>
        <w:ind w:left="720"/>
      </w:pPr>
      <w:r/>
      <w:hyperlink r:id="rId12">
        <w:r>
          <w:rPr>
            <w:color w:val="0000EE"/>
            <w:u w:val="single"/>
          </w:rPr>
          <w:t>https://blackatlanteans.com/blog/b/atlanta-black-pride-20th-anniversary-2026</w:t>
        </w:r>
      </w:hyperlink>
      <w:r>
        <w:t xml:space="preserve"> - Atlanta Black Pride Weekend, marking its 20th anniversary with the theme 'Strength in Unity,' took place from September 2 through 7, 2026. The weeklong celebration included events such as empowerment brunches, blood drives, and the iconic Pure Heat Community Festival at Piedmont Park. Co-founders Melissa Scott and Julius James emphasized the event's role in providing a space for the Black LGBTQ+ community to be seen, supported, empowered, and celebrated. The anniversary highlighted the event's growth and its importance in Atlanta's cultural landscape.</w:t>
      </w:r>
      <w:r/>
    </w:p>
    <w:p>
      <w:pPr>
        <w:pStyle w:val="ListNumber"/>
        <w:spacing w:line="240" w:lineRule="auto"/>
        <w:ind w:left="720"/>
      </w:pPr>
      <w:r/>
      <w:hyperlink r:id="rId14">
        <w:r>
          <w:rPr>
            <w:color w:val="0000EE"/>
            <w:u w:val="single"/>
          </w:rPr>
          <w:t>https://www.cbsnews.com/atlanta/news/atlanta-black-pride-celebrates-20-years-with-pure-heat-festival-parties-and-community-events/</w:t>
        </w:r>
      </w:hyperlink>
      <w:r>
        <w:t xml:space="preserve"> - Atlanta Black Pride Weekend celebrated its 20th anniversary from September 2 to 7, 2026, featuring nearly a week of entertainment, empowerment, and community events. The celebration included the 14th annual Pure Heat Community Festival at Piedmont Park, performances by artists such as Saucy Santana, and other events like an American Red Cross blood drive and a poetry slam. Co-founder Melissa Scott highlighted the event's creation to meet the needs of LGBTQ+ people of color, emphasizing Atlanta's supportive environment for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owntownatl.com/news/atlanta-black-pride-weekend-20-years-2026" TargetMode="External"/><Relationship Id="rId10" Type="http://schemas.openxmlformats.org/officeDocument/2006/relationships/hyperlink" Target="https://roughdraftatlanta.com/2026/08/31/atlanta-black-pride-weekend-2026/" TargetMode="External"/><Relationship Id="rId11" Type="http://schemas.openxmlformats.org/officeDocument/2006/relationships/hyperlink" Target="https://blackatlanteans.com/blog/b/atlanta-black-pride-2026-20th-anniversary-pure-heat" TargetMode="External"/><Relationship Id="rId12" Type="http://schemas.openxmlformats.org/officeDocument/2006/relationships/hyperlink" Target="https://blackatlanteans.com/blog/b/atlanta-black-pride-20th-anniversary-2026" TargetMode="External"/><Relationship Id="rId13" Type="http://schemas.openxmlformats.org/officeDocument/2006/relationships/hyperlink" Target="https://www.harlemworldmagazine.com/atlanta-harlems-bevy-smith-cynthia-bailey-porsha-williams-da-brat-judy-carlos-king-and-more-at-black-pride-weekend/" TargetMode="External"/><Relationship Id="rId14" Type="http://schemas.openxmlformats.org/officeDocument/2006/relationships/hyperlink" Target="https://www.cbsnews.com/atlanta/news/atlanta-black-pride-celebrates-20-years-with-pure-heat-festival-parties-and-community-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