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Afterglow Day to Night Party Guide for London Queers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Afterglow is returning for a bigger day-to-night party in Hackney Wick on Saturday 26 September 2026. With a secret venue, 250-person capacity, queer DJs and dancing from 5pm until 1am, this lesbian-led, FLINTA-inclusive event is shaping up to be one of the capital's most sought-after nights out.</w:t>
      </w:r>
      <w:r/>
    </w:p>
    <w:p>
      <w:pPr>
        <w:pStyle w:val="Heading2"/>
      </w:pPr>
      <w:r>
        <w:t>Essential Takeaways</w:t>
      </w:r>
      <w:r/>
      <w:r/>
    </w:p>
    <w:p>
      <w:pPr>
        <w:pStyle w:val="ListBullet"/>
        <w:spacing w:line="240" w:lineRule="auto"/>
        <w:ind w:left="720"/>
      </w:pPr>
      <w:r/>
      <w:r>
        <w:rPr>
          <w:b/>
        </w:rPr>
        <w:t>When:</w:t>
      </w:r>
      <w:r>
        <w:t xml:space="preserve"> Saturday 26 September 2026, from 5pm to 1am.</w:t>
      </w:r>
      <w:r/>
    </w:p>
    <w:p>
      <w:pPr>
        <w:pStyle w:val="ListBullet"/>
        <w:spacing w:line="240" w:lineRule="auto"/>
        <w:ind w:left="720"/>
      </w:pPr>
      <w:r/>
      <w:r>
        <w:rPr>
          <w:b/>
        </w:rPr>
        <w:t>Where:</w:t>
      </w:r>
      <w:r>
        <w:t xml:space="preserve"> A secret Hackney Wick venue, revealed to ticket holders before the event.</w:t>
      </w:r>
      <w:r/>
    </w:p>
    <w:p>
      <w:pPr>
        <w:pStyle w:val="ListBullet"/>
        <w:spacing w:line="240" w:lineRule="auto"/>
        <w:ind w:left="720"/>
      </w:pPr>
      <w:r/>
      <w:r>
        <w:rPr>
          <w:b/>
        </w:rPr>
        <w:t>Who it's for:</w:t>
      </w:r>
      <w:r>
        <w:t xml:space="preserve"> The party is lesbian-led and FLINTA-inclusive, with entry restricted to over-21s.</w:t>
      </w:r>
      <w:r/>
    </w:p>
    <w:p>
      <w:pPr>
        <w:pStyle w:val="ListBullet"/>
        <w:spacing w:line="240" w:lineRule="auto"/>
        <w:ind w:left="720"/>
      </w:pPr>
      <w:r/>
      <w:r>
        <w:rPr>
          <w:b/>
        </w:rPr>
        <w:t>What to expect:</w:t>
      </w:r>
      <w:r>
        <w:t xml:space="preserve"> Outdoor drinks, queer DJs, a larger dancefloor and a relaxed no-photo atmosphere.</w:t>
      </w:r>
      <w:r/>
    </w:p>
    <w:p>
      <w:pPr>
        <w:pStyle w:val="ListBullet"/>
        <w:spacing w:line="240" w:lineRule="auto"/>
        <w:ind w:left="720"/>
      </w:pPr>
      <w:r/>
      <w:r>
        <w:rPr>
          <w:b/>
        </w:rPr>
        <w:t>Booking note:</w:t>
      </w:r>
      <w:r>
        <w:t xml:space="preserve"> Capacity is limited to 250, early bird tickets are limited and tickets can't be refunded.</w:t>
      </w:r>
      <w:r/>
      <w:r/>
    </w:p>
    <w:p>
      <w:pPr>
        <w:pStyle w:val="Heading2"/>
      </w:pPr>
      <w:r>
        <w:t>Afterglow is making queer nightlife feel personal again</w:t>
      </w:r>
      <w:r/>
    </w:p>
    <w:p>
      <w:r/>
      <w:r>
        <w:t>There’s something unusually appealing about a party where nobody’s trying to document every second. Afterglow’s no-photo rule creates room for messy dancing, flirtation and proper conversation, without the familiar worry that a candid moment will appear online before breakfast.</w:t>
      </w:r>
      <w:r/>
    </w:p>
    <w:p>
      <w:r/>
      <w:r>
        <w:t>The London event began as a lesbian-led night shaped by people who wanted a more thoughtful alternative to the usual club formula. Its appeal seems to sit somewhere between a lively house party and a polished queer club night: music matters, but so do the cocktails, the atmosphere and the people around you.</w:t>
      </w:r>
      <w:r/>
    </w:p>
    <w:p>
      <w:r/>
      <w:r>
        <w:t xml:space="preserve">That balance is increasingly important as more FLINTA-focused events appear across East London. Listings for nights at venues including Earth Hackney show continuing demand for spaces built around queer community rather than simply adding a themed booking to a standard club calendar. According to local listings and nightlife platforms, the appetite for these events is hardly fading. </w:t>
      </w:r>
      <w:hyperlink r:id="rId9">
        <w:r>
          <w:rPr>
            <w:color w:val="0000EE"/>
            <w:u w:val="single"/>
          </w:rPr>
          <w:t>[2]</w:t>
        </w:r>
      </w:hyperlink>
      <w:r>
        <w:t xml:space="preserve">, </w:t>
      </w:r>
      <w:hyperlink r:id="rId10">
        <w:r>
          <w:rPr>
            <w:color w:val="0000EE"/>
            <w:u w:val="single"/>
          </w:rPr>
          <w:t>[6]</w:t>
        </w:r>
      </w:hyperlink>
      <w:r/>
    </w:p>
    <w:p>
      <w:pPr>
        <w:pStyle w:val="Heading2"/>
      </w:pPr>
      <w:r>
        <w:t>What’s planned for the September party?</w:t>
      </w:r>
      <w:r/>
    </w:p>
    <w:p>
      <w:r/>
      <w:r>
        <w:t>The 2026 edition is designed to stretch from daylight into late night. Doors open at 5pm, giving guests time to arrive while it’s still light, have a drink outdoors and settle into the evening before the music moves towards the main dancefloor.</w:t>
      </w:r>
      <w:r/>
    </w:p>
    <w:p>
      <w:r/>
      <w:r>
        <w:t>That format gives the night a gentler beginning than a conventional club event. You could arrive early, catch up with friends and ease into the music, or appear later when the room is ready to dance. Either way, the eight-hour run leaves space for both high energy and quieter corners.</w:t>
      </w:r>
      <w:r/>
    </w:p>
    <w:p>
      <w:r/>
      <w:r>
        <w:t xml:space="preserve">The event listing confirms a 1am finish and a Hackney Wick location, although the precise venue is being kept private. Secret locations can add a little sparkle, but they also make it worth checking travel plans once the address lands in your inbox. </w:t>
      </w:r>
      <w:hyperlink r:id="rId11">
        <w:r>
          <w:rPr>
            <w:color w:val="0000EE"/>
            <w:u w:val="single"/>
          </w:rPr>
          <w:t>[3]</w:t>
        </w:r>
      </w:hyperlink>
      <w:r>
        <w:t xml:space="preserve">, </w:t>
      </w:r>
      <w:hyperlink r:id="rId12">
        <w:r>
          <w:rPr>
            <w:color w:val="0000EE"/>
            <w:u w:val="single"/>
          </w:rPr>
          <w:t>[4]</w:t>
        </w:r>
      </w:hyperlink>
      <w:r/>
    </w:p>
    <w:p>
      <w:pPr>
        <w:pStyle w:val="Heading2"/>
      </w:pPr>
      <w:r>
        <w:t>Meet the DJs bringing the room to life</w:t>
      </w:r>
      <w:r/>
    </w:p>
    <w:p>
      <w:r/>
      <w:r>
        <w:t>The line-up includes co-founder BEKEFI, alongside RIVA and TEECRA. The promise is a set of sounds that can sit comfortably beneath conversation at the start, then gradually pull the room towards a fuller, more committed dancefloor.</w:t>
      </w:r>
      <w:r/>
    </w:p>
    <w:p>
      <w:r/>
      <w:r>
        <w:t>That progression should suit the event’s day-to-night shape. Early arrivals can enjoy a drink without immediately shouting over a wall of bass, while later guests can expect the energy to build as the evening develops. It’s a small but important distinction for anyone who likes a party with an actual arc.</w:t>
      </w:r>
      <w:r/>
    </w:p>
    <w:p>
      <w:r/>
      <w:r>
        <w:t xml:space="preserve">Comparable London listings on Resident Advisor point to a busy calendar of queer and FLINTA club nights, but Afterglow’s capped size gives it a more intimate feel than a large-scale warehouse event. With only 250 places, the dancefloor may feel busy without becoming anonymous.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p>
    <w:p>
      <w:pPr>
        <w:pStyle w:val="Heading2"/>
      </w:pPr>
      <w:r>
        <w:t>Why the no-photo rule matters</w:t>
      </w:r>
      <w:r/>
    </w:p>
    <w:p>
      <w:r/>
      <w:r>
        <w:t>The no-camera policy is more than a quirky house rule. It helps create a rare sense of privacy, particularly in a nightlife scene where phones can turn a spontaneous evening into a stream of content.</w:t>
      </w:r>
      <w:r/>
    </w:p>
    <w:p>
      <w:r/>
      <w:r>
        <w:t>For guests, that means fewer people filming from the edge of the dancefloor and less pressure to look polished while having fun. You can wear the dramatic outfit, dance badly and lose track of time without wondering whether your face is heading towards someone’s social feed.</w:t>
      </w:r>
      <w:r/>
    </w:p>
    <w:p>
      <w:r/>
      <w:r>
        <w:t xml:space="preserve">It also helps explain why Afterglow has built such a loyal following. A party can be stylish and well programmed, but people tend to return when they feel comfortable there. That kind of trust is difficult to manufacture, and rather lovely when it appears. </w:t>
      </w:r>
      <w:hyperlink r:id="rId9">
        <w:r>
          <w:rPr>
            <w:color w:val="0000EE"/>
            <w:u w:val="single"/>
          </w:rPr>
          <w:t>[2]</w:t>
        </w:r>
      </w:hyperlink>
      <w:r>
        <w:t xml:space="preserve">, </w:t>
      </w:r>
      <w:hyperlink r:id="rId10">
        <w:r>
          <w:rPr>
            <w:color w:val="0000EE"/>
            <w:u w:val="single"/>
          </w:rPr>
          <w:t>[6]</w:t>
        </w:r>
      </w:hyperlink>
      <w:r/>
    </w:p>
    <w:p>
      <w:pPr>
        <w:pStyle w:val="Heading2"/>
      </w:pPr>
      <w:r>
        <w:t>Tickets, access and what to check before booking</w:t>
      </w:r>
      <w:r/>
    </w:p>
    <w:p>
      <w:r/>
      <w:r>
        <w:t>Afterglow is for over-21s, and tickets are non-refundable, so it’s sensible to check your diary before paying. Early bird tickets are being released first, but the event’s limited capacity means delaying could leave you watching the party unfold from elsewhere.</w:t>
      </w:r>
      <w:r/>
    </w:p>
    <w:p>
      <w:r/>
      <w:r>
        <w:t>Because the address is secret, ticket holders should keep an eye on their email and the event’s social channels for travel information. Hackney Wick is well connected, but the final walk from a station can vary considerably depending on the venue, especially late at night.</w:t>
      </w:r>
      <w:r/>
    </w:p>
    <w:p>
      <w:r/>
      <w:r>
        <w:t xml:space="preserve">The party won’t replace Afterglow’s regular Thursday residency at Roses of Elagabalus in Dalston. Once the September event is over, the monthly nights are expected to return for the autumn and winter season, giving newcomers another chance to find the community. </w:t>
      </w:r>
      <w:hyperlink r:id="rId11">
        <w:r>
          <w:rPr>
            <w:color w:val="0000EE"/>
            <w:u w:val="single"/>
          </w:rPr>
          <w:t>[3]</w:t>
        </w:r>
      </w:hyperlink>
      <w:r>
        <w:t xml:space="preserve">, </w:t>
      </w:r>
      <w:hyperlink r:id="rId12">
        <w:r>
          <w:rPr>
            <w:color w:val="0000EE"/>
            <w:u w:val="single"/>
          </w:rPr>
          <w:t>[4]</w:t>
        </w:r>
      </w:hyperlink>
      <w:r/>
    </w:p>
    <w:p>
      <w:r/>
      <w:r>
        <w:t>For a first visit, go with comfortable shoes, arrive early if you want the outdoor portion and bring only what you need. The phone-free atmosphere is the point, after all, so your best accessory may be a charged travel app and a little confidence.</w:t>
      </w:r>
      <w:r/>
    </w:p>
    <w:p>
      <w:r/>
      <w:r>
        <w:t xml:space="preserve">It’s a promising final flourish to summer: intimate enough to feel social, big enough to feel like an occasion, and private enough to let people properly switch off. </w:t>
      </w:r>
      <w:hyperlink r:id="rId13">
        <w:r>
          <w:rPr>
            <w:color w:val="0000EE"/>
            <w:u w:val="single"/>
          </w:rPr>
          <w:t>[5]</w:t>
        </w:r>
      </w:hyperlink>
      <w:r>
        <w:t xml:space="preserve">, </w:t>
      </w:r>
      <w:hyperlink r:id="rId14">
        <w:r>
          <w:rPr>
            <w:color w:val="0000EE"/>
            <w:u w:val="single"/>
          </w:rPr>
          <w:t>[7]</w:t>
        </w:r>
      </w:hyperlink>
      <w:r/>
    </w:p>
    <w:p>
      <w:r/>
      <w:r>
        <w:t>It's a small, secretive party with a big promise: more room to dance, connect and be yourself.</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https://nonchalantmagazine.com/afterglow-day-to-night-party-2026-everything-you-need-to-know/</w:t>
        </w:r>
      </w:hyperlink>
      <w:r>
        <w:t xml:space="preserve"> - Please view link - unable to able to access data</w:t>
      </w:r>
      <w:r/>
    </w:p>
    <w:p>
      <w:pPr>
        <w:pStyle w:val="ListNumber"/>
        <w:spacing w:line="240" w:lineRule="auto"/>
        <w:ind w:left="720"/>
      </w:pPr>
      <w:r/>
      <w:hyperlink r:id="rId9">
        <w:r>
          <w:rPr>
            <w:color w:val="0000EE"/>
            <w:u w:val="single"/>
          </w:rPr>
          <w:t>https://whatnightout.uk/london/events/afterglow-day-to-night-party-8338937</w:t>
        </w:r>
      </w:hyperlink>
      <w:r>
        <w:t xml:space="preserve"> - This event listing provides details about the Afterglow Day to Night Party scheduled for Saturday, 26 September 2026, at HWK Hackney in London. The event is set to run from 5:00 PM to 2:00 AM, with ticket prices ranging from £15 to £23. The description highlights the lesbian-led, FLINTA-inclusive nature of the party, inviting attendees to enjoy drinks, music, and a vibrant atmosphere. The listing includes a link to Eventbrite for ticket purchases and further event details.</w:t>
      </w:r>
      <w:r/>
    </w:p>
    <w:p>
      <w:pPr>
        <w:pStyle w:val="ListNumber"/>
        <w:spacing w:line="240" w:lineRule="auto"/>
        <w:ind w:left="720"/>
      </w:pPr>
      <w:r/>
      <w:hyperlink r:id="rId11">
        <w:r>
          <w:rPr>
            <w:color w:val="0000EE"/>
            <w:u w:val="single"/>
          </w:rPr>
          <w:t>https://www.gayout.com/pt/europe/united-kingdom/london/events/afterglow-day-to-night-party-2026-09-26</w:t>
        </w:r>
      </w:hyperlink>
      <w:r>
        <w:t xml:space="preserve"> - This Portuguese-language event page offers information about the Afterglow Day to Night Party taking place on Saturday, 26 September 2026, in Hackney Wick, London. The event is scheduled from 5:00 PM to 2:00 AM, with tickets starting at £16.96. The description emphasizes the lesbian-led, FLINTA-inclusive nature of the party, promising a vibrant atmosphere with drinks and opportunities for meaningful connections. The page provides options to add the event to various calendars and includes a link to purchase tickets.</w:t>
      </w:r>
      <w:r/>
    </w:p>
    <w:p>
      <w:pPr>
        <w:pStyle w:val="ListNumber"/>
        <w:spacing w:line="240" w:lineRule="auto"/>
        <w:ind w:left="720"/>
      </w:pPr>
      <w:r/>
      <w:hyperlink r:id="rId12">
        <w:r>
          <w:rPr>
            <w:color w:val="0000EE"/>
            <w:u w:val="single"/>
          </w:rPr>
          <w:t>https://ra.co/events/2375285</w:t>
        </w:r>
      </w:hyperlink>
      <w:r>
        <w:t xml:space="preserve"> - This event listing details the 'Womxn's Day Terrace Party – Baddie's Day' hosted by CRATE Brewery in London on Saturday, 7 March 2026. The event runs from 1:00 PM to 9:00 PM and features DJs Jasmine Rowland, LO-LOW, and Sophia. The description highlights the celebration of women and FLINTA individuals, with free entry and a focus on creating an inclusive and energetic atmosphere. The listing includes options to share the event and join the interest list.</w:t>
      </w:r>
      <w:r/>
    </w:p>
    <w:p>
      <w:pPr>
        <w:pStyle w:val="ListNumber"/>
        <w:spacing w:line="240" w:lineRule="auto"/>
        <w:ind w:left="720"/>
      </w:pPr>
      <w:r/>
      <w:hyperlink r:id="rId13">
        <w:r>
          <w:rPr>
            <w:color w:val="0000EE"/>
            <w:u w:val="single"/>
          </w:rPr>
          <w:t>https://ra.co/events/2392782</w:t>
        </w:r>
      </w:hyperlink>
      <w:r>
        <w:t xml:space="preserve"> - This event listing provides details about 'Leztopia - House + Techno' at The Glove That Fits in London on Saturday, 4 April 2026. The event is scheduled from 10:00 PM to 4:00 AM and features DJs Ms.G, J.Rains, BAY-BUSH-KA, and Elianne. The description emphasizes Leztopia's focus on creating a space for FLINTA individuals and respectful allies, with a commitment to inclusivity and a safer space policy. The listing includes ticket pricing options and a link to the event's Instagram page.</w:t>
      </w:r>
      <w:r/>
    </w:p>
    <w:p>
      <w:pPr>
        <w:pStyle w:val="ListNumber"/>
        <w:spacing w:line="240" w:lineRule="auto"/>
        <w:ind w:left="720"/>
      </w:pPr>
      <w:r/>
      <w:hyperlink r:id="rId10">
        <w:r>
          <w:rPr>
            <w:color w:val="0000EE"/>
            <w:u w:val="single"/>
          </w:rPr>
          <w:t>https://eastlondontimes.co.uk/local/hackney/club-rua-launches-flinta-club-night-at-earth-hackney-feb-2026/</w:t>
        </w:r>
      </w:hyperlink>
      <w:r>
        <w:t xml:space="preserve"> - This article announces the launch of Club Rua's FLINTA-focused club night residency at EartH Hackney, starting on Saturday, 27 February 2026. The residency aims to bring underground electronic sounds and inclusive programming to London's nightlife scene, creating a dedicated space for queer and FLINTA communities in Hackney. The article provides details about the venue and the collective's mission to foster inclusivity and community engagement.</w:t>
      </w:r>
      <w:r/>
    </w:p>
    <w:p>
      <w:pPr>
        <w:pStyle w:val="ListNumber"/>
        <w:spacing w:line="240" w:lineRule="auto"/>
        <w:ind w:left="720"/>
      </w:pPr>
      <w:r/>
      <w:hyperlink r:id="rId14">
        <w:r>
          <w:rPr>
            <w:color w:val="0000EE"/>
            <w:u w:val="single"/>
          </w:rPr>
          <w:t>https://ra.co/events/2419275</w:t>
        </w:r>
      </w:hyperlink>
      <w:r>
        <w:t xml:space="preserve"> - This event listing details 'SYMBIOSIS X PUDDLE' at NUMBER 90 LONDON in Hackney Wick, London, on Saturday, 30 May 2026. The event runs from 11:00 PM to 5:00 AM and features artists ADRIAN LECA (LIVE), Eudoxie, LATO, MAXUCA, and Sina XX Ting Run Run. The description highlights the collaboration between PUDDLE and SYMBIOSIS to create a night where community, connection, and techno music meet. The listing emphasizes the commitment to creating a safer space for everyone and includes ticket pricing options.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hatnightout.uk/london/events/afterglow-day-to-night-party-8338937" TargetMode="External"/><Relationship Id="rId10" Type="http://schemas.openxmlformats.org/officeDocument/2006/relationships/hyperlink" Target="https://eastlondontimes.co.uk/local/hackney/club-rua-launches-flinta-club-night-at-earth-hackney-feb-2026/" TargetMode="External"/><Relationship Id="rId11" Type="http://schemas.openxmlformats.org/officeDocument/2006/relationships/hyperlink" Target="https://www.gayout.com/pt/europe/united-kingdom/london/events/afterglow-day-to-night-party-2026-09-26" TargetMode="External"/><Relationship Id="rId12" Type="http://schemas.openxmlformats.org/officeDocument/2006/relationships/hyperlink" Target="https://ra.co/events/2375285" TargetMode="External"/><Relationship Id="rId13" Type="http://schemas.openxmlformats.org/officeDocument/2006/relationships/hyperlink" Target="https://ra.co/events/2392782" TargetMode="External"/><Relationship Id="rId14" Type="http://schemas.openxmlformats.org/officeDocument/2006/relationships/hyperlink" Target="https://ra.co/events/2419275" TargetMode="External"/><Relationship Id="rId15" Type="http://schemas.openxmlformats.org/officeDocument/2006/relationships/hyperlink" Target="https://nonchalantmagazine.com/afterglow-day-to-night-party-2026-everything-you-need-to-kn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