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Stableboy Vertical BL Drama Review: A Cowboy Romance with Familiar Moves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saddling up for Stableboy, a ReelShort-style vertical BL drama about a city teenager sent to a Midwestern ranch, where rodeo pressure and a complicated attraction to the team captain collide. The cowboy setting adds colour, but the series leans heavily on familiar enemies-to-lovers beats, making it more enjoyable as a quick guilty pleasure than a genuine genre shake-up.</w:t>
      </w:r>
      <w:r/>
    </w:p>
    <w:p>
      <w:pPr>
        <w:pStyle w:val="Heading2"/>
      </w:pPr>
      <w:r>
        <w:t>Essential Takeaways</w:t>
      </w:r>
      <w:r/>
      <w:r/>
    </w:p>
    <w:p>
      <w:pPr>
        <w:pStyle w:val="ListBullet"/>
        <w:spacing w:line="240" w:lineRule="auto"/>
        <w:ind w:left="720"/>
      </w:pPr>
      <w:r/>
      <w:r>
        <w:rPr>
          <w:b/>
        </w:rPr>
        <w:t>A fresh setting:</w:t>
      </w:r>
      <w:r>
        <w:t xml:space="preserve"> The ranch and high-school rodeo backdrop offer a welcome change from the usual campus or gaming stories.</w:t>
      </w:r>
      <w:r/>
    </w:p>
    <w:p>
      <w:pPr>
        <w:pStyle w:val="ListBullet"/>
        <w:spacing w:line="240" w:lineRule="auto"/>
        <w:ind w:left="720"/>
      </w:pPr>
      <w:r/>
      <w:r>
        <w:rPr>
          <w:b/>
        </w:rPr>
        <w:t>Familiar faces:</w:t>
      </w:r>
      <w:r>
        <w:t xml:space="preserve"> The leads return after appearing together in Waterboy, giving their scenes an easy spark.</w:t>
      </w:r>
      <w:r/>
    </w:p>
    <w:p>
      <w:pPr>
        <w:pStyle w:val="ListBullet"/>
        <w:spacing w:line="240" w:lineRule="auto"/>
        <w:ind w:left="720"/>
      </w:pPr>
      <w:r/>
      <w:r>
        <w:rPr>
          <w:b/>
        </w:rPr>
        <w:t>Serious themes:</w:t>
      </w:r>
      <w:r>
        <w:t xml:space="preserve"> Homophobia, bullying and the pressure to hide one's identity sit beneath the glossy melodrama.</w:t>
      </w:r>
      <w:r/>
    </w:p>
    <w:p>
      <w:pPr>
        <w:pStyle w:val="ListBullet"/>
        <w:spacing w:line="240" w:lineRule="auto"/>
        <w:ind w:left="720"/>
      </w:pPr>
      <w:r/>
      <w:r>
        <w:rPr>
          <w:b/>
        </w:rPr>
        <w:t>Uneven execution:</w:t>
      </w:r>
      <w:r>
        <w:t xml:space="preserve"> Some rodeo sabotage feels cartoonish, while the central conflict follows a well-worn path.</w:t>
      </w:r>
      <w:r/>
    </w:p>
    <w:p>
      <w:pPr>
        <w:pStyle w:val="ListBullet"/>
        <w:spacing w:line="240" w:lineRule="auto"/>
        <w:ind w:left="720"/>
      </w:pPr>
      <w:r/>
      <w:r>
        <w:rPr>
          <w:b/>
        </w:rPr>
        <w:t>A satisfying payoff:</w:t>
      </w:r>
      <w:r>
        <w:t xml:space="preserve"> The romance eventually gets its public declaration, although the resolution is remarkably tidy.</w:t>
      </w:r>
      <w:r/>
      <w:r/>
    </w:p>
    <w:p>
      <w:pPr>
        <w:pStyle w:val="Heading2"/>
      </w:pPr>
      <w:r>
        <w:t>A ranch setting gives the formula some fresh air</w:t>
      </w:r>
      <w:r/>
    </w:p>
    <w:p>
      <w:r/>
      <w:r>
        <w:t>Stableboy opens with Evan, an openly gay teenager from the city, being sent to his father's ranch in the American Midwest. His reward for joining the high-school rodeo team is the chance to pursue culinary school in Paris, which gives the story an amusing clash of ambitions: cowboy boots on the outside, French patisserie dreams underneath.</w:t>
      </w:r>
      <w:r/>
    </w:p>
    <w:p>
      <w:r/>
      <w:r>
        <w:t>The rodeo backdrop is the show's strongest novelty. Rather than another glossy university or gaming environment, viewers get stables, dusty arenas and the restless energy of a small-town community. Micro Drama Radar lists the series as part of the fast-moving vertical drama wave, a format built around short episodes, sharp reversals and plenty of immediate emotional bait.</w:t>
      </w:r>
      <w:r/>
    </w:p>
    <w:p>
      <w:r/>
      <w:r>
        <w:t>That change of scenery matters. Even when the plot starts following familiar tracks, the setting gives the story a warmer, rougher texture. There is something pleasingly incongruous about a would-be Paris chef being pushed towards the saddle.</w:t>
      </w:r>
      <w:r/>
    </w:p>
    <w:p>
      <w:pPr>
        <w:pStyle w:val="Heading2"/>
      </w:pPr>
      <w:r>
        <w:t>Evan and Colt bring back an easy spark</w:t>
      </w:r>
      <w:r/>
    </w:p>
    <w:p>
      <w:r/>
      <w:r>
        <w:t>Evan is placed under the supervision of Colt Maddox, the team's golden-boy captain whose professional hopes depend on winning State. Colt's father then assigns Evan to work as Colt's stableboy, apparently hoping that hard labour will make him tougher. Predictably, the arrangement creates more tension than discipline.</w:t>
      </w:r>
      <w:r/>
    </w:p>
    <w:p>
      <w:r/>
      <w:r>
        <w:t>The pair's previous appearance together in Waterboy gives their exchanges a head start. According to coverage of that earlier vertical BL project, the duo already had a recognisable on-screen pairing, and that familiarity helps here. Their teasing feels less mechanical than it might with completely new leads, particularly when Colt flirts without offering a clear answer about what he wants.</w:t>
      </w:r>
      <w:r/>
    </w:p>
    <w:p>
      <w:r/>
      <w:r>
        <w:t>Still, the romance is built from very recognisable ingredients: guarded feelings, hostile first impressions, protective gestures and a kiss that turns the emotional temperature up fast. Fans looking for a reliable enemies-to-friends-to-lovers progression will know exactly what sort of ride they're boarding.</w:t>
      </w:r>
      <w:r/>
    </w:p>
    <w:p>
      <w:pPr>
        <w:pStyle w:val="Heading2"/>
      </w:pPr>
      <w:r>
        <w:t>The drama tackles small-town prejudice, sometimes bluntly</w:t>
      </w:r>
      <w:r/>
    </w:p>
    <w:p>
      <w:r/>
      <w:r>
        <w:t>The series is at its most substantial when it focuses on the cost of staying hidden. Evan's openness puts him in the firing line, while Colt's attachment to his family, team and hometown makes him fearful of being honest. That contrast gives their romance more weight than a simple clash between a confident newcomer and a brooding local hero.</w:t>
      </w:r>
      <w:r/>
    </w:p>
    <w:p>
      <w:r/>
      <w:r>
        <w:t>The dinner-table confrontation is the clearest example. After the pair kiss, Colt fails to challenge his father's homophobic language, leaving Evan to absorb the insult and explode. Colt argues that openly living as Evan does isn't realistic in his world, a defensive explanation that may be understandable but is hardly comforting.</w:t>
      </w:r>
      <w:r/>
    </w:p>
    <w:p>
      <w:r/>
      <w:r>
        <w:t>The subject matter is handled with more care than the show's broadest comic moments. Industry commentary on vertical BL dramas often points to the format's reliance on heightened conflict, and Stableboy certainly follows that tradition. The difference is that its bullying and secrecy themes occasionally land with genuine emotional force rather than serving only as plot machinery.</w:t>
      </w:r>
      <w:r/>
    </w:p>
    <w:p>
      <w:pPr>
        <w:pStyle w:val="Heading2"/>
      </w:pPr>
      <w:r>
        <w:t>Rodeo sabotage adds chaos, but not always credibility</w:t>
      </w:r>
      <w:r/>
    </w:p>
    <w:p>
      <w:r/>
      <w:r>
        <w:t>Once the relationship becomes harder to conceal, the rodeo team turns into a parade of troublemakers. Other riders target Evan, then Colt, with stunts designed to create danger, embarrassment and another excuse for the leads to protect one another.</w:t>
      </w:r>
      <w:r/>
    </w:p>
    <w:p>
      <w:r/>
      <w:r>
        <w:t>Some of this works as brisk melodrama. Vertical series have little time to waste, so every episode needs a jolt, and a badly timed prank is an efficient way to provide one. The trouble is that the antics can become so exaggerated that the more serious material around them loses its footing.</w:t>
      </w:r>
      <w:r/>
    </w:p>
    <w:p>
      <w:r/>
      <w:r>
        <w:t>The result is a slightly odd tonal mix: one scene asks viewers to think about the exhausting reality of concealment, while the next behaves like a campy revenge serial. That may be part of the appeal for viewers who enjoy short-form drama's heightened style, but it won't convince anyone hoping for a more grounded ranch romance.</w:t>
      </w:r>
      <w:r/>
    </w:p>
    <w:p>
      <w:pPr>
        <w:pStyle w:val="Heading2"/>
      </w:pPr>
      <w:r>
        <w:t>Is Stableboy worth adding to your watchlist?</w:t>
      </w:r>
      <w:r/>
    </w:p>
    <w:p>
      <w:r/>
      <w:r>
        <w:t>Stableboy is best approached as a compact, polished diversion rather than a reinvention of BL drama. Its western-inspired setting is a welcome change, the returning leads have genuine chemistry, and the absence of a jealous ex-girlfriend removes one of the genre's most tired obstacles.</w:t>
      </w:r>
      <w:r/>
    </w:p>
    <w:p>
      <w:r/>
      <w:r>
        <w:t>There is also a generous helping of steamy romance for viewers who prefer their emotional conflict with a little extra heat. The story eventually gives Colt a public moment of honesty, allowing love to triumph in front of the same community that once made openness feel impossible.</w:t>
      </w:r>
      <w:r/>
    </w:p>
    <w:p>
      <w:r/>
      <w:r>
        <w:t>That ending is emotionally satisfying, though perhaps too neat. Stableboy understands the issues it raises, but it rarely pushes beyond the safe version of resolution in which one grand declaration fixes the social landscape. As a result, it feels watchable and occasionally affecting, but also like another familiar recipe served in a new tin.</w:t>
      </w:r>
      <w:r/>
    </w:p>
    <w:p>
      <w:r/>
      <w:r>
        <w:rPr>
          <w:b/>
        </w:rPr>
        <w:t>Stableboy brings cowboy colour to a familiar BL formula, making it an easy watch for fans who value chemistry over surprises.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0">
        <w:r>
          <w:rPr>
            <w:color w:val="0000EE"/>
            <w:u w:val="single"/>
          </w:rPr>
          <w:t>[4]</w:t>
        </w:r>
      </w:hyperlink>
      <w:r>
        <w:t xml:space="preserve">, </w:t>
      </w:r>
      <w:hyperlink r:id="rId14">
        <w:r>
          <w:rPr>
            <w:color w:val="0000EE"/>
            <w:u w:val="single"/>
          </w:rPr>
          <w:t>[5]</w:t>
        </w:r>
      </w:hyperlink>
      <w:r>
        <w:t xml:space="preserve">- Paragraph 4: </w:t>
      </w:r>
      <w:hyperlink r:id="rId11">
        <w:r>
          <w:rPr>
            <w:color w:val="0000EE"/>
            <w:u w:val="single"/>
          </w:rPr>
          <w:t>[6]</w:t>
        </w:r>
      </w:hyperlink>
      <w:r>
        <w:t xml:space="preserve">, </w:t>
      </w:r>
      <w:hyperlink r:id="rId15">
        <w:r>
          <w:rPr>
            <w:color w:val="0000EE"/>
            <w:u w:val="single"/>
          </w:rPr>
          <w:t>[7]</w:t>
        </w:r>
      </w:hyperlink>
      <w:r>
        <w:t xml:space="preserve">- Paragraph 5: </w:t>
      </w:r>
      <w:hyperlink r:id="rId13">
        <w:r>
          <w:rPr>
            <w:color w:val="0000EE"/>
            <w:u w:val="single"/>
          </w:rPr>
          <w:t>[3]</w:t>
        </w:r>
      </w:hyperlink>
      <w:r>
        <w:t xml:space="preserve">, </w:t>
      </w:r>
      <w:hyperlink r:id="rId10">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[4]</w:t>
        </w:r>
      </w:hyperlink>
      <w:r>
        <w:t xml:space="preserve">, </w:t>
      </w:r>
      <w:hyperlink r:id="rId11">
        <w:r>
          <w:rPr>
            <w:color w:val="0000EE"/>
            <w:u w:val="single"/>
          </w:rPr>
          <w:t>[6]</w:t>
        </w:r>
      </w:hyperlink>
      <w:r>
        <w:t xml:space="preserve">- Paragraph 8: </w:t>
      </w:r>
      <w:hyperlink r:id="rId13">
        <w:r>
          <w:rPr>
            <w:color w:val="0000EE"/>
            <w:u w:val="single"/>
          </w:rPr>
          <w:t>[3]</w:t>
        </w:r>
      </w:hyperlink>
      <w:r>
        <w:t xml:space="preserve">, </w:t>
      </w:r>
      <w:hyperlink r:id="rId15">
        <w:r>
          <w:rPr>
            <w:color w:val="0000EE"/>
            <w:u w:val="single"/>
          </w:rPr>
          <w:t>[7]</w:t>
        </w:r>
      </w:hyperlink>
      <w:r>
        <w:t xml:space="preserve">- Paragraph 9: </w:t>
      </w:r>
      <w:hyperlink r:id="rId12">
        <w:r>
          <w:rPr>
            <w:color w:val="0000EE"/>
            <w:u w:val="single"/>
          </w:rPr>
          <w:t>[2]</w:t>
        </w:r>
      </w:hyperlink>
      <w:r>
        <w:t xml:space="preserve">, </w:t>
      </w:r>
      <w:hyperlink r:id="rId10">
        <w:r>
          <w:rPr>
            <w:color w:val="0000EE"/>
            <w:u w:val="single"/>
          </w:rPr>
          <w:t>[4]</w:t>
        </w:r>
      </w:hyperlink>
      <w:r>
        <w:t xml:space="preserve">- Paragraph 10: </w:t>
      </w:r>
      <w:hyperlink r:id="rId14">
        <w:r>
          <w:rPr>
            <w:color w:val="0000EE"/>
            <w:u w:val="single"/>
          </w:rPr>
          <w:t>[5]</w:t>
        </w:r>
      </w:hyperlink>
      <w:r>
        <w:t xml:space="preserve">, </w:t>
      </w:r>
      <w:hyperlink r:id="rId11">
        <w:r>
          <w:rPr>
            <w:color w:val="0000EE"/>
            <w:u w:val="single"/>
          </w:rPr>
          <w:t>[6]</w:t>
        </w:r>
      </w:hyperlink>
      <w:r>
        <w:t xml:space="preserve">- Paragraph 11: </w:t>
      </w:r>
      <w:hyperlink r:id="rId13">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[4]</w:t>
        </w:r>
      </w:hyperlink>
      <w:r>
        <w:t xml:space="preserve">, </w:t>
      </w:r>
      <w:hyperlink r:id="rId14">
        <w:r>
          <w:rPr>
            <w:color w:val="0000EE"/>
            <w:u w:val="single"/>
          </w:rPr>
          <w:t>[5]</w:t>
        </w:r>
      </w:hyperlink>
      <w:r>
        <w:t xml:space="preserve">- Paragraph 13: </w:t>
      </w:r>
      <w:hyperlink r:id="rId12">
        <w:r>
          <w:rPr>
            <w:color w:val="0000EE"/>
            <w:u w:val="single"/>
          </w:rPr>
          <w:t>[2]</w:t>
        </w:r>
      </w:hyperlink>
      <w:r>
        <w:t xml:space="preserve">, </w:t>
      </w:r>
      <w:hyperlink r:id="rId11">
        <w:r>
          <w:rPr>
            <w:color w:val="0000EE"/>
            <w:u w:val="single"/>
          </w:rPr>
          <w:t>[6]</w:t>
        </w:r>
      </w:hyperlink>
      <w:r>
        <w:t xml:space="preserve">- Paragraph 14: </w:t>
      </w:r>
      <w:hyperlink r:id="rId13">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[4]</w:t>
        </w:r>
      </w:hyperlink>
      <w:r>
        <w:t xml:space="preserve">, </w:t>
      </w:r>
      <w:hyperlink r:id="rId11">
        <w:r>
          <w:rPr>
            <w:color w:val="0000EE"/>
            <w:u w:val="single"/>
          </w:rPr>
          <w:t>[6]</w:t>
        </w:r>
      </w:hyperlink>
      <w:r>
        <w:t xml:space="preserve">- Paragraph 16: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https://www.thegayreels.com/2026/09/stableboy-vertical-bl-drama.html</w:t>
        </w:r>
      </w:hyperlink>
      <w:r>
        <w:t xml:space="preserve"> - Please view link - unable to able to access data</w:t>
      </w:r>
      <w:r/>
    </w:p>
    <w:p>
      <w:pPr>
        <w:pStyle w:val="ListNumber"/>
        <w:spacing w:line="240" w:lineRule="auto"/>
        <w:ind w:left="720"/>
      </w:pPr>
      <w:r/>
      <w:hyperlink r:id="rId12">
        <w:r>
          <w:rPr>
            <w:color w:val="0000EE"/>
            <w:u w:val="single"/>
          </w:rPr>
          <w:t>https://www.gayrr.com/waterboy-vertical-bl-drama/</w:t>
        </w:r>
      </w:hyperlink>
      <w:r>
        <w:t xml:space="preserve"> - This article reviews 'Waterboy', a vertical BL drama that follows Kaden, the openly gay student body president, and Donovan, the straight macho quarterback. Kaden faces bullying and mockery from Donovan, leading to his assignment as the football team's water boy. Despite Donovan's public indifference, he secretly flirts with Kaden, and they eventually kiss. Donovan admits his fear of being seen with another man due to potential impacts on his future but begins intervening to prevent others from bullying Kaden. The drama explores themes of homophobia, bullying, and the challenges of living openly in a conservative environment.</w:t>
      </w:r>
      <w:r/>
    </w:p>
    <w:p>
      <w:pPr>
        <w:pStyle w:val="ListNumber"/>
        <w:spacing w:line="240" w:lineRule="auto"/>
        <w:ind w:left="720"/>
      </w:pPr>
      <w:r/>
      <w:hyperlink r:id="rId13">
        <w:r>
          <w:rPr>
            <w:color w:val="0000EE"/>
            <w:u w:val="single"/>
          </w:rPr>
          <w:t>https://www.imdb.com/title/tt43122831/</w:t>
        </w:r>
      </w:hyperlink>
      <w:r>
        <w:t xml:space="preserve"> - IMDb provides information on 'Stableboy', a 2026 TV mini-series. The series follows Evan Brooks, an openly gay city boy sent to a Midwest ranch with the condition of joining the high school rodeo team to pursue his dream of culinary school in Paris. His main obstacle is Colt Maddox, the straight, golden-boy cowboy whose chance at going pro depends on winning State. After Evan is forced to work as Colt's stableboy, their rivalry turns into something unexpected. The series addresses themes of homophobia in small towns, bullying, and the complexities of hiding one's identity.</w:t>
      </w:r>
      <w:r/>
    </w:p>
    <w:p>
      <w:pPr>
        <w:pStyle w:val="ListNumber"/>
        <w:spacing w:line="240" w:lineRule="auto"/>
        <w:ind w:left="720"/>
      </w:pPr>
      <w:r/>
      <w:hyperlink r:id="rId10">
        <w:r>
          <w:rPr>
            <w:color w:val="0000EE"/>
            <w:u w:val="single"/>
          </w:rPr>
          <w:t>https://www.microdramaradar.com/en/series/stableboy</w:t>
        </w:r>
      </w:hyperlink>
      <w:r>
        <w:t xml:space="preserve"> - MicroDrama Radar offers a synopsis of 'Stableboy', a vertical BL series. The story revolves around Evan Brooks, an openly gay city kid sent to a Midwest ranch with the condition of competing on the high school rodeo team to secure his dream of attending culinary school in Paris. His main challenge is Colt Maddox, the straight, golden-boy cowboy whose chance at going pro depends on winning State. After Evan is forced to be Colt's stableboy, their rivalry turns into something neither of them expected. The series delves into themes of homophobia in small towns, bullying, and the struggles of concealing one's true self.</w:t>
      </w:r>
      <w:r/>
    </w:p>
    <w:p>
      <w:pPr>
        <w:pStyle w:val="ListNumber"/>
        <w:spacing w:line="240" w:lineRule="auto"/>
        <w:ind w:left="720"/>
      </w:pPr>
      <w:r/>
      <w:hyperlink r:id="rId14">
        <w:r>
          <w:rPr>
            <w:color w:val="0000EE"/>
            <w:u w:val="single"/>
          </w:rPr>
          <w:t>https://crazymaplestudios.com/resources/evan-brooks-and-colt-maddox-01-6-52c1b3468529/</w:t>
        </w:r>
      </w:hyperlink>
      <w:r>
        <w:t xml:space="preserve"> - Crazy Maple Reviews discusses the relationship between Evan Brooks and Colt Maddox in 'Stableboy'. The article highlights how Evan, an openly gay city boy, is sent to a Midwest ranch with the condition of joining the high school rodeo team to pursue his dream of attending culinary school in Paris. His main obstacle is Colt Maddox, the straight, golden-boy cowboy whose chance at going pro depends on winning State. After Evan is forced to work as Colt's stableboy, their rivalry turns into something unexpected. The series addresses themes of homophobia in small towns, bullying, and the challenges of concealing one's identity.</w:t>
      </w:r>
      <w:r/>
    </w:p>
    <w:p>
      <w:pPr>
        <w:pStyle w:val="ListNumber"/>
        <w:spacing w:line="240" w:lineRule="auto"/>
        <w:ind w:left="720"/>
      </w:pPr>
      <w:r/>
      <w:hyperlink r:id="rId11">
        <w:r>
          <w:rPr>
            <w:color w:val="0000EE"/>
            <w:u w:val="single"/>
          </w:rPr>
          <w:t>https://www.reelshort.com/fandom/stableboy-cast-01-2-52c1b3468529/</w:t>
        </w:r>
      </w:hyperlink>
      <w:r>
        <w:t xml:space="preserve"> - ReelShort Fandom provides an overview of the cast, characters, and plot of 'Stableboy'. The series follows Evan Brooks, an openly gay city boy sent to a Midwest ranch with the condition of joining the high school rodeo team to pursue his dream of attending culinary school in Paris. His main obstacle is Colt Maddox, the straight, golden-boy cowboy whose chance at going pro depends on winning State. After Evan is forced to work as Colt's stableboy, their rivalry turns into something unexpected. The series explores themes of homophobia in small towns, bullying, and the complexities of concealing one's true self.</w:t>
      </w:r>
      <w:r/>
    </w:p>
    <w:p>
      <w:pPr>
        <w:pStyle w:val="ListNumber"/>
        <w:spacing w:line="240" w:lineRule="auto"/>
        <w:ind w:left="720"/>
      </w:pPr>
      <w:r/>
      <w:hyperlink r:id="rId15">
        <w:r>
          <w:rPr>
            <w:color w:val="0000EE"/>
            <w:u w:val="single"/>
          </w:rPr>
          <w:t>https://corner-cafe.org/2026/06/26/random-ramblings-on-bl-dramas-love-in-the-ruck/</w:t>
        </w:r>
      </w:hyperlink>
      <w:r>
        <w:t xml:space="preserve"> - Corner Café discusses 'Love in the Ruck', a 60-episode dark romance western vertical BL/LGBTQ+ series that premiered on June 25, 2026, on MyDrama. The series is set on the rugby pitch and follows the rivalry between Colby Stryker, the golden-boy captain of the LA Stallions, and Ridge Maddox, the tough transfer who won't play along. Their rivalry turns into a secret, forbidden love that threatens their careers, families, and identities. The article highlights the unique setting and themes of the series, distinguishing it from traditional vertical BL dramas.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ayreels.com/2026/09/stableboy-vertical-bl-drama.html" TargetMode="External"/><Relationship Id="rId10" Type="http://schemas.openxmlformats.org/officeDocument/2006/relationships/hyperlink" Target="https://www.microdramaradar.com/en/series/stableboy" TargetMode="External"/><Relationship Id="rId11" Type="http://schemas.openxmlformats.org/officeDocument/2006/relationships/hyperlink" Target="https://www.reelshort.com/fandom/stableboy-cast-01-2-52c1b3468529/" TargetMode="External"/><Relationship Id="rId12" Type="http://schemas.openxmlformats.org/officeDocument/2006/relationships/hyperlink" Target="https://www.gayrr.com/waterboy-vertical-bl-drama/" TargetMode="External"/><Relationship Id="rId13" Type="http://schemas.openxmlformats.org/officeDocument/2006/relationships/hyperlink" Target="https://www.imdb.com/title/tt43122831/" TargetMode="External"/><Relationship Id="rId14" Type="http://schemas.openxmlformats.org/officeDocument/2006/relationships/hyperlink" Target="https://crazymaplestudios.com/resources/evan-brooks-and-colt-maddox-01-6-52c1b3468529/" TargetMode="External"/><Relationship Id="rId15" Type="http://schemas.openxmlformats.org/officeDocument/2006/relationships/hyperlink" Target="https://corner-cafe.org/2026/06/26/random-ramblings-on-bl-dramas-love-in-the-ruc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