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Regional Pride Events Need More Than Goodwill to Survive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across regional Western Australia are warning that Pride events can disappear even when communities value them. Queernarvon's 2026 parade has been cancelled after volunteer numbers fell, while Busselton has redirected its energy elsewhere. In contrast, Pilbara Pride continues to grow, showing what sustained local backing can achieve.</w:t>
      </w:r>
      <w:r/>
    </w:p>
    <w:p>
      <w:pPr>
        <w:pStyle w:val="Heading2"/>
      </w:pPr>
      <w:r>
        <w:t>Essential Takeaways</w:t>
      </w:r>
      <w:r/>
      <w:r/>
    </w:p>
    <w:p>
      <w:pPr>
        <w:pStyle w:val="ListBullet"/>
        <w:spacing w:line="240" w:lineRule="auto"/>
        <w:ind w:left="720"/>
      </w:pPr>
      <w:r/>
      <w:r>
        <w:rPr>
          <w:b/>
        </w:rPr>
        <w:t>Queernarvon is ending its parade:</w:t>
      </w:r>
      <w:r>
        <w:t xml:space="preserve"> The Carnarvon event has run for three years but no longer has enough organisers.</w:t>
      </w:r>
      <w:r/>
    </w:p>
    <w:p>
      <w:pPr>
        <w:pStyle w:val="ListBullet"/>
        <w:spacing w:line="240" w:lineRule="auto"/>
        <w:ind w:left="720"/>
      </w:pPr>
      <w:r/>
      <w:r>
        <w:rPr>
          <w:b/>
        </w:rPr>
        <w:t>Busselton is changing direction:</w:t>
      </w:r>
      <w:r>
        <w:t xml:space="preserve"> Its Pride group is focusing on education and wellbeing activities instead of a parade.</w:t>
      </w:r>
      <w:r/>
    </w:p>
    <w:p>
      <w:pPr>
        <w:pStyle w:val="ListBullet"/>
        <w:spacing w:line="240" w:lineRule="auto"/>
        <w:ind w:left="720"/>
      </w:pPr>
      <w:r/>
      <w:r>
        <w:rPr>
          <w:b/>
        </w:rPr>
        <w:t>Pilbara Pride is expanding:</w:t>
      </w:r>
      <w:r>
        <w:t xml:space="preserve"> Events across Port Hedland, Karratha and Onslow could attract about 1,500 people.</w:t>
      </w:r>
      <w:r/>
    </w:p>
    <w:p>
      <w:pPr>
        <w:pStyle w:val="ListBullet"/>
        <w:spacing w:line="240" w:lineRule="auto"/>
        <w:ind w:left="720"/>
      </w:pPr>
      <w:r/>
      <w:r>
        <w:rPr>
          <w:b/>
        </w:rPr>
        <w:t>Volunteers make the difference:</w:t>
      </w:r>
      <w:r>
        <w:t xml:space="preserve"> Reliable helpers, council support and community partnerships are crucial.</w:t>
      </w:r>
      <w:r/>
    </w:p>
    <w:p>
      <w:pPr>
        <w:pStyle w:val="ListBullet"/>
        <w:spacing w:line="240" w:lineRule="auto"/>
        <w:ind w:left="720"/>
      </w:pPr>
      <w:r/>
      <w:r>
        <w:rPr>
          <w:b/>
        </w:rPr>
        <w:t>The stakes are personal:</w:t>
      </w:r>
      <w:r>
        <w:t xml:space="preserve"> For many LGBTQIA+ people, regional Pride offers rare space to meet, talk and feel safe.</w:t>
      </w:r>
      <w:r/>
      <w:r/>
    </w:p>
    <w:p>
      <w:pPr>
        <w:pStyle w:val="Heading2"/>
      </w:pPr>
      <w:r>
        <w:t>When a popular parade still can't continue</w:t>
      </w:r>
      <w:r/>
    </w:p>
    <w:p>
      <w:r/>
      <w:r>
        <w:t>The hardest part of Queernarvon's cancellation is that the event wasn't struggling for interest. More than 300 people attended its first year, and the parade had become a visible, welcoming fixture in Carnarvon, around 900 kilometres north of Perth. The problem was quieter and more familiar: too few people were left to do the work. According to the ABC, most of the organising committee had either stepped down or moved away.</w:t>
      </w:r>
      <w:r/>
    </w:p>
    <w:p>
      <w:r/>
      <w:r>
        <w:t>That pattern is appearing elsewhere. PerthNow reported that Fremantle's Pride festival won't return in 2026 because of limited resources and funding, while ITV has covered similar cancellations in Exeter and Liverpool linked to volunteer shortages, rising costs or both. A cheerful public event can look effortless from the street, but behind it are months of permits, insurance, fundraising, accessibility planning and risk management.</w:t>
      </w:r>
      <w:r/>
    </w:p>
    <w:p>
      <w:pPr>
        <w:pStyle w:val="Heading2"/>
      </w:pPr>
      <w:r>
        <w:t>Why regional Pride matters</w:t>
      </w:r>
      <w:r/>
    </w:p>
    <w:p>
      <w:r/>
      <w:r>
        <w:t>For LGBTQIA+ residents outside major cities, a local festival can be much more than a colourful afternoon. It may be one of the few chances to meet people with similar experiences, find support services or simply spend time somewhere that doesn't require explaining who you are.</w:t>
      </w:r>
      <w:r/>
    </w:p>
    <w:p>
      <w:r/>
      <w:r>
        <w:t>Carmen Reilly, chair of Queernarvon, told the ABC that direct contact matters at a time when social media and AI-generated material can shape attitudes without much connection to real people. Her point is disarmingly simple: conversations over a fence, in a school or at a community event can do what online arguments rarely manage.</w:t>
      </w:r>
      <w:r/>
    </w:p>
    <w:p>
      <w:r/>
      <w:r>
        <w:t>That need is especially clear in the experience of Johnathan Trace, a trans man working in Carnarvon. The ABC reported that he had left the United States partly because he felt unsafe amid the rise of far-right politics, yet still encountered hostility in Australia. Without a regular local gathering, finding a place for honest conversations about identity and discrimination becomes harder.</w:t>
      </w:r>
      <w:r/>
    </w:p>
    <w:p>
      <w:pPr>
        <w:pStyle w:val="Heading2"/>
      </w:pPr>
      <w:r>
        <w:t>The volunteer problem is bigger than Western Australia</w:t>
      </w:r>
      <w:r/>
    </w:p>
    <w:p>
      <w:r/>
      <w:r>
        <w:t>This isn't just a regional WA story. Pride events in several countries have been cancelled or disrupted when volunteer teams became overstretched, funds fell short or organisers couldn't secure the necessary approvals. ITV reported that Exeter Pride was called off amid a volunteer shortage and rising costs, while Liverpool Pride organisers described their cancellation as devastating. In the United States, the Los Angeles Times reported that Long Beach cancelled its festival over a permit issue, and CityNews covered Montreal's parade cancellation after serious organisational problems.</w:t>
      </w:r>
      <w:r/>
    </w:p>
    <w:p>
      <w:r/>
      <w:r>
        <w:t>The details vary, but the lesson is similar. Community enthusiasm doesn't automatically translate into an operational team. Often, a small number of committed people carry the bulk of the workload until exhaustion, employment changes or relocation leaves the group without a safety net.</w:t>
      </w:r>
      <w:r/>
    </w:p>
    <w:p>
      <w:r/>
      <w:r>
        <w:t>For organisers, that makes succession planning as important as publicity. A smaller programme with a dependable rota may be more sustainable than a large annual event that depends on the same few people doing everything.</w:t>
      </w:r>
      <w:r/>
    </w:p>
    <w:p>
      <w:pPr>
        <w:pStyle w:val="Heading2"/>
      </w:pPr>
      <w:r>
        <w:t>Pilbara shows what steady support can unlock</w:t>
      </w:r>
      <w:r/>
    </w:p>
    <w:p>
      <w:r/>
      <w:r>
        <w:t>There is a more hopeful model in the Pilbara, where a modest games night has grown into a regional festival spanning Port Hedland, Karratha and Onslow. Pilbara Pride now expects around 1,500 people across its events, according to the ABC, with organisers crediting volunteers, local government and support from the resources sector.</w:t>
      </w:r>
      <w:r/>
    </w:p>
    <w:p>
      <w:r/>
      <w:r>
        <w:t>Gloria Jacob of Port Hedland Lesbian, Allies, Gays Society said high school students had asked for a workshop, and a school agreed to host it. That kind of invitation suggests Pride is becoming part of everyday community life rather than remaining a once-a-year spectacle.</w:t>
      </w:r>
      <w:r/>
    </w:p>
    <w:p>
      <w:r/>
      <w:r>
        <w:t>The journey hasn't been perfectly smooth. Jacob told the ABC that a church initially opposed the events but later marched in the parade. It's a useful reminder that attitudes can shift through repeated contact, patience and visibility. Progress may arrive less like a grand announcement and more like an unexpected group joining the procession.</w:t>
      </w:r>
      <w:r/>
    </w:p>
    <w:p>
      <w:pPr>
        <w:pStyle w:val="Heading2"/>
      </w:pPr>
      <w:r>
        <w:t>How communities can keep Pride events going</w:t>
      </w:r>
      <w:r/>
    </w:p>
    <w:p>
      <w:r/>
      <w:r>
        <w:t>The practical answer is not simply to tell volunteers to work harder. Organisers need shared responsibility, clear roles and realistic event plans. Councils, schools, employers, health services and local businesses can help with venues, funding, promotion, staff time and practical expertise.</w:t>
      </w:r>
      <w:r/>
    </w:p>
    <w:p>
      <w:r/>
      <w:r>
        <w:t>Support also needs to extend beyond the parade itself. Workshops, wellbeing sessions, social gatherings and youth activities can keep connections alive when an annual festival isn't possible. Busselton's decision to focus on education and wellbeing shows that cancelling a parade doesn't have to mean abandoning the community.</w:t>
      </w:r>
      <w:r/>
    </w:p>
    <w:p>
      <w:r/>
      <w:r>
        <w:t>Most importantly, local groups need room to grow new leaders before existing organisers burn out. As the ABC reported, Pilbara organisers worry that without visible welcome and support, LGBTQIA+ people will leave for larger cities. A Pride event is therefore not only a celebration. In some places, it's a signal that people can stay, belong and be themselves.</w:t>
      </w:r>
      <w:r/>
    </w:p>
    <w:p>
      <w:r/>
      <w:r>
        <w:t>Regional Pride will survive where communities treat it as shared infrastructure, not a favour performed by a handful of exhausted volunteers.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Paragraph 13: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https://www.abc.net.au/news/2026-09-15/carnarvon-pride-events-among-those-cancelled-in-regional-wa/107135690</w:t>
        </w:r>
      </w:hyperlink>
      <w:r>
        <w:t xml:space="preserve"> - Please view link - unable to able to access data</w:t>
      </w:r>
      <w:r/>
    </w:p>
    <w:p>
      <w:pPr>
        <w:pStyle w:val="ListNumber"/>
        <w:spacing w:line="240" w:lineRule="auto"/>
        <w:ind w:left="720"/>
      </w:pPr>
      <w:r/>
      <w:hyperlink r:id="rId9">
        <w:r>
          <w:rPr>
            <w:color w:val="0000EE"/>
            <w:u w:val="single"/>
          </w:rPr>
          <w:t>https://www.abc.net.au/news/2026-09-15/carnarvon-pride-events-among-those-cancelled-in-regional-wa/107135690</w:t>
        </w:r>
      </w:hyperlink>
      <w:r>
        <w:t xml:space="preserve"> - Organisers of queer festivals in regional Western Australia are facing challenges due to a lack of volunteers, leading to the cancellation of events like Carnarvon's Pride parade. The Queernarvon committee has experienced significant turnover, with most members stepping down or moving away, resulting in insufficient volunteers to coordinate the event. Despite strong community support, the 2026 parade was called off after three successful years. In contrast, the Pilbara region's Pride festival has thrived, attracting about 1,500 attendees, thanks to dedicated volunteers and community support.</w:t>
      </w:r>
      <w:r/>
    </w:p>
    <w:p>
      <w:pPr>
        <w:pStyle w:val="ListNumber"/>
        <w:spacing w:line="240" w:lineRule="auto"/>
        <w:ind w:left="720"/>
      </w:pPr>
      <w:r/>
      <w:hyperlink r:id="rId10">
        <w:r>
          <w:rPr>
            <w:color w:val="0000EE"/>
            <w:u w:val="single"/>
          </w:rPr>
          <w:t>https://www.perthnow.com.au/wa/perth/south/fremantle/popular-freo-pride-fest-will-not-return-in-2026-due-to-lack-of-resources-and-funding-c-22703441</w:t>
        </w:r>
      </w:hyperlink>
      <w:r>
        <w:t xml:space="preserve"> - The Freo Pride Fest, a popular event in Fremantle, Western Australia, will not return in 2026 due to a lack of resources and funding. The City of Fremantle confirmed the cancellation, stating that the discontinuation of funding support from the Department of Communities, which had previously enabled the event, led to the decision. The organisers expressed regret over the outcome, highlighting the festival's warm reception by the community, local businesses, and visitors over the past two years.</w:t>
      </w:r>
      <w:r/>
    </w:p>
    <w:p>
      <w:pPr>
        <w:pStyle w:val="ListNumber"/>
        <w:spacing w:line="240" w:lineRule="auto"/>
        <w:ind w:left="720"/>
      </w:pPr>
      <w:r/>
      <w:hyperlink r:id="rId11">
        <w:r>
          <w:rPr>
            <w:color w:val="0000EE"/>
            <w:u w:val="single"/>
          </w:rPr>
          <w:t>https://www.itv.com/news/westcountry/2023-03-26/exeter-pride-cancelled-due-to-shortage-of-volunteers-and-rising-costs</w:t>
        </w:r>
      </w:hyperlink>
      <w:r>
        <w:t xml:space="preserve"> - Exeter Pride 2023 has been cancelled due to a shortage of volunteers and rising costs. Organisers announced the decision, stating they were unable to fill vital coordinator roles necessary to organise the event and lacked enough stewards for the march and festival. Despite repeated advertisements for vacancies, the event could not be run safely. The organisers also cited increased running costs and difficulties in securing grants and sponsorships as contributing factors.</w:t>
      </w:r>
      <w:r/>
    </w:p>
    <w:p>
      <w:pPr>
        <w:pStyle w:val="ListNumber"/>
        <w:spacing w:line="240" w:lineRule="auto"/>
        <w:ind w:left="720"/>
      </w:pPr>
      <w:r/>
      <w:hyperlink r:id="rId12">
        <w:r>
          <w:rPr>
            <w:color w:val="0000EE"/>
            <w:u w:val="single"/>
          </w:rPr>
          <w:t>https://www.itv.com/news/granada/2025-06-05/devastated-organisers-cancel-liverpool-pride-2025</w:t>
        </w:r>
      </w:hyperlink>
      <w:r>
        <w:t xml:space="preserve"> - Liverpool Pride 2025 has been cancelled following funding and planning struggles. The LCR Pride Foundation, the charity behind the annual March with Pride, stated it had become impossible to deliver the event due to rising costs and a struggle to secure both local and national funding. The decision was also influenced by reverting to a mainly volunteer-led model and tight planning timescales. The organisers expressed devastation over the cancellation but emphasised the importance of securing the future of Pride in Liverpool.</w:t>
      </w:r>
      <w:r/>
    </w:p>
    <w:p>
      <w:pPr>
        <w:pStyle w:val="ListNumber"/>
        <w:spacing w:line="240" w:lineRule="auto"/>
        <w:ind w:left="720"/>
      </w:pPr>
      <w:r/>
      <w:hyperlink r:id="rId13">
        <w:r>
          <w:rPr>
            <w:color w:val="0000EE"/>
            <w:u w:val="single"/>
          </w:rPr>
          <w:t>https://www.latimes.com/california/story/2026-05-15/long-beach-cancels-pride-festival-citing-lack-of-permit</w:t>
        </w:r>
      </w:hyperlink>
      <w:r>
        <w:t xml:space="preserve"> - The Long Beach Pride Festival was cancelled the day before it was set to begin, with the city citing the organiser's failure to provide required safety information in time. The city announced it could not issue the permit and directed the event organisers to not continue their event. The annual Pride Parade, however, was still set to take place as planned. The president of Long Beach Pride expressed deep disappointment over the city's decision, highlighting the event's significance to the community.</w:t>
      </w:r>
      <w:r/>
    </w:p>
    <w:p>
      <w:pPr>
        <w:pStyle w:val="ListNumber"/>
        <w:spacing w:line="240" w:lineRule="auto"/>
        <w:ind w:left="720"/>
      </w:pPr>
      <w:r/>
      <w:hyperlink r:id="rId14">
        <w:r>
          <w:rPr>
            <w:color w:val="0000EE"/>
            <w:u w:val="single"/>
          </w:rPr>
          <w:t>https://www.montreal.citynews.ca/2022/08/07/montreal-pride-parade-cancelled/</w:t>
        </w:r>
      </w:hyperlink>
      <w:r>
        <w:t xml:space="preserve"> - Montreal Pride Parade was abruptly cancelled due to a lack of volunteers, leading to disappointment among attendees who had travelled long distances to participate. The organisers cited security concerns stemming from the absence of more than 80 volunteers, representing over a third of the required personnel. Despite the cancellation, some Montrealers marched in an improvised parade, and other activities were still set to take place at the Olympic Park. The organisers expressed regret over the situation and the impact on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09-15/carnarvon-pride-events-among-those-cancelled-in-regional-wa/107135690" TargetMode="External"/><Relationship Id="rId10" Type="http://schemas.openxmlformats.org/officeDocument/2006/relationships/hyperlink" Target="https://www.perthnow.com.au/wa/perth/south/fremantle/popular-freo-pride-fest-will-not-return-in-2026-due-to-lack-of-resources-and-funding-c-22703441" TargetMode="External"/><Relationship Id="rId11" Type="http://schemas.openxmlformats.org/officeDocument/2006/relationships/hyperlink" Target="https://www.itv.com/news/westcountry/2023-03-26/exeter-pride-cancelled-due-to-shortage-of-volunteers-and-rising-costs" TargetMode="External"/><Relationship Id="rId12" Type="http://schemas.openxmlformats.org/officeDocument/2006/relationships/hyperlink" Target="https://www.itv.com/news/granada/2025-06-05/devastated-organisers-cancel-liverpool-pride-2025" TargetMode="External"/><Relationship Id="rId13" Type="http://schemas.openxmlformats.org/officeDocument/2006/relationships/hyperlink" Target="https://www.latimes.com/california/story/2026-05-15/long-beach-cancels-pride-festival-citing-lack-of-permit" TargetMode="External"/><Relationship Id="rId14" Type="http://schemas.openxmlformats.org/officeDocument/2006/relationships/hyperlink" Target="https://www.montreal.citynews.ca/2022/08/07/montreal-pride-parade-cancell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