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Pete Buttigieg says America is ready for a gay president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Pete Buttigieg has said he believes the United States is ready to elect a gay president, reviving questions about his own political future and the shape of a possible 2028 campaign. His comments, made during an interview with Meet the Press, arrive after months of speculation about whether the former transportation secretary might seek the White House.</w:t>
      </w:r>
      <w:r/>
    </w:p>
    <w:p>
      <w:pPr>
        <w:pStyle w:val="Heading2"/>
      </w:pPr>
      <w:r>
        <w:t>Essential Takeaways</w:t>
      </w:r>
      <w:r/>
      <w:r/>
    </w:p>
    <w:p>
      <w:pPr>
        <w:pStyle w:val="ListBullet"/>
        <w:spacing w:line="240" w:lineRule="auto"/>
        <w:ind w:left="720"/>
      </w:pPr>
      <w:r/>
      <w:r>
        <w:rPr>
          <w:b/>
        </w:rPr>
        <w:t>A clear belief:</w:t>
      </w:r>
      <w:r>
        <w:t xml:space="preserve"> Buttigieg said America is ready for a gay president.</w:t>
      </w:r>
      <w:r/>
    </w:p>
    <w:p>
      <w:pPr>
        <w:pStyle w:val="ListBullet"/>
        <w:spacing w:line="240" w:lineRule="auto"/>
        <w:ind w:left="720"/>
      </w:pPr>
      <w:r/>
      <w:r>
        <w:rPr>
          <w:b/>
        </w:rPr>
        <w:t>Fresh 2028 interest:</w:t>
      </w:r>
      <w:r>
        <w:t xml:space="preserve"> His latest comments add to months of speculation about a possible campaign.</w:t>
      </w:r>
      <w:r/>
    </w:p>
    <w:p>
      <w:pPr>
        <w:pStyle w:val="ListBullet"/>
        <w:spacing w:line="240" w:lineRule="auto"/>
        <w:ind w:left="720"/>
      </w:pPr>
      <w:r/>
      <w:r>
        <w:rPr>
          <w:b/>
        </w:rPr>
        <w:t>A historic question:</w:t>
      </w:r>
      <w:r>
        <w:t xml:space="preserve"> Buttigieg would be the first openly gay US president if elected.</w:t>
      </w:r>
      <w:r/>
    </w:p>
    <w:p>
      <w:pPr>
        <w:pStyle w:val="ListBullet"/>
        <w:spacing w:line="240" w:lineRule="auto"/>
        <w:ind w:left="720"/>
      </w:pPr>
      <w:r/>
      <w:r>
        <w:rPr>
          <w:b/>
        </w:rPr>
        <w:t>No formal announcement:</w:t>
      </w:r>
      <w:r>
        <w:t xml:space="preserve"> The remarks signal confidence, not a confirmed presidential bid.</w:t>
      </w:r>
      <w:r/>
    </w:p>
    <w:p>
      <w:pPr>
        <w:pStyle w:val="ListBullet"/>
        <w:spacing w:line="240" w:lineRule="auto"/>
        <w:ind w:left="720"/>
      </w:pPr>
      <w:r/>
      <w:r>
        <w:rPr>
          <w:b/>
        </w:rPr>
        <w:t>A changing electorate:</w:t>
      </w:r>
      <w:r>
        <w:t xml:space="preserve"> The discussion reflects wider debates about representation and electability.</w:t>
      </w:r>
      <w:r/>
      <w:r/>
    </w:p>
    <w:p>
      <w:pPr>
        <w:pStyle w:val="Heading2"/>
      </w:pPr>
      <w:r>
        <w:t>Buttigieg says the moment has arrived</w:t>
      </w:r>
      <w:r/>
    </w:p>
    <w:p>
      <w:r/>
      <w:r>
        <w:t>Pete Buttigieg has offered one of his clearest statements yet on LGBTQ+ representation at the highest level of US politics. Speaking to Meet the Press, the former transportation secretary said he believes the country is ready to elect a gay president.</w:t>
      </w:r>
      <w:r/>
    </w:p>
    <w:p>
      <w:r/>
      <w:r>
        <w:t>It was a strikingly direct answer, especially from a politician who has often kept his future deliberately open. According to LGBTQ Nation, Buttigieg's comments have renewed attention around his possible 2028 ambitions.</w:t>
      </w:r>
      <w:r/>
    </w:p>
    <w:p>
      <w:r/>
      <w:r>
        <w:t>For many LGBTQ+ voters, the significance is bigger than one candidate. A gay president would represent a major shift in American political history, even as the conversation around identity remains complicated and highly partisan.</w:t>
      </w:r>
      <w:r/>
    </w:p>
    <w:p>
      <w:pPr>
        <w:pStyle w:val="Heading2"/>
      </w:pPr>
      <w:r>
        <w:t>Is this another hint about 2028?</w:t>
      </w:r>
      <w:r/>
    </w:p>
    <w:p>
      <w:r/>
      <w:r>
        <w:t>Buttigieg hasn't formally declared a run, but his latest remarks fit a pattern that has kept political observers watching. LGBTQ Nation has previously reported several occasions when he declined to rule out a presidential bid or appeared to leave the door open.</w:t>
      </w:r>
      <w:r/>
    </w:p>
    <w:p>
      <w:r/>
      <w:r>
        <w:t>That ambiguity is politically useful. It lets Buttigieg discuss national leadership without committing to the exhausting machinery of a campaign, while supporters can read his appearances as signs that he's preparing for a possible return.</w:t>
      </w:r>
      <w:r/>
    </w:p>
    <w:p>
      <w:r/>
      <w:r>
        <w:t>The former mayor of South Bend, Indiana, also brings a familiar mix of experience: a presidential campaign, cabinet service and a prominent national profile. As Out and The Advocate have noted, his earlier White House bid already made him a landmark figure in LGBTQ+ politics.</w:t>
      </w:r>
      <w:r/>
    </w:p>
    <w:p>
      <w:pPr>
        <w:pStyle w:val="Heading2"/>
      </w:pPr>
      <w:r>
        <w:t>Representation matters, but electability still drives the debate</w:t>
      </w:r>
      <w:r/>
    </w:p>
    <w:p>
      <w:r/>
      <w:r>
        <w:t>The question isn't simply whether a gay candidate can win. It's whether voters, parties and donors are willing to judge that candidate by the same standards applied to everyone else. That makes Buttigieg's comment both hopeful and politically sharp.</w:t>
      </w:r>
      <w:r/>
    </w:p>
    <w:p>
      <w:r/>
      <w:r>
        <w:t>His 2020 campaign demonstrated that an openly gay candidate could build serious support, attract national attention and compete in the Democratic primary. It also showed how quickly conversations about identity can collide with questions about experience, geography, coalition-building and voter trust.</w:t>
      </w:r>
      <w:r/>
    </w:p>
    <w:p>
      <w:r/>
      <w:r>
        <w:t>There is a human element here, too. For younger LGBTQ+ Americans, the idea of a gay president may feel imaginable in a way it didn't a generation ago. That doesn't make victory inevitable, but it does mark a quieter change in the country's political imagination.</w:t>
      </w:r>
      <w:r/>
    </w:p>
    <w:p>
      <w:pPr>
        <w:pStyle w:val="Heading2"/>
      </w:pPr>
      <w:r>
        <w:t>What a potential Buttigieg campaign would need</w:t>
      </w:r>
      <w:r/>
    </w:p>
    <w:p>
      <w:r/>
      <w:r>
        <w:t>If Buttigieg does run, his campaign would need to explain more than his historic appeal. Voters would likely want a detailed account of his economic priorities, foreign policy, healthcare plans and approach to a deeply polarised Washington.</w:t>
      </w:r>
      <w:r/>
    </w:p>
    <w:p>
      <w:r/>
      <w:r>
        <w:t>His record as transportation secretary would also come under close examination. Supporters could point to national visibility and executive experience, while critics would revisit the department's handling of major infrastructure and transport challenges.</w:t>
      </w:r>
      <w:r/>
    </w:p>
    <w:p>
      <w:r/>
      <w:r>
        <w:t>The practical lesson for political watchers is simple: a headline-making answer isn't the same as a campaign launch. Until Buttigieg forms an exploratory operation, raises money or announces formally, the 2028 talk remains speculation rather than settled fact.</w:t>
      </w:r>
      <w:r/>
    </w:p>
    <w:p>
      <w:pPr>
        <w:pStyle w:val="Heading2"/>
      </w:pPr>
      <w:r>
        <w:t>A meaningful signal, even without a declaration</w:t>
      </w:r>
      <w:r/>
    </w:p>
    <w:p>
      <w:r/>
      <w:r>
        <w:t>Still, the timing matters. Buttigieg's comments arrive during a period when Democratic voters are weighing fresh leadership, generational change and the importance of representation. His willingness to speak plainly may help shape that conversation, whether or not his name eventually appears on a ballot.</w:t>
      </w:r>
      <w:r/>
    </w:p>
    <w:p>
      <w:r/>
      <w:r>
        <w:t>The next phase will be less about whether America is ready in principle and more about what voters want from a candidate in practice. For now, Buttigieg has supplied a confident answer to the first question, while leaving the second wide open.</w:t>
      </w:r>
      <w:r/>
    </w:p>
    <w:p>
      <w:r/>
      <w:r>
        <w:t>It's a small sentence with potentially enormous political consequences.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https://therandyreport.com/pete-buttigieg-says-us-is-ready-more-news/?utm_source=rss&amp;utm_medium=rss&amp;utm_campaign=pete-buttigieg-says-us-is-ready-more-news</w:t>
        </w:r>
      </w:hyperlink>
      <w:r>
        <w:t xml:space="preserve"> - Please view link - unable to able to access data</w:t>
      </w:r>
      <w:r/>
    </w:p>
    <w:p>
      <w:pPr>
        <w:pStyle w:val="ListNumber"/>
        <w:spacing w:line="240" w:lineRule="auto"/>
        <w:ind w:left="720"/>
      </w:pPr>
      <w:r/>
      <w:hyperlink r:id="rId10">
        <w:r>
          <w:rPr>
            <w:color w:val="0000EE"/>
            <w:u w:val="single"/>
          </w:rPr>
          <w:t>https://www.out.com/politics/pete-buttigieg-gay-president</w:t>
        </w:r>
      </w:hyperlink>
      <w:r>
        <w:t xml:space="preserve"> - In a recent interview with 'Meet the Press', former U.S. Transportation Secretary Pete Buttigieg expressed his belief that America is ready for a gay president. He stated, 'I wouldn't have run for president in the first place if I didn't believe that.' Buttigieg, who became the first gay candidate to win a major party caucus in Iowa during the 2020 election, emphasised his confidence in the nation's readiness for such a milestone.</w:t>
      </w:r>
      <w:r/>
    </w:p>
    <w:p>
      <w:pPr>
        <w:pStyle w:val="ListNumber"/>
        <w:spacing w:line="240" w:lineRule="auto"/>
        <w:ind w:left="720"/>
      </w:pPr>
      <w:r/>
      <w:hyperlink r:id="rId11">
        <w:r>
          <w:rPr>
            <w:color w:val="0000EE"/>
            <w:u w:val="single"/>
          </w:rPr>
          <w:t>https://www.advocate.com/politics/election/pete-buttigieg-gay-president</w:t>
        </w:r>
      </w:hyperlink>
      <w:r>
        <w:t xml:space="preserve"> - Former U.S. Transportation Secretary Pete Buttigieg conveyed his conviction that America is prepared for a gay president during an interview with 'Meet the Press'. He remarked, 'I wouldn't have run for president in the first place if I didn't believe that.' Buttigieg's 2020 presidential campaign saw him become the first gay candidate to win a major party caucus in Iowa, underscoring his belief in the country's readiness for this historic step.</w:t>
      </w:r>
      <w:r/>
    </w:p>
    <w:p>
      <w:pPr>
        <w:pStyle w:val="ListNumber"/>
        <w:spacing w:line="240" w:lineRule="auto"/>
        <w:ind w:left="720"/>
      </w:pPr>
      <w:r/>
      <w:hyperlink r:id="rId12">
        <w:r>
          <w:rPr>
            <w:color w:val="0000EE"/>
            <w:u w:val="single"/>
          </w:rPr>
          <w:t>https://www.lgbtqnation.com/2026/04/pete-buttigieg-pretty-much-said-that-hes-running-for-president-in-2028/</w:t>
        </w:r>
      </w:hyperlink>
      <w:r>
        <w:t xml:space="preserve"> - In April 2026, Pete Buttigieg hinted at a potential 2028 presidential run during a conversation with Reverend Al Sharpton. When asked about his future political plans, Buttigieg responded, 'You save me a seat. I'll be there.' This exchange at the National Action Network’s 35th annual convention sparked speculation about his intentions for the upcoming election cycle.</w:t>
      </w:r>
      <w:r/>
    </w:p>
    <w:p>
      <w:pPr>
        <w:pStyle w:val="ListNumber"/>
        <w:spacing w:line="240" w:lineRule="auto"/>
        <w:ind w:left="720"/>
      </w:pPr>
      <w:r/>
      <w:hyperlink r:id="rId13">
        <w:r>
          <w:rPr>
            <w:color w:val="0000EE"/>
            <w:u w:val="single"/>
          </w:rPr>
          <w:t>https://www.lgbtqnation.com/2026/08/pete-buttigieg-gives-his-clear-hint-yet-about-whether-hell-run-for-president-in-2028/</w:t>
        </w:r>
      </w:hyperlink>
      <w:r>
        <w:t xml:space="preserve"> - In August 2026, Pete Buttigieg provided a clearer indication of his potential 2028 presidential bid. In an interview with British business podcaster Steven Bartlett, Buttigieg stated he is 'more inclined than not' to run for president again in 2028, though he acknowledged uncertainties about future events that could influence his decision.</w:t>
      </w:r>
      <w:r/>
    </w:p>
    <w:p>
      <w:pPr>
        <w:pStyle w:val="ListNumber"/>
        <w:spacing w:line="240" w:lineRule="auto"/>
        <w:ind w:left="720"/>
      </w:pPr>
      <w:r/>
      <w:hyperlink r:id="rId14">
        <w:r>
          <w:rPr>
            <w:color w:val="0000EE"/>
            <w:u w:val="single"/>
          </w:rPr>
          <w:t>https://www.lgbtqnation.com/2026/07/nope-pete-buttigieg-refuses-to-rule-out-2028-presidential-bid/</w:t>
        </w:r>
      </w:hyperlink>
      <w:r>
        <w:t xml:space="preserve"> - In July 2026, Pete Buttigieg declined to rule out a 2028 presidential bid. While campaigning for Democratic candidates in Iowa, Buttigieg was asked about his future political plans and responded with a firm 'Nope!', indicating he is not dismissing the possibility of running for president in the upcoming election cycle.</w:t>
      </w:r>
      <w:r/>
    </w:p>
    <w:p>
      <w:pPr>
        <w:pStyle w:val="ListNumber"/>
        <w:spacing w:line="240" w:lineRule="auto"/>
        <w:ind w:left="720"/>
      </w:pPr>
      <w:r/>
      <w:hyperlink r:id="rId15">
        <w:r>
          <w:rPr>
            <w:color w:val="0000EE"/>
            <w:u w:val="single"/>
          </w:rPr>
          <w:t>https://www.lgbtqnation.com/2026/06/pete-buttigieg-drops-yet-another-hint-suggesting-his-2028-presidential-run/</w:t>
        </w:r>
      </w:hyperlink>
      <w:r>
        <w:t xml:space="preserve"> - In June 2026, Pete Buttigieg's scheduled keynote speech at the Iowa Democratic Party’s Liberty &amp; Justice dinner further fuelled speculation about his 2028 presidential ambitions. The event, set for July 12, is a significant gathering that often features prominent political figures, suggesting Buttigieg's potential interest in the upcoming election cycle.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randyreport.com/pete-buttigieg-says-us-is-ready-more-news/?utm_source=rss&amp;utm_medium=rss&amp;utm_campaign=pete-buttigieg-says-us-is-ready-more-news" TargetMode="External"/><Relationship Id="rId10" Type="http://schemas.openxmlformats.org/officeDocument/2006/relationships/hyperlink" Target="https://www.out.com/politics/pete-buttigieg-gay-president" TargetMode="External"/><Relationship Id="rId11" Type="http://schemas.openxmlformats.org/officeDocument/2006/relationships/hyperlink" Target="https://www.advocate.com/politics/election/pete-buttigieg-gay-president" TargetMode="External"/><Relationship Id="rId12" Type="http://schemas.openxmlformats.org/officeDocument/2006/relationships/hyperlink" Target="https://www.lgbtqnation.com/2026/04/pete-buttigieg-pretty-much-said-that-hes-running-for-president-in-2028/" TargetMode="External"/><Relationship Id="rId13" Type="http://schemas.openxmlformats.org/officeDocument/2006/relationships/hyperlink" Target="https://www.lgbtqnation.com/2026/08/pete-buttigieg-gives-his-clear-hint-yet-about-whether-hell-run-for-president-in-2028/" TargetMode="External"/><Relationship Id="rId14" Type="http://schemas.openxmlformats.org/officeDocument/2006/relationships/hyperlink" Target="https://www.lgbtqnation.com/2026/07/nope-pete-buttigieg-refuses-to-rule-out-2028-presidential-bid/" TargetMode="External"/><Relationship Id="rId15" Type="http://schemas.openxmlformats.org/officeDocument/2006/relationships/hyperlink" Target="https://www.lgbtqnation.com/2026/06/pete-buttigieg-drops-yet-another-hint-suggesting-his-2028-presidential-ru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