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Palm Springs Pride Parade Grand Marshals Announced for 40th Anniversary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Palm Springs is preparing for a milestone celebration as Fortune Feimster and Cheyenne Jackson lead the 40th annual Pride Parade on 8 November. Their selection reflects entertainment, activism and community spirit, while longstanding local figures will also be honoured during a colourful day built around LGBTQIA+ history, visibility and progress.</w:t>
      </w:r>
      <w:r/>
    </w:p>
    <w:p>
      <w:pPr>
        <w:pStyle w:val="Heading2"/>
      </w:pPr>
      <w:r>
        <w:t>Essential Takeaways</w:t>
      </w:r>
      <w:r/>
      <w:r/>
    </w:p>
    <w:p>
      <w:pPr>
        <w:pStyle w:val="ListBullet"/>
        <w:spacing w:line="240" w:lineRule="auto"/>
        <w:ind w:left="720"/>
      </w:pPr>
      <w:r/>
      <w:r>
        <w:rPr>
          <w:b/>
        </w:rPr>
        <w:t>Parade date:</w:t>
      </w:r>
      <w:r>
        <w:t xml:space="preserve"> The 40th annual Palm Springs Pride Parade begins at 10am on 8 November.</w:t>
      </w:r>
      <w:r/>
    </w:p>
    <w:p>
      <w:pPr>
        <w:pStyle w:val="ListBullet"/>
        <w:spacing w:line="240" w:lineRule="auto"/>
        <w:ind w:left="720"/>
      </w:pPr>
      <w:r/>
      <w:r>
        <w:rPr>
          <w:b/>
        </w:rPr>
        <w:t>National grand marshal:</w:t>
      </w:r>
      <w:r>
        <w:t xml:space="preserve"> Comedian and actress Fortune Feimster will take the national honour.</w:t>
      </w:r>
      <w:r/>
    </w:p>
    <w:p>
      <w:pPr>
        <w:pStyle w:val="ListBullet"/>
        <w:spacing w:line="240" w:lineRule="auto"/>
        <w:ind w:left="720"/>
      </w:pPr>
      <w:r/>
      <w:r>
        <w:rPr>
          <w:b/>
        </w:rPr>
        <w:t>Celebrity grand marshal:</w:t>
      </w:r>
      <w:r>
        <w:t xml:space="preserve"> Actor, singer and songwriter Cheyenne Jackson will join her.</w:t>
      </w:r>
      <w:r/>
    </w:p>
    <w:p>
      <w:pPr>
        <w:pStyle w:val="ListBullet"/>
        <w:spacing w:line="240" w:lineRule="auto"/>
        <w:ind w:left="720"/>
      </w:pPr>
      <w:r/>
      <w:r>
        <w:rPr>
          <w:b/>
        </w:rPr>
        <w:t>Lifetime recognition:</w:t>
      </w:r>
      <w:r>
        <w:t xml:space="preserve"> Dottie DuBois has been named Pride Royalty for Life.</w:t>
      </w:r>
      <w:r/>
    </w:p>
    <w:p>
      <w:pPr>
        <w:pStyle w:val="ListBullet"/>
        <w:spacing w:line="240" w:lineRule="auto"/>
        <w:ind w:left="720"/>
      </w:pPr>
      <w:r/>
      <w:r>
        <w:rPr>
          <w:b/>
        </w:rPr>
        <w:t>Community award:</w:t>
      </w:r>
      <w:r>
        <w:t xml:space="preserve"> Gary Moline will be recognised for more than 25 years of advocacy and service.</w:t>
      </w:r>
      <w:r/>
      <w:r/>
    </w:p>
    <w:p>
      <w:pPr>
        <w:pStyle w:val="Heading2"/>
      </w:pPr>
      <w:r>
        <w:t>Palm Springs Pride marks four decades in the spotlight</w:t>
      </w:r>
      <w:r/>
    </w:p>
    <w:p>
      <w:r/>
      <w:r>
        <w:t>Palm Canyon Drive will become the centre of Palm Springs Pride on 8 November, when the anniversary parade gets under way at 10am. According to KESQ, organisers are framing the event as both a celebration and a look back at four decades of LGBTQIA+ community life in the Coachella Valley.</w:t>
      </w:r>
      <w:r/>
    </w:p>
    <w:p>
      <w:r/>
      <w:r>
        <w:t xml:space="preserve">That history gives this year's parade extra weight. It isn't simply another lively morning of floats, music and cheering crowds, but a public reminder of how local organising, visibility and mutual support have shaped the region. The atmosphere is likely to be bright, noisy and wonderfully unapologetic. </w:t>
      </w:r>
      <w:r/>
    </w:p>
    <w:p>
      <w:pPr>
        <w:pStyle w:val="Heading2"/>
      </w:pPr>
      <w:r>
        <w:t>Fortune Feimster and Cheyenne Jackson take leading roles</w:t>
      </w:r>
      <w:r/>
    </w:p>
    <w:p>
      <w:r/>
      <w:r>
        <w:t>Fortune Feimster has been chosen as national grand marshal, bringing a familiar comic voice and a strong connection with LGBTQIA+ audiences. She appears in the Netflix comedy The Hawk alongside Will Ferrell, adding a contemporary entertainment link to the anniversary programme, as reported by The Palm Springs Post.</w:t>
      </w:r>
      <w:r/>
    </w:p>
    <w:p>
      <w:r/>
      <w:r>
        <w:t>Cheyenne Jackson will serve as celebrity grand marshal. Her credits span Broadway and television, including Into the Woods, The Morning Show and Glee. The combination gives the parade a pleasing mix of comedy, theatre and pop-culture recognition, without losing sight of the event's community purpose.</w:t>
      </w:r>
      <w:r/>
    </w:p>
    <w:p>
      <w:pPr>
        <w:pStyle w:val="Heading2"/>
      </w:pPr>
      <w:r>
        <w:t>A tribute to Palm Springs' enduring drag legacy</w:t>
      </w:r>
      <w:r/>
    </w:p>
    <w:p>
      <w:r/>
      <w:r>
        <w:t>Dottie DuBois will receive the title Pride Royalty for Life, an honour tied to more than 40 years of Les Dames Du Soleil. The iconic drag duo and philanthropic troupe was founded by DuBois and Maude Chapeau, and has become part of Palm Springs' distinctive cultural fabric.</w:t>
      </w:r>
      <w:r/>
    </w:p>
    <w:p>
      <w:r/>
      <w:r>
        <w:t>The recognition matters because Pride history isn't only made by headline performers. It also lives in the people who keep showing up, raising funds and creating spaces where others feel welcome. As Gay Desert Guide noted, the tribute places local drag and philanthropy firmly within the wider anniversary story.</w:t>
      </w:r>
      <w:r/>
    </w:p>
    <w:p>
      <w:pPr>
        <w:pStyle w:val="Heading2"/>
      </w:pPr>
      <w:r>
        <w:t>Community service remains at the heart of the parade</w:t>
      </w:r>
      <w:r/>
    </w:p>
    <w:p>
      <w:r/>
      <w:r>
        <w:t>Gary Moline will receive the community service award for more than 25 years of leadership and advocacy. His work has included service on the Greater Palm Springs Pride Board, the Desert Business Association and the California State Council of the Rail Passenger Association, according to Patch.</w:t>
      </w:r>
      <w:r/>
    </w:p>
    <w:p>
      <w:r/>
      <w:r>
        <w:t>That range of involvement offers a useful reminder that community building happens well beyond a parade route. It takes board meetings, campaign work, local partnerships and plenty of unglamorous persistence. In other words, the confetti is only the visible part.</w:t>
      </w:r>
      <w:r/>
    </w:p>
    <w:p>
      <w:pPr>
        <w:pStyle w:val="Heading2"/>
      </w:pPr>
      <w:r>
        <w:t>What visitors should know before Pride weekend</w:t>
      </w:r>
      <w:r/>
    </w:p>
    <w:p>
      <w:r/>
      <w:r>
        <w:t>The official Greater Palm Springs Pride parade page confirms that the procession starts on Palm Canyon Drive at 10am. Anyone attending should check the organisation's website for the latest route information, road closures, accessibility guidance and surrounding festival details before travelling.</w:t>
      </w:r>
      <w:r/>
    </w:p>
    <w:p>
      <w:r/>
      <w:r>
        <w:t>Arrive early if you want a comfortable viewing spot, particularly for a landmark anniversary event. Bring water, wear practical shoes and plan a meeting point in advance, because busy celebrations can make mobile signals and familiar landmarks surprisingly unreliable.</w:t>
      </w:r>
      <w:r/>
    </w:p>
    <w:p>
      <w:r/>
      <w:r>
        <w:t>This year's line-up also suggests a broader theme for the weekend: national visibility works best when it's paired with local memory. That balance is what can make a 40th anniversary feel meaningful rather than merely nostalgic.</w:t>
      </w:r>
      <w:r/>
    </w:p>
    <w:p>
      <w:r/>
      <w:r>
        <w:t>Palm Springs Pride's 40th anniversary promises a parade where entertainment meets community history.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2">
        <w:r>
          <w:rPr>
            <w:color w:val="0000EE"/>
            <w:u w:val="single"/>
          </w:rPr>
          <w:t>[4]</w:t>
        </w:r>
      </w:hyperlink>
      <w:r>
        <w:t xml:space="preserve">, </w:t>
      </w:r>
      <w:hyperlink r:id="rId14">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1">
        <w:r>
          <w:rPr>
            <w:color w:val="0000EE"/>
            <w:u w:val="single"/>
          </w:rPr>
          <w:t>[3]</w:t>
        </w:r>
      </w:hyperlink>
      <w:r>
        <w:t xml:space="preserve">, </w:t>
      </w:r>
      <w:hyperlink r:id="rId13">
        <w:r>
          <w:rPr>
            <w:color w:val="0000EE"/>
            <w:u w:val="single"/>
          </w:rPr>
          <w:t>[5]</w:t>
        </w:r>
      </w:hyperlink>
      <w:r>
        <w:t xml:space="preserve">- Paragraph 7: </w:t>
      </w:r>
      <w:hyperlink r:id="rId12">
        <w:r>
          <w:rPr>
            <w:color w:val="0000EE"/>
            <w:u w:val="single"/>
          </w:rPr>
          <w:t>[4]</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https://www.nbcpalmsprings.com/local-and-community/2026/09/15/greater-palm-springs-pride-announces-grand-marshals-for-parade</w:t>
        </w:r>
      </w:hyperlink>
      <w:r>
        <w:t xml:space="preserve"> - Please view link - unable to able to access data</w:t>
      </w:r>
      <w:r/>
    </w:p>
    <w:p>
      <w:pPr>
        <w:pStyle w:val="ListNumber"/>
        <w:spacing w:line="240" w:lineRule="auto"/>
        <w:ind w:left="720"/>
      </w:pPr>
      <w:r/>
      <w:hyperlink r:id="rId10">
        <w:r>
          <w:rPr>
            <w:color w:val="0000EE"/>
            <w:u w:val="single"/>
          </w:rPr>
          <w:t>https://kesq.com/news/2026/09/14/greater-palm-springs-pride-announces-2026-grand-marshals-for-40th-anniversary/</w:t>
        </w:r>
      </w:hyperlink>
      <w:r>
        <w:t xml:space="preserve"> - Greater Palm Springs Pride has announced the honorees for its 40th Anniversary Pride Parade, taking place on Sunday, November 8, 2026, under the theme 'Be Included'. The parade will recognise four individuals whose work and contributions have uplifted the LGBTQIA+ community locally and nationally. Comedian, writer, and actor Fortune Feimster has been named National Grand Marshal. Known for her Netflix stand-up specials and roles in television and film, Feimster will also perform her show 'Fortune Feimster: Takin’ Care of Biscuits (Encore)' at the Plaza Theatre at 8 p.m. on Pride Sunday. Cheyenne Jackson, the GRAMMY- and Emmy-nominated actor, singer, and songwriter, will serve as Celebrity Grand Marshal. Jackson's credits include Broadway, 'American Horror Story', 'Glee', and '30 Rock'. He will perform at the McCallum Theatre at 6 p.m. Longtime Palm Springs entertainer and community figure Marshall Pearcy, known as Dottie DuBois of Dottie DuBois &amp; Maude, will be honoured as Pride Royalty for Life in recognition of decades of service and the legacy of Les Dames Du Soleil. Gary Moline will receive the Community Service Award for more than 25 years of civic and LGBTQIA+ community involvement, including his leadership with the Palm Springs Desert Winds and Greater Palm Springs Pride. The 40th Annual Greater Palm Springs Pride Parade steps off at 10 a.m. on November 8 on Palm Canyon Drive at Tachevah, travelling south through downtown Palm Springs before concluding at the entrance to the Pride Festival. The festival is free and open to the public, with live entertainment, vendors, resource booths, and community programming. The parade and festival are supported by the City of Palm Springs, Arenas Road Merchants, and PS Resorts. (</w:t>
      </w:r>
      <w:hyperlink r:id="rId15">
        <w:r>
          <w:rPr>
            <w:color w:val="0000EE"/>
            <w:u w:val="single"/>
          </w:rPr>
          <w:t>kesq.com</w:t>
        </w:r>
      </w:hyperlink>
      <w:r>
        <w:t>)</w:t>
      </w:r>
      <w:r/>
    </w:p>
    <w:p>
      <w:pPr>
        <w:pStyle w:val="ListNumber"/>
        <w:spacing w:line="240" w:lineRule="auto"/>
        <w:ind w:left="720"/>
      </w:pPr>
      <w:r/>
      <w:hyperlink r:id="rId11">
        <w:r>
          <w:rPr>
            <w:color w:val="0000EE"/>
            <w:u w:val="single"/>
          </w:rPr>
          <w:t>https://www.pspride.org/parade</w:t>
        </w:r>
      </w:hyperlink>
      <w:r>
        <w:t xml:space="preserve"> - The Palm Springs Pride Parade is scheduled for Sunday, November 8, 2026, at 10:00 a.m., starting in the Uptown Design District at Tachevah and Palm Canyon Drive. The parade will travel south through downtown, ending at the entrance to the Pride Festival at Amado. This year marks the 40th anniversary of the parade, celebrating four decades of history, community engagement, and progress. The theme for the anniversary weekend is 'Be Included'. The parade is expected to last two hours, with emcee commentary as parade contingents pass by official reviewing stands. Reviewing stand #1 is located at E Granvia Valmonte and N Palm Canyon Drive, starting at 9:30 a.m. The broadcast reviewing stand is near Eight4Nine Restaurant &amp; Lounge at 849 N. Palm Canyon Drive, hosted by Nicholas Snow. KESQ Television Broadcast location is at Aleja and Palm Canyon Drive. The Deaf Pride reviewing stand is north of Amado Road at N. Palm Canyon Drive and features sign language interpretation. Seating is available for the Deaf community on a first-come, first-served basis. The parade is known for its crystal blue skies and year-round sunshine, with thousands of spectators gathering along palm tree-lined streets to cheer and support local organizations, activists, and themed floats along historic Palm Canyon Drive. The parade is expected to last two hours. (</w:t>
      </w:r>
      <w:hyperlink r:id="rId16">
        <w:r>
          <w:rPr>
            <w:color w:val="0000EE"/>
            <w:u w:val="single"/>
          </w:rPr>
          <w:t>pspride.org</w:t>
        </w:r>
      </w:hyperlink>
      <w:r>
        <w:t>)</w:t>
      </w:r>
      <w:r/>
    </w:p>
    <w:p>
      <w:pPr>
        <w:pStyle w:val="ListNumber"/>
        <w:spacing w:line="240" w:lineRule="auto"/>
        <w:ind w:left="720"/>
      </w:pPr>
      <w:r/>
      <w:hyperlink r:id="rId12">
        <w:r>
          <w:rPr>
            <w:color w:val="0000EE"/>
            <w:u w:val="single"/>
          </w:rPr>
          <w:t>https://patch.com/california/palmsprings-ca/greater-palm-springs-pride-announces-grand-marshals-parade</w:t>
        </w:r>
      </w:hyperlink>
      <w:r>
        <w:t xml:space="preserve"> - Comedian and actress Fortune Feimster and actor, singer, and songwriter Cheyenne Jackson will serve as grand marshals for this year's 40th annual Palm Springs Pride Parade, organisers announced Monday. The parade will be held at 10 a.m. on November 8, starting on Palm Canyon Drive, and will celebrate four decades of history, community engagement, and progress, with the marshals chosen for their commitment to activism and diverse contributions to the LGBTQIA+ community, according to Greater Palm Springs Pride. Feimster, who appears in the Netflix comedy series 'The Hawk' alongside Will Ferrell, will be the national grand marshal. Jackson will be the celebrity grand marshal. She has appeared in numerous Broadway productions, including 'Into the Woods', and television productions such as 'The Morning Show' and 'Glee'. Dottie DuBois has been designated as Pride Royalty for Life, a special honour recognising the more than four decades of Les Dames Du Soleil, the iconic Palm Springs drag duo and philanthropic troupe formed by DuBois and Maude Chapeau. Gary Moline will receive the community service award for his leadership and advocacy for more than 25 years. He served on the Greater Palm Springs Pride Board, the Desert Business Association, and as a California State Council Member of the Rail Passenger Association. More information can be found at pspride.org. (</w:t>
      </w:r>
      <w:hyperlink r:id="rId17">
        <w:r>
          <w:rPr>
            <w:color w:val="0000EE"/>
            <w:u w:val="single"/>
          </w:rPr>
          <w:t>patch.com</w:t>
        </w:r>
      </w:hyperlink>
      <w:r>
        <w:t>)</w:t>
      </w:r>
      <w:r/>
    </w:p>
    <w:p>
      <w:pPr>
        <w:pStyle w:val="ListNumber"/>
        <w:spacing w:line="240" w:lineRule="auto"/>
        <w:ind w:left="720"/>
      </w:pPr>
      <w:r/>
      <w:hyperlink r:id="rId13">
        <w:r>
          <w:rPr>
            <w:color w:val="0000EE"/>
            <w:u w:val="single"/>
          </w:rPr>
          <w:t>https://thepalmspringspost.com/greater-palm-springs-pride-names-grand-marshals-for-40th-anniversary-parade/</w:t>
        </w:r>
      </w:hyperlink>
      <w:r>
        <w:t xml:space="preserve"> - Greater Palm Springs Pride has announced its Grand Marshals for the organisation’s 40th anniversary parade, set for Sunday, November 8, in Downtown Palm Springs. Comedian and actor Fortune Feimster was named National Grand Marshal, while actor and singer Cheyenne Jackson was named Celebrity Grand Marshal. Marshall Pearcy, known locally as Dottie DuBois, was designated Pride Royalty for Life, and Gary Moline received the Community Service Award. (</w:t>
      </w:r>
      <w:hyperlink r:id="rId18">
        <w:r>
          <w:rPr>
            <w:color w:val="0000EE"/>
            <w:u w:val="single"/>
          </w:rPr>
          <w:t>thepalmspringspost.com</w:t>
        </w:r>
      </w:hyperlink>
      <w:r>
        <w:t>)</w:t>
      </w:r>
      <w:r/>
    </w:p>
    <w:p>
      <w:pPr>
        <w:pStyle w:val="ListNumber"/>
        <w:spacing w:line="240" w:lineRule="auto"/>
        <w:ind w:left="720"/>
      </w:pPr>
      <w:r/>
      <w:hyperlink r:id="rId14">
        <w:r>
          <w:rPr>
            <w:color w:val="0000EE"/>
            <w:u w:val="single"/>
          </w:rPr>
          <w:t>https://gaydesertguide.com/greater-palm-springs-pride-reve</w:t>
        </w:r>
      </w:hyperlink>
      <w:r>
        <w:t xml:space="preserve"> - None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bcpalmsprings.com/local-and-community/2026/09/15/greater-palm-springs-pride-announces-grand-marshals-for-parade" TargetMode="External"/><Relationship Id="rId10" Type="http://schemas.openxmlformats.org/officeDocument/2006/relationships/hyperlink" Target="https://kesq.com/news/2026/09/14/greater-palm-springs-pride-announces-2026-grand-marshals-for-40th-anniversary/" TargetMode="External"/><Relationship Id="rId11" Type="http://schemas.openxmlformats.org/officeDocument/2006/relationships/hyperlink" Target="https://www.pspride.org/parade" TargetMode="External"/><Relationship Id="rId12" Type="http://schemas.openxmlformats.org/officeDocument/2006/relationships/hyperlink" Target="https://patch.com/california/palmsprings-ca/greater-palm-springs-pride-announces-grand-marshals-parade" TargetMode="External"/><Relationship Id="rId13" Type="http://schemas.openxmlformats.org/officeDocument/2006/relationships/hyperlink" Target="https://thepalmspringspost.com/greater-palm-springs-pride-names-grand-marshals-for-40th-anniversary-parade/" TargetMode="External"/><Relationship Id="rId14" Type="http://schemas.openxmlformats.org/officeDocument/2006/relationships/hyperlink" Target="https://gaydesertguide.com/greater-palm-springs-pride-reve" TargetMode="External"/><Relationship Id="rId15" Type="http://schemas.openxmlformats.org/officeDocument/2006/relationships/hyperlink" Target="https://kesq.com/news/2026/09/14/greater-palm-springs-pride-announces-2026-grand-marshals-for-40th-anniversary/?utm_source=openai" TargetMode="External"/><Relationship Id="rId16" Type="http://schemas.openxmlformats.org/officeDocument/2006/relationships/hyperlink" Target="https://www.pspride.org/parade?utm_source=openai" TargetMode="External"/><Relationship Id="rId17" Type="http://schemas.openxmlformats.org/officeDocument/2006/relationships/hyperlink" Target="https://patch.com/california/palmsprings-ca/greater-palm-springs-pride-announces-grand-marshals-parade?utm_source=openai" TargetMode="External"/><Relationship Id="rId18" Type="http://schemas.openxmlformats.org/officeDocument/2006/relationships/hyperlink" Target="https://thepalmspringspost.com/greater-palm-springs-pride-names-grand-marshals-for-40th-anniversary-parad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