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Christian podcast puts personal stories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can now hear a new LGBTQ Christian podcast from Baptist News Global, available in audio and video formats. Hosted by Lucas Hall, the series brings faith, identity and lived experience into the same room, offering a more personal response to misunderstandings about LGBTQ people in Christian communities.</w:t>
      </w:r>
      <w:r/>
    </w:p>
    <w:p>
      <w:pPr>
        <w:pStyle w:val="Heading2"/>
      </w:pPr>
      <w:r>
        <w:t>Essential Takeaways</w:t>
      </w:r>
      <w:r/>
      <w:r/>
    </w:p>
    <w:p>
      <w:pPr>
        <w:pStyle w:val="ListBullet"/>
        <w:spacing w:line="240" w:lineRule="auto"/>
        <w:ind w:left="720"/>
      </w:pPr>
      <w:r/>
      <w:r>
        <w:rPr>
          <w:b/>
        </w:rPr>
        <w:t>A new series:</w:t>
      </w:r>
      <w:r>
        <w:t xml:space="preserve"> </w:t>
      </w:r>
      <w:r>
        <w:rPr>
          <w:i/>
        </w:rPr>
        <w:t>This Is My Story</w:t>
      </w:r>
      <w:r>
        <w:t xml:space="preserve"> has launched in both audio and video formats.</w:t>
      </w:r>
      <w:r/>
    </w:p>
    <w:p>
      <w:pPr>
        <w:pStyle w:val="ListBullet"/>
        <w:spacing w:line="240" w:lineRule="auto"/>
        <w:ind w:left="720"/>
      </w:pPr>
      <w:r/>
      <w:r>
        <w:rPr>
          <w:b/>
        </w:rPr>
        <w:t>A personal host:</w:t>
      </w:r>
      <w:r>
        <w:t xml:space="preserve"> Lucas Hall shares his experience as a transgender Christian and interviews other LGBTQ Christians.</w:t>
      </w:r>
      <w:r/>
    </w:p>
    <w:p>
      <w:pPr>
        <w:pStyle w:val="ListBullet"/>
        <w:spacing w:line="240" w:lineRule="auto"/>
        <w:ind w:left="720"/>
      </w:pPr>
      <w:r/>
      <w:r>
        <w:rPr>
          <w:b/>
        </w:rPr>
        <w:t>A steady release schedule:</w:t>
      </w:r>
      <w:r>
        <w:t xml:space="preserve"> Two further episodes are planned this month, followed by episodes roughly every fortnight.</w:t>
      </w:r>
      <w:r/>
    </w:p>
    <w:p>
      <w:pPr>
        <w:pStyle w:val="ListBullet"/>
        <w:spacing w:line="240" w:lineRule="auto"/>
        <w:ind w:left="720"/>
      </w:pPr>
      <w:r/>
      <w:r>
        <w:rPr>
          <w:b/>
        </w:rPr>
        <w:t>A wider aim:</w:t>
      </w:r>
      <w:r>
        <w:t xml:space="preserve"> The podcast hopes to encourage understanding through testimony, education and honest conversation.</w:t>
      </w:r>
      <w:r/>
    </w:p>
    <w:p>
      <w:pPr>
        <w:pStyle w:val="ListBullet"/>
        <w:spacing w:line="240" w:lineRule="auto"/>
        <w:ind w:left="720"/>
      </w:pPr>
      <w:r/>
      <w:r>
        <w:rPr>
          <w:b/>
        </w:rPr>
        <w:t>Part of a growing line-up:</w:t>
      </w:r>
      <w:r>
        <w:t xml:space="preserve"> It joins several other podcasts produced by Baptist News Global.</w:t>
      </w:r>
      <w:r/>
      <w:r/>
    </w:p>
    <w:p>
      <w:pPr>
        <w:pStyle w:val="Heading2"/>
      </w:pPr>
      <w:r>
        <w:t>A podcast built around lived experience</w:t>
      </w:r>
      <w:r/>
    </w:p>
    <w:p>
      <w:r/>
      <w:r>
        <w:t xml:space="preserve">The strongest feature of </w:t>
      </w:r>
      <w:r>
        <w:rPr>
          <w:i/>
        </w:rPr>
        <w:t>This Is My Story</w:t>
      </w:r>
      <w:r>
        <w:t xml:space="preserve"> is its simple premise: let people describe their faith in their own voices. That matters in a debate often filled with sweeping claims, distant arguments and very little room for the person at the centre.</w:t>
      </w:r>
      <w:r/>
    </w:p>
    <w:p>
      <w:r/>
      <w:r>
        <w:t>The opening episode introduces host Lucas Hall, with Baptist News Global Executive Director Mark Wingfield joining the conversation. Hall also tells his own story as a transgender man, giving the series an immediate human focus rather than treating LGBTQ Christian life as an abstract issue.</w:t>
      </w:r>
      <w:r/>
    </w:p>
    <w:p>
      <w:pPr>
        <w:pStyle w:val="Heading2"/>
      </w:pPr>
      <w:r>
        <w:t>Why personal testimony matters</w:t>
      </w:r>
      <w:r/>
    </w:p>
    <w:p>
      <w:r/>
      <w:r>
        <w:t>Baptist News Global says the project was created in response to the belief, held by some Christians, that being gay or transgender is incompatible with Christian faith. Wingfield argues that hearing people describe their own lives can challenge that assumption more effectively than another opinion piece or formal statement.</w:t>
      </w:r>
      <w:r/>
    </w:p>
    <w:p>
      <w:r/>
      <w:r>
        <w:t>That approach gives the programme a quietly powerful quality. A listener may disagree with a theological position, but a personal story is harder to reduce to a slogan. As Wingfield put it in the launch announcement, testimony gives people something real to engage with.</w:t>
      </w:r>
      <w:r/>
    </w:p>
    <w:p>
      <w:pPr>
        <w:pStyle w:val="Heading2"/>
      </w:pPr>
      <w:r>
        <w:t>Who is Lucas Hall?</w:t>
      </w:r>
      <w:r/>
    </w:p>
    <w:p>
      <w:r/>
      <w:r>
        <w:t>Hall brings experience from both theological study and practical ministry. He holds a master of divinity degree from Austin Seminary, as well as a bachelor's degree covering criminal justice, psychology and religion from Liberty University.</w:t>
      </w:r>
      <w:r/>
    </w:p>
    <w:p>
      <w:r/>
      <w:r>
        <w:t>His work also stretches beyond the microphone. He is involved with CenterPeace and The Reformation Project, organisations focused on LGBTQ inclusion in religious settings. Hall teaches applied ethics as a philosophy professor and works in youth and family ministry at an affirming church in Denver.</w:t>
      </w:r>
      <w:r/>
    </w:p>
    <w:p>
      <w:r/>
      <w:r>
        <w:t>That background should give the conversations a useful balance. The series isn't simply about identity in isolation, but about how belief, community, education and family life overlap.</w:t>
      </w:r>
      <w:r/>
    </w:p>
    <w:p>
      <w:pPr>
        <w:pStyle w:val="Heading2"/>
      </w:pPr>
      <w:r>
        <w:t>Audio and video make the stories easier to find</w:t>
      </w:r>
      <w:r/>
    </w:p>
    <w:p>
      <w:r/>
      <w:r>
        <w:t>The series is available in both audio and video formats, a practical choice for a project centred on voice, expression and presence. Some listeners will prefer to follow along during a commute, while others may find the visual format makes the conversations feel more immediate.</w:t>
      </w:r>
      <w:r/>
    </w:p>
    <w:p>
      <w:r/>
      <w:r>
        <w:t>The first episode is listed on Amazon Music, and the launch plan includes two more episodes on Tuesdays this month. After that, new instalments are expected approximately every two weeks, creating a manageable rhythm for listeners who want to follow the series without facing a sudden flood of content.</w:t>
      </w:r>
      <w:r/>
    </w:p>
    <w:p>
      <w:pPr>
        <w:pStyle w:val="Heading2"/>
      </w:pPr>
      <w:r>
        <w:t>A growing podcast slate</w:t>
      </w:r>
      <w:r/>
    </w:p>
    <w:p>
      <w:r/>
      <w:r>
        <w:rPr>
          <w:i/>
        </w:rPr>
        <w:t>This Is My Story</w:t>
      </w:r>
      <w:r>
        <w:t xml:space="preserve"> joins Baptist News Global's existing podcast line-up, which includes </w:t>
      </w:r>
      <w:r>
        <w:rPr>
          <w:i/>
        </w:rPr>
        <w:t>Bible Divas</w:t>
      </w:r>
      <w:r>
        <w:t xml:space="preserve">, </w:t>
      </w:r>
      <w:r>
        <w:rPr>
          <w:i/>
        </w:rPr>
        <w:t>Highest Power: Church + State</w:t>
      </w:r>
      <w:r>
        <w:t xml:space="preserve">, </w:t>
      </w:r>
      <w:r>
        <w:rPr>
          <w:i/>
        </w:rPr>
        <w:t>Stuck in the Middle with You</w:t>
      </w:r>
      <w:r>
        <w:t xml:space="preserve"> and </w:t>
      </w:r>
      <w:r>
        <w:rPr>
          <w:i/>
        </w:rPr>
        <w:t>Nondisclosure</w:t>
      </w:r>
      <w:r>
        <w:t>. Its focus is distinct, but it fits a broader move towards conversational Christian media that explores culture, politics, belief and community.</w:t>
      </w:r>
      <w:r/>
    </w:p>
    <w:p>
      <w:r/>
      <w:r>
        <w:t>For LGBTQ Christians, the value may be especially direct: the chance to hear experiences that are often discussed without their owners being heard. For everyone else, the series offers a reminder that inclusion is not only a policy question. Sometimes it starts with sitting quietly and listening.</w:t>
      </w:r>
      <w:r/>
    </w:p>
    <w:p>
      <w:r/>
      <w:r>
        <w:t>A thoughtful LGBTQ Christian podcast can make a complicated conversation feel much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0">
        <w:r>
          <w:rPr>
            <w:color w:val="0000EE"/>
            <w:u w:val="single"/>
          </w:rPr>
          <w:t>[3]</w:t>
        </w:r>
      </w:hyperlink>
      <w:r>
        <w:t xml:space="preserve">, </w:t>
      </w:r>
      <w:hyperlink r:id="rId10">
        <w:r>
          <w:rPr>
            <w:color w:val="0000EE"/>
            <w:u w:val="single"/>
          </w:rPr>
          <w:t>[5]</w:t>
        </w:r>
      </w:hyperlink>
      <w:r>
        <w:t xml:space="preserve">- Paragraph 9: </w:t>
      </w:r>
      <w:hyperlink r:id="rId10">
        <w:r>
          <w:rPr>
            <w:color w:val="0000EE"/>
            <w:u w:val="single"/>
          </w:rPr>
          <w:t>[6]</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[4]</w:t>
        </w:r>
      </w:hyperlink>
      <w:r>
        <w:t xml:space="preserve">, </w:t>
      </w:r>
      <w:hyperlink r:id="rId10">
        <w:r>
          <w:rPr>
            <w:color w:val="0000EE"/>
            <w:u w:val="single"/>
          </w:rPr>
          <w:t>[5]</w:t>
        </w:r>
      </w:hyperlink>
      <w:r>
        <w:t xml:space="preserve">- Paragraph 12: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https://baptistnews.com/article/new-bng-podcast-tells-faith-stories-of-lgbtq-christians/</w:t>
        </w:r>
      </w:hyperlink>
      <w:r>
        <w:t xml:space="preserve"> - Please view link - unable to able to access data</w:t>
      </w:r>
      <w:r/>
    </w:p>
    <w:p>
      <w:pPr>
        <w:pStyle w:val="ListNumber"/>
        <w:spacing w:line="240" w:lineRule="auto"/>
        <w:ind w:left="720"/>
      </w:pPr>
      <w:r/>
      <w:hyperlink r:id="rId9">
        <w:r>
          <w:rPr>
            <w:color w:val="0000EE"/>
            <w:u w:val="single"/>
          </w:rPr>
          <w:t>https://baptistnews.com/article/new-bng-podcast-tells-faith-stories-of-lgbtq-christians/</w:t>
        </w:r>
      </w:hyperlink>
      <w:r>
        <w:t xml:space="preserve"> - Baptist News Global has launched a new podcast series titled 'This Is My Story', hosted by Lucas Hall. The series aims to share the personal faith journeys of LGBTQ Christians, with the first episode featuring Hall's own story as a transgender man. The podcast will release new episodes every Tuesday, with future episodes dropping roughly every two weeks. The initiative seeks to amplify the voices of LGBTQ Christians, challenging the misconception that one cannot be both gay or transgender and Christian.</w:t>
      </w:r>
      <w:r/>
    </w:p>
    <w:p>
      <w:pPr>
        <w:pStyle w:val="ListNumber"/>
        <w:spacing w:line="240" w:lineRule="auto"/>
        <w:ind w:left="720"/>
      </w:pPr>
      <w:r/>
      <w:hyperlink r:id="rId10">
        <w:r>
          <w:rPr>
            <w:color w:val="0000EE"/>
            <w:u w:val="single"/>
          </w:rPr>
          <w:t>https://music.amazon.com/podcasts/9930fe01-d871-4c9c-8de4-96d57a45cc31/episodes/f5476cbb-762e-4840-a80e-195469b8c3ba/this-is-my-story-ep1-lucas-hall%27s-story-with-special-guest-mark-wingfield</w:t>
        </w:r>
      </w:hyperlink>
      <w:r>
        <w:t xml:space="preserve"> - In the inaugural episode of 'This Is My Story', Lucas Hall, the host, shares his personal journey of faith as a transgender man. The episode features a conversation with Mark Wingfield, Executive Director and Publisher of Baptist News Global, discussing Hall's experiences and the mission of the podcast to highlight the stories of LGBTQ Christians.</w:t>
      </w:r>
      <w:r/>
    </w:p>
    <w:p>
      <w:pPr>
        <w:pStyle w:val="ListNumber"/>
        <w:spacing w:line="240" w:lineRule="auto"/>
        <w:ind w:left="720"/>
      </w:pPr>
      <w:r/>
      <w:hyperlink r:id="rId10">
        <w:r>
          <w:rPr>
            <w:color w:val="0000EE"/>
            <w:u w:val="single"/>
          </w:rPr>
          <w:t>https://music.amazon.com/podcasts/9930fe01-d871-4c9c-8de4-96d57a45cc31/episodes/f5476cbb-762e-4840-a80e-195469b8c3ba/this-is-my-story-ep1-lucas-hall%27s-story-with-special-guest-mark-wingfield</w:t>
        </w:r>
      </w:hyperlink>
      <w:r>
        <w:t xml:space="preserve"> - In the premiere episode of 'This Is My Story', Lucas Hall, the host, shares his personal journey of faith as a transgender man. The episode features a conversation with Mark Wingfield, Executive Director and Publisher of Baptist News Global, discussing Hall's experiences and the mission of the podcast to highlight the stories of LGBTQ Christians.</w:t>
      </w:r>
      <w:r/>
    </w:p>
    <w:p>
      <w:pPr>
        <w:pStyle w:val="ListNumber"/>
        <w:spacing w:line="240" w:lineRule="auto"/>
        <w:ind w:left="720"/>
      </w:pPr>
      <w:r/>
      <w:hyperlink r:id="rId10">
        <w:r>
          <w:rPr>
            <w:color w:val="0000EE"/>
            <w:u w:val="single"/>
          </w:rPr>
          <w:t>https://music.amazon.com/podcasts/9930fe01-d871-4c9c-8de4-96d57a45cc31/episodes/f5476cbb-762e-4840-a80e-195469b8c3ba/this-is-my-story-ep1-lucas-hall%27s-story-with-special-guest-mark-wingfield</w:t>
        </w:r>
      </w:hyperlink>
      <w:r>
        <w:t xml:space="preserve"> - In the inaugural episode of 'This Is My Story', Lucas Hall, the host, shares his personal journey of faith as a transgender man. The episode features a conversation with Mark Wingfield, Executive Director and Publisher of Baptist News Global, discussing Hall's experiences and the mission of the podcast to highlight the stories of LGBTQ Christians.</w:t>
      </w:r>
      <w:r/>
    </w:p>
    <w:p>
      <w:pPr>
        <w:pStyle w:val="ListNumber"/>
        <w:spacing w:line="240" w:lineRule="auto"/>
        <w:ind w:left="720"/>
      </w:pPr>
      <w:r/>
      <w:hyperlink r:id="rId10">
        <w:r>
          <w:rPr>
            <w:color w:val="0000EE"/>
            <w:u w:val="single"/>
          </w:rPr>
          <w:t>https://music.amazon.com/podcasts/9930fe01-d871-4c9c-8de4-96d57a45cc31/episodes/f5476cbb-762e-4840-a80e-195469b8c3ba/this-is-my-story-ep1-lucas-hall%27s-story-with-special-guest-mark-wingfield</w:t>
        </w:r>
      </w:hyperlink>
      <w:r>
        <w:t xml:space="preserve"> - In the inaugural episode of 'This Is My Story', Lucas Hall, the host, shares his personal journey of faith as a transgender man. The episode features a conversation with Mark Wingfield, Executive Director and Publisher of Baptist News Global, discussing Hall's experiences and the mission of the podcast to highlight the stories of LGBTQ Christians.</w:t>
      </w:r>
      <w:r/>
    </w:p>
    <w:p>
      <w:pPr>
        <w:pStyle w:val="ListNumber"/>
        <w:spacing w:line="240" w:lineRule="auto"/>
        <w:ind w:left="720"/>
      </w:pPr>
      <w:r/>
      <w:hyperlink r:id="rId10">
        <w:r>
          <w:rPr>
            <w:color w:val="0000EE"/>
            <w:u w:val="single"/>
          </w:rPr>
          <w:t>https://music.amazon.com/podcasts/9930fe01-d871-4c9c-8de4-96d57a45cc31/episodes/f5476cbb-762e-4840-a80e-195469b8c3ba/this-is-my-story-ep1-lucas-hall%27s-story-with-special-guest-mark-wingfield</w:t>
        </w:r>
      </w:hyperlink>
      <w:r>
        <w:t xml:space="preserve"> - In the inaugural episode of 'This Is My Story', Lucas Hall, the host, shares his personal journey of faith as a transgender man. The episode features a conversation with Mark Wingfield, Executive Director and Publisher of Baptist News Global, discussing Hall's experiences and the mission of the podcast to highlight the stories of LGBTQ Christians.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ptistnews.com/article/new-bng-podcast-tells-faith-stories-of-lgbtq-christians/" TargetMode="External"/><Relationship Id="rId10" Type="http://schemas.openxmlformats.org/officeDocument/2006/relationships/hyperlink" Target="https://music.amazon.com/podcasts/9930fe01-d871-4c9c-8de4-96d57a45cc31/episodes/f5476cbb-762e-4840-a80e-195469b8c3ba/this-is-my-story-ep1-lucas-hall%27s-story-with-special-guest-mark-wingfiel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