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Red White and Royal Wedding Discrimination Claims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Aneesh Sheth has spoken out about alleged pay disparity and mistreatment while working on Red, White &amp; Royal Wedding, putting fresh focus on the treatment of trans actors and the pressures facing LGBTQ+ performers in Hollywood.</w:t>
      </w:r>
      <w:r/>
    </w:p>
    <w:p>
      <w:pPr>
        <w:pStyle w:val="Heading2"/>
      </w:pPr>
      <w:r>
        <w:t>Essential Takeaways</w:t>
      </w:r>
      <w:r/>
      <w:r/>
    </w:p>
    <w:p>
      <w:pPr>
        <w:pStyle w:val="ListBullet"/>
        <w:spacing w:line="240" w:lineRule="auto"/>
        <w:ind w:left="720"/>
      </w:pPr>
      <w:r/>
      <w:r>
        <w:rPr>
          <w:b/>
        </w:rPr>
        <w:t>Aneesh Sheth has made allegations:</w:t>
      </w:r>
      <w:r>
        <w:t xml:space="preserve"> The actor described alleged pay disparity, disrespect and being silenced on the sequel's production.</w:t>
      </w:r>
      <w:r/>
    </w:p>
    <w:p>
      <w:pPr>
        <w:pStyle w:val="ListBullet"/>
        <w:spacing w:line="240" w:lineRule="auto"/>
        <w:ind w:left="720"/>
      </w:pPr>
      <w:r/>
      <w:r>
        <w:rPr>
          <w:b/>
        </w:rPr>
        <w:t>Sheth is returning as Amy Gupta:</w:t>
      </w:r>
      <w:r>
        <w:t xml:space="preserve"> She is part of the cast alongside Nicholas Galitzine and Taylor Zakhar Perez.</w:t>
      </w:r>
      <w:r/>
    </w:p>
    <w:p>
      <w:pPr>
        <w:pStyle w:val="ListBullet"/>
        <w:spacing w:line="240" w:lineRule="auto"/>
        <w:ind w:left="720"/>
      </w:pPr>
      <w:r/>
      <w:r>
        <w:rPr>
          <w:b/>
        </w:rPr>
        <w:t>Work opportunities remain a concern:</w:t>
      </w:r>
      <w:r>
        <w:t xml:space="preserve"> Sheth said she'd struggled to find acting jobs and was told trans performers could be seen as a commercial risk.</w:t>
      </w:r>
      <w:r/>
    </w:p>
    <w:p>
      <w:pPr>
        <w:pStyle w:val="ListBullet"/>
        <w:spacing w:line="240" w:lineRule="auto"/>
        <w:ind w:left="720"/>
      </w:pPr>
      <w:r/>
      <w:r>
        <w:rPr>
          <w:b/>
        </w:rPr>
        <w:t>A castmate offered support:</w:t>
      </w:r>
      <w:r>
        <w:t xml:space="preserve"> Ian McIntyre publicly backed Sheth and encouraged her to speak about her experience.</w:t>
      </w:r>
      <w:r/>
    </w:p>
    <w:p>
      <w:pPr>
        <w:pStyle w:val="ListBullet"/>
        <w:spacing w:line="240" w:lineRule="auto"/>
        <w:ind w:left="720"/>
      </w:pPr>
      <w:r/>
      <w:r>
        <w:rPr>
          <w:b/>
        </w:rPr>
        <w:t>Amazon has been contacted:</w:t>
      </w:r>
      <w:r>
        <w:t xml:space="preserve"> The studio had not publicly responded at the time of reporting, and the sequel still had no announced release date.</w:t>
      </w:r>
      <w:r/>
      <w:r/>
    </w:p>
    <w:p>
      <w:pPr>
        <w:pStyle w:val="Heading2"/>
      </w:pPr>
      <w:r>
        <w:t>Aneesh Sheth's comments have reignited a difficult conversation</w:t>
      </w:r>
      <w:r/>
    </w:p>
    <w:p>
      <w:r/>
      <w:r>
        <w:t>Aneesh Sheth's comments landed with a thud because they describe more than one unpleasant day on set. In an Instagram exchange, the actor alleged unequal pay, disrespect and being shut down while working on Red, White &amp; Royal Wedding, the follow-up to Prime Video's popular LGBTQ+ romantic drama.</w:t>
      </w:r>
      <w:r/>
    </w:p>
    <w:p>
      <w:r/>
      <w:r>
        <w:t>According to Attitude, Sheth wrote that she couldn't fully describe how she'd been treated on the film, adding that she had expected the production to support her. The remarks were made while responding to a wider discussion about Elliot Page and the difficulty of securing acting work after a major project.</w:t>
      </w:r>
      <w:r/>
    </w:p>
    <w:p>
      <w:r/>
      <w:r>
        <w:t>Sheth's allegations haven't been independently established, and the production company has not publicly addressed each claim. Still, they raise uncomfortable questions for a film whose appeal rests partly on queer visibility, warmth and representation.</w:t>
      </w:r>
      <w:r/>
    </w:p>
    <w:p>
      <w:pPr>
        <w:pStyle w:val="Heading2"/>
      </w:pPr>
      <w:r>
        <w:t>Sheth is returning as Secret Service agent Amy Gupta</w:t>
      </w:r>
      <w:r/>
    </w:p>
    <w:p>
      <w:r/>
      <w:r>
        <w:t>The sequel brings Sheth back as Amy Gupta, the Secret Service agent from Red, White &amp; Royal Blue. The returning cast includes Nicholas Galitzine and Taylor Zakhar Perez, while Jamie Babbit is directing from a screenplay credited to Gemma Burgess, Matthew Lopez and Casey McQuiston.</w:t>
      </w:r>
      <w:r/>
    </w:p>
    <w:p>
      <w:r/>
      <w:r>
        <w:t>Production reportedly began in January and finished in March, making Sheth's comments especially notable while interest in the follow-up remains high. Marie Claire has also reported on the sequel's development, though a firm launch date has yet to be confirmed.</w:t>
      </w:r>
      <w:r/>
    </w:p>
    <w:p>
      <w:r/>
      <w:r>
        <w:t>For fans, that creates a strange contrast. The film promises another glossy, feel-good romance, but one cast member's account has brought the less polished realities of film production into view.</w:t>
      </w:r>
      <w:r/>
    </w:p>
    <w:p>
      <w:pPr>
        <w:pStyle w:val="Heading2"/>
      </w:pPr>
      <w:r>
        <w:t>Why the alleged pay gap matters beyond one production</w:t>
      </w:r>
      <w:r/>
    </w:p>
    <w:p>
      <w:r/>
      <w:r>
        <w:t>Pay disparity is rarely just about a number on a contract. It can signal who is considered central, trusted or replaceable, especially in an industry where performers already face uneven access to auditions and long stretches between jobs.</w:t>
      </w:r>
      <w:r/>
    </w:p>
    <w:p>
      <w:r/>
      <w:r>
        <w:t>Sheth said she had worked in the industry for nearly three decades but had been largely unable to find work in recent years. She also said a casting director told her that producers might view hiring trans actors as a liability because of the political climate and concerns about audience reaction.</w:t>
      </w:r>
      <w:r/>
    </w:p>
    <w:p>
      <w:r/>
      <w:r>
        <w:t>That claim reflects a broader tension in entertainment. Studios often celebrate inclusion in publicity campaigns, but performers can still find themselves carrying the risk of representation without receiving equal security, pay or influence. The glossy poster may be inclusive; the paperwork behind it can tell a rather different story.</w:t>
      </w:r>
      <w:r/>
    </w:p>
    <w:p>
      <w:pPr>
        <w:pStyle w:val="Heading2"/>
      </w:pPr>
      <w:r>
        <w:t>A co-star's response offered a glimpse of solidarity</w:t>
      </w:r>
      <w:r/>
    </w:p>
    <w:p>
      <w:r/>
      <w:r>
        <w:t>Ian McIntyre, another member of the Red, White &amp; Royal Wedding cast, responded publicly to Sheth's comments. According to Attitude and Just Jared, McIntyre said she didn't deserve the treatment she described and that speaking openly about it could be necessary if anything was to improve.</w:t>
      </w:r>
      <w:r/>
    </w:p>
    <w:p>
      <w:r/>
      <w:r>
        <w:t>Sheth replied that McIntyre knew the situation first-hand and thanked him for standing by her. That exchange added a more personal note to an otherwise stark account, showing how support from colleagues can matter when an actor feels isolated.</w:t>
      </w:r>
      <w:r/>
    </w:p>
    <w:p>
      <w:r/>
      <w:r>
        <w:t>It also highlights the limits of private reassurance. A kind message can help someone get through a difficult week, but lasting change usually requires transparent pay practices, safe reporting systems and producers willing to listen before a problem reaches social media.</w:t>
      </w:r>
      <w:r/>
    </w:p>
    <w:p>
      <w:pPr>
        <w:pStyle w:val="Heading2"/>
      </w:pPr>
      <w:r>
        <w:t>What should audiences watch for next?</w:t>
      </w:r>
      <w:r/>
    </w:p>
    <w:p>
      <w:r/>
      <w:r>
        <w:t>The immediate questions are whether Amazon or the production team will respond, and whether Sheth's account prompts a wider discussion around the sequel. Just Jared also amplified the comments, keeping them in the entertainment news cycle as anticipation for the film continues.</w:t>
      </w:r>
      <w:r/>
    </w:p>
    <w:p>
      <w:r/>
      <w:r>
        <w:t>For viewers, the situation doesn't require a rushed verdict. It's possible to look forward to a film, value its queer characters and still expect the people making it to be treated fairly. Those ideas aren't in conflict; in fact, they should reinforce each other.</w:t>
      </w:r>
      <w:r/>
    </w:p>
    <w:p>
      <w:r/>
      <w:r>
        <w:t>A release date has not yet been announced. Until then, the film's cultural conversation is likely to involve not only its romance and royal spectacle, but also the standards audiences expect from productions that present themselves as allies.</w:t>
      </w:r>
      <w:r/>
    </w:p>
    <w:p>
      <w:r/>
      <w:r>
        <w:t>Representation means little if the people providing it don't feel respected behind the camera.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[7]</w:t>
        </w:r>
      </w:hyperlink>
      <w:r>
        <w:t xml:space="preserve">- Paragraph 2: </w:t>
      </w:r>
      <w:hyperlink r:id="rId11">
        <w:r>
          <w:rPr>
            <w:color w:val="0000EE"/>
            <w:u w:val="single"/>
          </w:rPr>
          <w:t>[5]</w:t>
        </w:r>
      </w:hyperlink>
      <w:r>
        <w:t xml:space="preserve">, </w:t>
      </w:r>
      <w:hyperlink r:id="rId9">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9">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9">
        <w:r>
          <w:rPr>
            <w:color w:val="0000EE"/>
            <w:u w:val="single"/>
          </w:rPr>
          <w:t>[7]</w:t>
        </w:r>
      </w:hyperlink>
      <w:r>
        <w:t xml:space="preserve">- Paragraph 8: </w:t>
      </w:r>
      <w:hyperlink r:id="rId11">
        <w:r>
          <w:rPr>
            <w:color w:val="0000EE"/>
            <w:u w:val="single"/>
          </w:rPr>
          <w:t>[5]</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9">
        <w:r>
          <w:rPr>
            <w:color w:val="0000EE"/>
            <w:u w:val="single"/>
          </w:rPr>
          <w:t>[7]</w:t>
        </w:r>
      </w:hyperlink>
      <w:r>
        <w:t xml:space="preserve">, </w:t>
      </w:r>
      <w:hyperlink r:id="rId13">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9">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[4]</w:t>
        </w:r>
      </w:hyperlink>
      <w:r>
        <w:t xml:space="preserve">- Paragraph 15: </w:t>
      </w:r>
      <w:hyperlink r:id="rId13">
        <w:r>
          <w:rPr>
            <w:color w:val="0000EE"/>
            <w:u w:val="single"/>
          </w:rPr>
          <w:t>[6]</w:t>
        </w:r>
      </w:hyperlink>
      <w:r>
        <w:t xml:space="preserve">, </w:t>
      </w:r>
      <w:hyperlink r:id="rId9">
        <w:r>
          <w:rPr>
            <w:color w:val="0000EE"/>
            <w:u w:val="single"/>
          </w:rPr>
          <w:t>[7]</w:t>
        </w:r>
      </w:hyperlink>
      <w:r>
        <w:t xml:space="preserve">- Paragraph 16: </w:t>
      </w:r>
      <w:hyperlink r:id="rId12">
        <w:r>
          <w:rPr>
            <w:color w:val="0000EE"/>
            <w:u w:val="single"/>
          </w:rPr>
          <w:t>[3]</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9">
        <w:r>
          <w:rPr>
            <w:color w:val="0000EE"/>
            <w:u w:val="single"/>
          </w:rPr>
          <w:t>[7]</w:t>
        </w:r>
      </w:hyperlink>
      <w:r>
        <w:t xml:space="preserve">- Paragraph 18: </w:t>
      </w:r>
      <w:hyperlink r:id="rId12">
        <w:r>
          <w:rPr>
            <w:color w:val="0000EE"/>
            <w:u w:val="single"/>
          </w:rPr>
          <w:t>[3]</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9">
        <w:r>
          <w:rPr>
            <w:color w:val="0000EE"/>
            <w:u w:val="single"/>
          </w:rPr>
          <w:t>[7]</w:t>
        </w:r>
      </w:hyperlink>
      <w:r>
        <w:t xml:space="preserve">- Paragraph 20: </w:t>
      </w:r>
      <w:hyperlink r:id="rId13">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https://www.attitude.co.uk/culture/film-tv/aneesh-sheth-alleges-discrimination-red-white-royal-wedding-534244/</w:t>
        </w:r>
      </w:hyperlink>
      <w:r>
        <w:t xml:space="preserve"> - Please view link - unable to able to access data</w:t>
      </w:r>
      <w:r/>
    </w:p>
    <w:p>
      <w:pPr>
        <w:pStyle w:val="ListNumber"/>
        <w:spacing w:line="240" w:lineRule="auto"/>
        <w:ind w:left="720"/>
      </w:pPr>
      <w:r/>
      <w:hyperlink r:id="rId10">
        <w:r>
          <w:rPr>
            <w:color w:val="0000EE"/>
            <w:u w:val="single"/>
          </w:rPr>
          <w:t>https://www.justjared.com/2026/09/13/aneesh-sheth-says-she-faced-disrespect-was-silenced-on-red-white-royal-wedding-set/</w:t>
        </w:r>
      </w:hyperlink>
      <w:r>
        <w:t xml:space="preserve"> - Aneesh Sheth, a transgender actress, has revealed her experiences of mistreatment during the filming of 'Red, White &amp; Royal Wedding'. Sheth, who reprises her role as Secret Service agent Amy Gupta, shared on Instagram that she faced significant pay disparity, disrespect, and was silenced on set. She also mentioned difficulties in finding work over the past four years, citing a casting director's comment that producers view trans actors as liabilities. Sheth has been in the industry for nearly 30 years and expressed frustration over being told she can't get work due to her identity. Co-star Ian McIntyre expressed support, stating that Sheth deserves better treatment and that calling out such issues is necessary for change. Sheth later thanked fans for their support and expressed hope to share more of her experiences in the future.</w:t>
      </w:r>
      <w:r/>
    </w:p>
    <w:p>
      <w:pPr>
        <w:pStyle w:val="ListNumber"/>
        <w:spacing w:line="240" w:lineRule="auto"/>
        <w:ind w:left="720"/>
      </w:pPr>
      <w:r/>
      <w:hyperlink r:id="rId12">
        <w:r>
          <w:rPr>
            <w:color w:val="0000EE"/>
            <w:u w:val="single"/>
          </w:rPr>
          <w:t>https://www.marieclaire.com/culture/red-white-and-royal-blue-sequel/</w:t>
        </w:r>
      </w:hyperlink>
      <w:r>
        <w:t xml:space="preserve"> - The sequel to Prime Video’s 2023 romantic comedy 'Red, White &amp; Royal Blue' has been officially announced and titled 'Red, White &amp; Royal Wedding'. The film reunites Nicholas Galitzine and Taylor Zakhar Perez as Prince Henry and Alex Claremont-Diaz. Directed by Jamie Babbit and written by original director Matthew López, along with Gemma Burgess and book author Casey McQuiston, the film began production in January 2026 and wrapped in March. A release is expected by late 2026 or early 2027. The plot centers on Princess Beatrice’s wedding, with Alex and Henry navigating life as a couple in the public eye and balancing royal and political obligations. McQuiston teased a 'spicier' and more intimate sequel that explores domesticity and deeper relationship dynamics. While the film isn’t based on a specific book, elements from the 2022 Collector’s Edition epilogue of McQuiston’s novel may appear. Most of the original cast returns, alongside new additions including Chloe Fineman and Lena Headey.</w:t>
      </w:r>
      <w:r/>
    </w:p>
    <w:p>
      <w:pPr>
        <w:pStyle w:val="ListNumber"/>
        <w:spacing w:line="240" w:lineRule="auto"/>
        <w:ind w:left="720"/>
      </w:pPr>
      <w:r/>
      <w:hyperlink r:id="rId14">
        <w:r>
          <w:rPr>
            <w:color w:val="0000EE"/>
            <w:u w:val="single"/>
          </w:rPr>
          <w:t>https://www.justjared.com/video/uueil8gahzt8e/</w:t>
        </w:r>
      </w:hyperlink>
      <w:r>
        <w:t xml:space="preserve"> - A video from Just Jared features Aneesh Sheth discussing her experiences on the set of 'Red, White &amp; Royal Wedding'. In the video, Sheth shares that she faced huge pay disparity, disrespect, and was silenced during the filming. She also mentions that aside from this one job, she hasn't worked in over four years. Sheth recounts a casting director telling her that people aren't hiring trans actors because producers view them as liabilities. She expresses frustration over being told she can't get work simply because of her identity. The video provides further insight into Sheth's experiences and the challenges faced by trans actors in the industry.</w:t>
      </w:r>
      <w:r/>
    </w:p>
    <w:p>
      <w:pPr>
        <w:pStyle w:val="ListNumber"/>
        <w:spacing w:line="240" w:lineRule="auto"/>
        <w:ind w:left="720"/>
      </w:pPr>
      <w:r/>
      <w:hyperlink r:id="rId11">
        <w:r>
          <w:rPr>
            <w:color w:val="0000EE"/>
            <w:u w:val="single"/>
          </w:rPr>
          <w:t>https://en.wikipedia.org/wiki/Aneesh_Sheth</w:t>
        </w:r>
      </w:hyperlink>
      <w:r>
        <w:t xml:space="preserve"> - Aneesh Sheth is an American actress known for her roles in television and film. She gained recognition for her portrayal of Gillian in the third and final season of 'Jessica Jones', part of the Marvel Cinematic Universe. Sheth has also appeared in 'Outsourced', 'A Kid Like Jake', and 'New Amsterdam'. She is set to reprise her role as Amy Gupta in the upcoming film 'Red, White &amp; Royal Wedding'. Sheth has been vocal about her experiences as a transgender actress in the industry, advocating for better representation and opportunities for trans performers.</w:t>
      </w:r>
      <w:r/>
    </w:p>
    <w:p>
      <w:pPr>
        <w:pStyle w:val="ListNumber"/>
        <w:spacing w:line="240" w:lineRule="auto"/>
        <w:ind w:left="720"/>
      </w:pPr>
      <w:r/>
      <w:hyperlink r:id="rId13">
        <w:r>
          <w:rPr>
            <w:color w:val="0000EE"/>
            <w:u w:val="single"/>
          </w:rPr>
          <w:t>https://en.wikipedia.org/wiki/Red,</w:t>
        </w:r>
      </w:hyperlink>
      <w:hyperlink r:id="rId13">
        <w:r>
          <w:rPr>
            <w:color w:val="0000EE"/>
            <w:u w:val="single"/>
          </w:rPr>
          <w:t>White</w:t>
        </w:r>
      </w:hyperlink>
      <w:hyperlink r:id="rId13">
        <w:r>
          <w:rPr>
            <w:color w:val="0000EE"/>
            <w:u w:val="single"/>
          </w:rPr>
          <w:t>%26_Royal_Wedding</w:t>
        </w:r>
      </w:hyperlink>
      <w:r>
        <w:t xml:space="preserve"> - 'Red, White &amp; Royal Wedding' is an upcoming American romantic comedy film directed by Jamie Babbit. It serves as a sequel to 'Red, White &amp; Royal Blue' (2023), which was based on the 2019 novel by Casey McQuiston. The film is produced by Amazon MGM Studios and features Taylor Zakhar Perez and Nicholas Galitzine reprising their roles as Alex Claremont-Diaz and Prince Henry, respectively. The movie continues the romance between Alex and Prince Henry, exploring their relationship as a couple in the public eye. Principal photography began in January 2026 and wrapped in March 2026. The film is set to be released on Prime Video, though an official release date has yet to be announced.</w:t>
      </w:r>
      <w:r/>
    </w:p>
    <w:p>
      <w:pPr>
        <w:pStyle w:val="ListNumber"/>
        <w:spacing w:line="240" w:lineRule="auto"/>
        <w:ind w:left="720"/>
      </w:pPr>
      <w:r/>
      <w:hyperlink r:id="rId9">
        <w:r>
          <w:rPr>
            <w:color w:val="0000EE"/>
            <w:u w:val="single"/>
          </w:rPr>
          <w:t>https://www.attitude.co.uk/culture/film-tv/aneesh-sheth-alleges-discrimination-red-white-royal-wedding-534244/</w:t>
        </w:r>
      </w:hyperlink>
      <w:r>
        <w:t xml:space="preserve"> - Aneesh Sheth, a transgender actress, has alleged pay disparity and mistreatment during the filming of 'Red, White &amp; Royal Wedding'. Sheth, who reprises her role as Secret Service agent Amy Gupta, shared on Instagram that she faced huge pay disparity, disrespect, and was silenced on set. She also mentioned difficulties in finding work over the past four years, citing a casting director's comment that producers view trans actors as liabilities. Sheth has been in the industry for almost 30 years and expressed frustration over being told she can't get work due to her identity. Co-star Ian McIntyre expressed support, stating that Sheth deserves better treatment and that calling out such issues is necessary for change. Sheth later thanked fans for their support and expressed hope to share more of her experiences in the future.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tv/aneesh-sheth-alleges-discrimination-red-white-royal-wedding-534244/" TargetMode="External"/><Relationship Id="rId10" Type="http://schemas.openxmlformats.org/officeDocument/2006/relationships/hyperlink" Target="https://www.justjared.com/2026/09/13/aneesh-sheth-says-she-faced-disrespect-was-silenced-on-red-white-royal-wedding-set/" TargetMode="External"/><Relationship Id="rId11" Type="http://schemas.openxmlformats.org/officeDocument/2006/relationships/hyperlink" Target="https://en.wikipedia.org/wiki/Aneesh_Sheth" TargetMode="External"/><Relationship Id="rId12" Type="http://schemas.openxmlformats.org/officeDocument/2006/relationships/hyperlink" Target="https://www.marieclaire.com/culture/red-white-and-royal-blue-sequel/" TargetMode="External"/><Relationship Id="rId13" Type="http://schemas.openxmlformats.org/officeDocument/2006/relationships/hyperlink" Target="https://en.wikipedia.org/wiki/Red,_White_%26_Royal_Wedding" TargetMode="External"/><Relationship Id="rId14" Type="http://schemas.openxmlformats.org/officeDocument/2006/relationships/hyperlink" Target="https://www.justjared.com/video/uueil8gahzt8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