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Atlanta Black Pride Weekend Guide: Culture, Care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Black Pride Weekend 2026 is shaping up as a major celebration of Black LGBTQ+ life, bringing stars, organisers, health advocates and thousands of allies together across the city. From Piedmont Park to Atlanta City Hall, the programme blends entertainment with HIV education, wellness resources and conversations about lasting community change.</w:t>
      </w:r>
      <w:r/>
    </w:p>
    <w:p>
      <w:pPr>
        <w:pStyle w:val="Heading2"/>
      </w:pPr>
      <w:r>
        <w:t>Essential Takeaways</w:t>
      </w:r>
      <w:r/>
      <w:r/>
    </w:p>
    <w:p>
      <w:pPr>
        <w:pStyle w:val="ListBullet"/>
        <w:spacing w:line="240" w:lineRule="auto"/>
        <w:ind w:left="720"/>
      </w:pPr>
      <w:r/>
      <w:r>
        <w:rPr>
          <w:b/>
        </w:rPr>
        <w:t>A city-wide celebration:</w:t>
      </w:r>
      <w:r>
        <w:t xml:space="preserve"> Events span receptions, forums, nightlife, galas and the Pure Heat Community Festival.</w:t>
      </w:r>
      <w:r/>
    </w:p>
    <w:p>
      <w:pPr>
        <w:pStyle w:val="ListBullet"/>
        <w:spacing w:line="240" w:lineRule="auto"/>
        <w:ind w:left="720"/>
      </w:pPr>
      <w:r/>
      <w:r>
        <w:rPr>
          <w:b/>
        </w:rPr>
        <w:t>Health stays central:</w:t>
      </w:r>
      <w:r>
        <w:t xml:space="preserve"> Gilead Sciences is supporting HIV prevention, PrEP education and care resources throughout the weekend.</w:t>
      </w:r>
      <w:r/>
    </w:p>
    <w:p>
      <w:pPr>
        <w:pStyle w:val="ListBullet"/>
        <w:spacing w:line="240" w:lineRule="auto"/>
        <w:ind w:left="720"/>
      </w:pPr>
      <w:r/>
      <w:r>
        <w:rPr>
          <w:b/>
        </w:rPr>
        <w:t>Big names are expected:</w:t>
      </w:r>
      <w:r>
        <w:t xml:space="preserve"> Bevy Smith, Cynthia Bailey, Porsha Williams, Da Brat, Carlos King and others feature among the guests and performers.</w:t>
      </w:r>
      <w:r/>
    </w:p>
    <w:p>
      <w:pPr>
        <w:pStyle w:val="ListBullet"/>
        <w:spacing w:line="240" w:lineRule="auto"/>
        <w:ind w:left="720"/>
      </w:pPr>
      <w:r/>
      <w:r>
        <w:rPr>
          <w:b/>
        </w:rPr>
        <w:t>Leadership takes the spotlight:</w:t>
      </w:r>
      <w:r>
        <w:t xml:space="preserve"> Panels and community gatherings focus on visibility, equity and the future of Black LGBTQ+ communities.</w:t>
      </w:r>
      <w:r/>
    </w:p>
    <w:p>
      <w:pPr>
        <w:pStyle w:val="ListBullet"/>
        <w:spacing w:line="240" w:lineRule="auto"/>
        <w:ind w:left="720"/>
      </w:pPr>
      <w:r/>
      <w:r>
        <w:rPr>
          <w:b/>
        </w:rPr>
        <w:t>Practical support matters:</w:t>
      </w:r>
      <w:r>
        <w:t xml:space="preserve"> Visitors can find culturally relevant information about prevention, wellness and local services.</w:t>
      </w:r>
      <w:r/>
      <w:r/>
    </w:p>
    <w:p>
      <w:pPr>
        <w:pStyle w:val="Heading2"/>
      </w:pPr>
      <w:r>
        <w:t>Atlanta Black Pride returns with a bigger purpose</w:t>
      </w:r>
      <w:r/>
    </w:p>
    <w:p>
      <w:r/>
      <w:r>
        <w:t>Atlanta Black Pride Weekend is more than a packed social calendar. It has become a meeting point for celebration, conversation and practical support, with this year's programme placing health equity alongside music, nightlife and star power.</w:t>
      </w:r>
      <w:r/>
    </w:p>
    <w:p>
      <w:r/>
      <w:r>
        <w:t>The atmosphere is expected to shift constantly, from thoughtful discussion rooms to energetic outdoor gatherings. According to Atlanta Pride and local event listings, the weekend includes a broad mix of cultural, civic and community-led activities across the city.</w:t>
      </w:r>
      <w:r/>
    </w:p>
    <w:p>
      <w:r/>
      <w:r>
        <w:t>That balance is important. Pride can be joyful and loud, but it also creates rare opportunities to share information in places where people already feel comfortable. A friendly conversation over food or music may be more memorable than a formal leaflet ever could be.</w:t>
      </w:r>
      <w:r/>
    </w:p>
    <w:p>
      <w:pPr>
        <w:pStyle w:val="Heading2"/>
      </w:pPr>
      <w:r>
        <w:t>Famous faces add sparkle to the celebrations</w:t>
      </w:r>
      <w:r/>
    </w:p>
    <w:p>
      <w:r/>
      <w:r>
        <w:t>The line-up brings a distinctly entertainment-led shine to the weekend. Bevy Smith, Cynthia Bailey, Porsha Williams, Da Brat, Judy, Carlos King and other recognisable figures are linked with the programme, alongside performers including Tamar Braxton, Saucy Santana and Durand Bernarr.</w:t>
      </w:r>
      <w:r/>
    </w:p>
    <w:p>
      <w:r/>
      <w:r>
        <w:t>Their presence helps draw attention beyond Atlanta's established Pride audience. It also reflects the event's long-running ability to connect television, music, fashion, business and advocacy in one lively setting.</w:t>
      </w:r>
      <w:r/>
    </w:p>
    <w:p>
      <w:r/>
      <w:r>
        <w:t>The result should feel less like a single festival and more like a moving conversation across the city. One evening might centre on leadership, while the next offers a dance floor, a stage and a reminder that visibility can be joyful too.</w:t>
      </w:r>
      <w:r/>
    </w:p>
    <w:p>
      <w:pPr>
        <w:pStyle w:val="Heading2"/>
      </w:pPr>
      <w:r>
        <w:t>Why PrEP and HIV education are part of the headline</w:t>
      </w:r>
      <w:r/>
    </w:p>
    <w:p>
      <w:r/>
      <w:r>
        <w:t>Gilead Sciences is supporting several events, including Pride + PrEP at V12 Restaurant &amp; Sports Bar, the Mayor's Black Pride Reception, the Influencers' Gala and the Pure Heat Community Festival. The company says its involvement is designed to keep HIV prevention and care information within reach during a high-profile community weekend.</w:t>
      </w:r>
      <w:r/>
    </w:p>
    <w:p>
      <w:r/>
      <w:r>
        <w:t>PrEP is medication that helps prevent HIV, and accessible education can make it easier for people to understand whether it's right for them. The key is meeting people in familiar, culturally relevant spaces rather than expecting everyone to seek out a clinic or specialist event.</w:t>
      </w:r>
      <w:r/>
    </w:p>
    <w:p>
      <w:r/>
      <w:r>
        <w:t>Visitors should look for clearly signposted health and wellness stands, ask questions privately if needed and check local providers for current advice. Information is useful, but personal medical decisions should always be discussed with a qualified healthcare professional.</w:t>
      </w:r>
      <w:r/>
    </w:p>
    <w:p>
      <w:pPr>
        <w:pStyle w:val="Heading2"/>
      </w:pPr>
      <w:r>
        <w:t>Forums put Black LGBTQ+ leadership centre stage</w:t>
      </w:r>
      <w:r/>
    </w:p>
    <w:p>
      <w:r/>
      <w:r>
        <w:t>The weekend's programme also makes room for serious discussion. Native Son's Black Gay Leadership Forum, supported by Gilead, is set to bring together executives, creatives, entrepreneurs and advocates to consider leadership, representation and health equity.</w:t>
      </w:r>
      <w:r/>
    </w:p>
    <w:p>
      <w:r/>
      <w:r>
        <w:t>Other events, including Cultural Architects and the Mayor's Black Pride Reception, widen that conversation. They connect personal stories with civic recognition, giving community leaders and organisations a chance to discuss what progress looks like beyond a single weekend.</w:t>
      </w:r>
      <w:r/>
    </w:p>
    <w:p>
      <w:r/>
      <w:r>
        <w:t>That broader focus gives Atlanta Black Pride its staying power. The parties may provide the memorable photographs, but forums and local partnerships are where practical ideas can take root.</w:t>
      </w:r>
      <w:r/>
    </w:p>
    <w:p>
      <w:pPr>
        <w:pStyle w:val="Heading2"/>
      </w:pPr>
      <w:r>
        <w:t>A useful guide for first-time visitors</w:t>
      </w:r>
      <w:r/>
    </w:p>
    <w:p>
      <w:r/>
      <w:r>
        <w:t>If you're attending Atlanta Black Pride Weekend for the first time, plan around the events rather than trying to do everything. Check official listings for locations, entry requirements and updated timings, because a city-wide programme can involve more travel than it initially appears.</w:t>
      </w:r>
      <w:r/>
    </w:p>
    <w:p>
      <w:r/>
      <w:r>
        <w:t>Comfortable shoes will earn their keep, particularly if you're heading to Piedmont Park. Carry water, allow extra time between venues and keep your phone charged, especially if you're relying on digital tickets or transport apps.</w:t>
      </w:r>
      <w:r/>
    </w:p>
    <w:p>
      <w:r/>
      <w:r>
        <w:t>Most importantly, leave room for the unexpected. The best moments may come from a brief conversation, a community stall or a performance you hadn't planned to see. Atlanta's Black Pride weekend is at its strongest when celebration and connection happen side by side.</w:t>
      </w:r>
      <w:r/>
    </w:p>
    <w:p>
      <w:pPr>
        <w:pStyle w:val="Heading2"/>
      </w:pPr>
      <w:r>
        <w:t>The outlook for Atlanta Black Pride 2026</w:t>
      </w:r>
      <w:r/>
    </w:p>
    <w:p>
      <w:r/>
      <w:r>
        <w:t>With major entertainment names, civic participation and health-focused partnerships in the mix, Atlanta Black Pride Weekend 2026 looks set to combine visibility with useful support. The Pure Heat Community Festival is expected to provide the biggest shared gathering, while smaller events create space for more personal conversations.</w:t>
      </w:r>
      <w:r/>
    </w:p>
    <w:p>
      <w:r/>
      <w:r>
        <w:t>That combination matters in a city with a powerful Black LGBTQ+ cultural presence. A successful weekend isn't only measured by attendance or star names, but by whether people leave feeling seen, informed and connected.</w:t>
      </w:r>
      <w:r/>
    </w:p>
    <w:p>
      <w:r/>
      <w:r>
        <w:t>For anyone searching for an Atlanta Black Pride Weekend 2026 guide, the simplest advice is to follow the official event updates, choose a mix of celebration and education, and arrive ready to take part.</w:t>
      </w:r>
      <w:r/>
    </w:p>
    <w:p>
      <w:r/>
      <w:r>
        <w:t>Explore the programme, pace yourself and make space for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t xml:space="preserve">- Paragraph 17: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https://www.harlemworldmagazine.com/atlanta-harlems-bevy-smith-cynthia-bailey-porsha-williams-da-brat-judy-carlos-king-and-more-at-black-pride-weekend/</w:t>
        </w:r>
      </w:hyperlink>
      <w:r>
        <w:t xml:space="preserve"> - Please view link - unable to able to access data</w:t>
      </w:r>
      <w:r/>
    </w:p>
    <w:p>
      <w:pPr>
        <w:pStyle w:val="ListNumber"/>
        <w:spacing w:line="240" w:lineRule="auto"/>
        <w:ind w:left="720"/>
      </w:pPr>
      <w:r/>
      <w:hyperlink r:id="rId9">
        <w:r>
          <w:rPr>
            <w:color w:val="0000EE"/>
            <w:u w:val="single"/>
          </w:rPr>
          <w:t>https://www.harlemworldmagazine.com/atlanta-harlems-bevy-smith-cynthia-bailey-porsha-williams-da-brat-judy-carlos-king-and-more-at-black-pride-weekend/</w:t>
        </w:r>
      </w:hyperlink>
      <w:r>
        <w:t xml:space="preserve"> - Gilead Sciences significantly impacted the 2026 Atlanta Black Pride Weekend, uniting thousands from the Black LGBTQ+ community and allies. Their support spanned events like Cultural Architects, the 7th Annual Mayor’s Black Pride Reception, Pride + PrEP at V12, the Influencers’ Gala, and the Pure Heat Community Festival. These initiatives underscored Gilead's commitment to health equity and enhanced access to HIV education, prevention, and care resources. The weekend featured notable figures such as Bevy Smith, Cynthia Bailey, Porsha Williams, Da Brat, Judy, Carlos King, and more. The festivities included live entertainment, health resources, and community engagement, culminating in the Pure Heat Community Festival at Piedmont Park. A special award was presented to A Vision For Hope, a non-profit dedicated to supporting youth, seniors, and the LGBTQ+ community in Fulton County, Georgia.</w:t>
      </w:r>
      <w:r/>
    </w:p>
    <w:p>
      <w:pPr>
        <w:pStyle w:val="ListNumber"/>
        <w:spacing w:line="240" w:lineRule="auto"/>
        <w:ind w:left="720"/>
      </w:pPr>
      <w:r/>
      <w:hyperlink r:id="rId10">
        <w:r>
          <w:rPr>
            <w:color w:val="0000EE"/>
            <w:u w:val="single"/>
          </w:rPr>
          <w:t>https://blackatlanteans.com/post/atlanta-black-pride-weekend-2026</w:t>
        </w:r>
      </w:hyperlink>
      <w:r>
        <w:t xml:space="preserve"> - Atlanta Black Pride Weekend celebrated its 20th anniversary from September 2–7, 2026, under the theme 'Strength in Unity.' The event featured over 25 activities, including homecoming-style events, skating, adult field day fun, and color-themed parties. The Mayor’s Reception at Atlanta City Hall on September 3 honoured community leaders and organisations promoting inclusivity. The Pure Heat Community Festival on September 6 at Piedmont Park showcased live entertainment, health and wellness resources, and community engagement. The festival honoured GRAMMY Award winner Durand Bernarr with the 2026 Impact Award. Additional events included the Atlanta Black Pride Blood Drive and various empowerment brunches. (</w:t>
      </w:r>
      <w:hyperlink r:id="rId15">
        <w:r>
          <w:rPr>
            <w:color w:val="0000EE"/>
            <w:u w:val="single"/>
          </w:rPr>
          <w:t>blackatlanteans.com</w:t>
        </w:r>
      </w:hyperlink>
      <w:r>
        <w:t>)</w:t>
      </w:r>
      <w:r/>
    </w:p>
    <w:p>
      <w:pPr>
        <w:pStyle w:val="ListNumber"/>
        <w:spacing w:line="240" w:lineRule="auto"/>
        <w:ind w:left="720"/>
      </w:pPr>
      <w:r/>
      <w:hyperlink r:id="rId11">
        <w:r>
          <w:rPr>
            <w:color w:val="0000EE"/>
            <w:u w:val="single"/>
          </w:rPr>
          <w:t>https://www.downtownatl.com/news/atlanta-black-pride-weekend-20-years-2026</w:t>
        </w:r>
      </w:hyperlink>
      <w:r>
        <w:t xml:space="preserve"> - Atlanta Black Pride Weekend marked its 20th anniversary from September 2–7, 2026, with a full calendar of events across the city. The celebration included parties, brunches, a blood drive, a house ball, and the signature Pure Heat Community Festival. Co-founders Melissa Scott and Julius James highlighted the event's growth from grassroots gatherings to a nationally recognised celebration of Black LGBTQ+ life. (</w:t>
      </w:r>
      <w:hyperlink r:id="rId16">
        <w:r>
          <w:rPr>
            <w:color w:val="0000EE"/>
            <w:u w:val="single"/>
          </w:rPr>
          <w:t>downtownatl.com</w:t>
        </w:r>
      </w:hyperlink>
      <w:r>
        <w:t>)</w:t>
      </w:r>
      <w:r/>
    </w:p>
    <w:p>
      <w:pPr>
        <w:pStyle w:val="ListNumber"/>
        <w:spacing w:line="240" w:lineRule="auto"/>
        <w:ind w:left="720"/>
      </w:pPr>
      <w:r/>
      <w:hyperlink r:id="rId12">
        <w:r>
          <w:rPr>
            <w:color w:val="0000EE"/>
            <w:u w:val="single"/>
          </w:rPr>
          <w:t>https://roughdraftatlanta.com/2026/08/31/atlanta-black-pride-weekend-2026/</w:t>
        </w:r>
      </w:hyperlink>
      <w:r>
        <w:t xml:space="preserve"> - Atlanta Black Pride Weekend (ABPW) returned from September 2 to 7, 2026, featuring a week of entertainment, empowerment, and community engagement. Signature events included the 14th Annual Pure Heat Community Festival at Piedmont Park, Influencer’s Dinner, R&amp;B Brunch, empowerment brunches, and nightly parties at premier venues. Tickets, festival registration, and a complete schedule were available on Atlanta Black Pride’s website. (</w:t>
      </w:r>
      <w:hyperlink r:id="rId17">
        <w:r>
          <w:rPr>
            <w:color w:val="0000EE"/>
            <w:u w:val="single"/>
          </w:rPr>
          <w:t>roughdraftatlanta.com</w:t>
        </w:r>
      </w:hyperlink>
      <w:r>
        <w:t>)</w:t>
      </w:r>
      <w:r/>
    </w:p>
    <w:p>
      <w:pPr>
        <w:pStyle w:val="ListNumber"/>
        <w:spacing w:line="240" w:lineRule="auto"/>
        <w:ind w:left="720"/>
      </w:pPr>
      <w:r/>
      <w:hyperlink r:id="rId13">
        <w:r>
          <w:rPr>
            <w:color w:val="0000EE"/>
            <w:u w:val="single"/>
          </w:rPr>
          <w:t>https://atlantapride.org/event/atlanta-black-pride-2026/</w:t>
        </w:r>
      </w:hyperlink>
      <w:r>
        <w:t xml:space="preserve"> - Atlanta Black Pride, Inc. celebrated its 20th anniversary from September 2–7, 2026, with events promoting community leadership, education, healthy living, self-empowerment, economic growth, and political involvement. The annual Atlanta Black Pride Weekend took place over Labor Day Weekend, with signature Pride events scheduled for September 2–7, 2026. (</w:t>
      </w:r>
      <w:hyperlink r:id="rId18">
        <w:r>
          <w:rPr>
            <w:color w:val="0000EE"/>
            <w:u w:val="single"/>
          </w:rPr>
          <w:t>atlantapride.org</w:t>
        </w:r>
      </w:hyperlink>
      <w:r>
        <w:t>)</w:t>
      </w:r>
      <w:r/>
    </w:p>
    <w:p>
      <w:pPr>
        <w:pStyle w:val="ListNumber"/>
        <w:spacing w:line="240" w:lineRule="auto"/>
        <w:ind w:left="720"/>
      </w:pPr>
      <w:r/>
      <w:hyperlink r:id="rId14">
        <w:r>
          <w:rPr>
            <w:color w:val="0000EE"/>
            <w:u w:val="single"/>
          </w:rPr>
          <w:t>https://www.blackevents.us/blog/atl-black-pride-2026-guide</w:t>
        </w:r>
      </w:hyperlink>
      <w:r>
        <w:t xml:space="preserve"> - Labor Day weekend 2026 in Atlanta featured ATL Black Pride, the largest Black LGBTQ+ Pride event in the country. The weekend included parties, performances, community care, and the Pure Heat Community Festival in Piedmont Park. The 2026 weekend ran from Thursday, September 3 through Monday, September 7, with core party circuits from Friday to Sunday. Venues were distributed across Downtown, Midtown, Buckhead, Sandy Springs, Vinings, and private estates. The community layer was produced by In The Life Atlanta, and the party circuit by various promoters. (</w:t>
      </w:r>
      <w:hyperlink r:id="rId19">
        <w:r>
          <w:rPr>
            <w:color w:val="0000EE"/>
            <w:u w:val="single"/>
          </w:rPr>
          <w:t>blackevents.us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rlemworldmagazine.com/atlanta-harlems-bevy-smith-cynthia-bailey-porsha-williams-da-brat-judy-carlos-king-and-more-at-black-pride-weekend/" TargetMode="External"/><Relationship Id="rId10" Type="http://schemas.openxmlformats.org/officeDocument/2006/relationships/hyperlink" Target="https://blackatlanteans.com/post/atlanta-black-pride-weekend-2026" TargetMode="External"/><Relationship Id="rId11" Type="http://schemas.openxmlformats.org/officeDocument/2006/relationships/hyperlink" Target="https://www.downtownatl.com/news/atlanta-black-pride-weekend-20-years-2026" TargetMode="External"/><Relationship Id="rId12" Type="http://schemas.openxmlformats.org/officeDocument/2006/relationships/hyperlink" Target="https://roughdraftatlanta.com/2026/08/31/atlanta-black-pride-weekend-2026/" TargetMode="External"/><Relationship Id="rId13" Type="http://schemas.openxmlformats.org/officeDocument/2006/relationships/hyperlink" Target="https://atlantapride.org/event/atlanta-black-pride-2026/" TargetMode="External"/><Relationship Id="rId14" Type="http://schemas.openxmlformats.org/officeDocument/2006/relationships/hyperlink" Target="https://www.blackevents.us/blog/atl-black-pride-2026-guide" TargetMode="External"/><Relationship Id="rId15" Type="http://schemas.openxmlformats.org/officeDocument/2006/relationships/hyperlink" Target="https://blackatlanteans.com/post/atlanta-black-pride-weekend-2026?utm_source=openai" TargetMode="External"/><Relationship Id="rId16" Type="http://schemas.openxmlformats.org/officeDocument/2006/relationships/hyperlink" Target="https://www.downtownatl.com/news/atlanta-black-pride-weekend-20-years-2026?utm_source=openai" TargetMode="External"/><Relationship Id="rId17" Type="http://schemas.openxmlformats.org/officeDocument/2006/relationships/hyperlink" Target="https://roughdraftatlanta.com/2026/08/31/atlanta-black-pride-weekend-2026/?utm_source=openai" TargetMode="External"/><Relationship Id="rId18" Type="http://schemas.openxmlformats.org/officeDocument/2006/relationships/hyperlink" Target="https://atlantapride.org/event/atlanta-black-pride-2026/?utm_source=openai" TargetMode="External"/><Relationship Id="rId19" Type="http://schemas.openxmlformats.org/officeDocument/2006/relationships/hyperlink" Target="https://www.blackevents.us/blog/atl-black-pride-2026-gu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