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AI safety debate revisits humanity's limits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Researchers, ethicists and technology leaders are once again asking how far human innovation should go. From Dolly the sheep's cloning breakthrough to today's fast-moving artificial intelligence, the debate matters because scientific progress can reshape everyday life long before society has agreed on the rules.</w:t>
      </w:r>
      <w:r/>
    </w:p>
    <w:p>
      <w:pPr>
        <w:pStyle w:val="Heading2"/>
      </w:pPr>
      <w:r>
        <w:t>Essential Takeaways</w:t>
      </w:r>
      <w:r/>
      <w:r/>
    </w:p>
    <w:p>
      <w:pPr>
        <w:pStyle w:val="ListBullet"/>
        <w:spacing w:line="240" w:lineRule="auto"/>
        <w:ind w:left="720"/>
      </w:pPr>
      <w:r/>
      <w:r>
        <w:rPr>
          <w:b/>
        </w:rPr>
        <w:t>Dolly changed the conversation:</w:t>
      </w:r>
      <w:r>
        <w:t xml:space="preserve"> The sheep became a global symbol of cloning's scientific promise and ethical unease.</w:t>
      </w:r>
      <w:r/>
    </w:p>
    <w:p>
      <w:pPr>
        <w:pStyle w:val="ListBullet"/>
        <w:spacing w:line="240" w:lineRule="auto"/>
        <w:ind w:left="720"/>
      </w:pPr>
      <w:r/>
      <w:r>
        <w:rPr>
          <w:b/>
        </w:rPr>
        <w:t>Public caution remains strong:</w:t>
      </w:r>
      <w:r>
        <w:t xml:space="preserve"> Pew Research found many Americans continued to view human cloning sceptically two decades after Dolly.</w:t>
      </w:r>
      <w:r/>
    </w:p>
    <w:p>
      <w:pPr>
        <w:pStyle w:val="ListBullet"/>
        <w:spacing w:line="240" w:lineRule="auto"/>
        <w:ind w:left="720"/>
      </w:pPr>
      <w:r/>
      <w:r>
        <w:rPr>
          <w:b/>
        </w:rPr>
        <w:t>Cloning has not produced human copies:</w:t>
      </w:r>
      <w:r>
        <w:t xml:space="preserve"> Ethical, medical and technical barriers have kept human cloning out of mainstream science.</w:t>
      </w:r>
      <w:r/>
    </w:p>
    <w:p>
      <w:pPr>
        <w:pStyle w:val="ListBullet"/>
        <w:spacing w:line="240" w:lineRule="auto"/>
        <w:ind w:left="720"/>
      </w:pPr>
      <w:r/>
      <w:r>
        <w:rPr>
          <w:b/>
        </w:rPr>
        <w:t>AI raises a newer challenge:</w:t>
      </w:r>
      <w:r>
        <w:t xml:space="preserve"> Unlike a single laboratory breakthrough, AI is spreading rapidly across workplaces, services and research.</w:t>
      </w:r>
      <w:r/>
    </w:p>
    <w:p>
      <w:pPr>
        <w:pStyle w:val="ListBullet"/>
        <w:spacing w:line="240" w:lineRule="auto"/>
        <w:ind w:left="720"/>
      </w:pPr>
      <w:r/>
      <w:r>
        <w:rPr>
          <w:b/>
        </w:rPr>
        <w:t>Limits need discussion:</w:t>
      </w:r>
      <w:r>
        <w:t xml:space="preserve"> Clear oversight can help innovation develop without leaving safety and public trust behind.</w:t>
      </w:r>
      <w:r/>
      <w:r/>
    </w:p>
    <w:p>
      <w:pPr>
        <w:pStyle w:val="Heading2"/>
      </w:pPr>
      <w:r>
        <w:t>Dolly's legacy still looms large</w:t>
      </w:r>
      <w:r/>
    </w:p>
    <w:p>
      <w:r/>
      <w:r>
        <w:t>Few scientific stories have carried quite as much drama as Dolly the sheep. Born in 1996, she became the first mammal cloned from an adult cell, turning an abstract laboratory idea into a living, breathing animal with a famously soft face and an enormous cultural footprint.</w:t>
      </w:r>
      <w:r/>
    </w:p>
    <w:p>
      <w:r/>
      <w:r>
        <w:t>The breakthrough quickly prompted a difficult question: if scientists could clone a sheep, what might come next? The Guardian reported that the achievement intensified arguments about human cloning, while researchers stressed that reproducing the experiment in people would involve serious medical and ethical risks.</w:t>
      </w:r>
      <w:r/>
    </w:p>
    <w:p>
      <w:r/>
      <w:r>
        <w:t>Dolly's story also shows why public debate often moves faster than regulation. A single scientific milestone can make tomorrow's possibilities feel uncomfortably close, even when the technology remains far from practical use.</w:t>
      </w:r>
      <w:r/>
    </w:p>
    <w:p>
      <w:pPr>
        <w:pStyle w:val="Heading2"/>
      </w:pPr>
      <w:r>
        <w:t>Why human cloning never followed</w:t>
      </w:r>
      <w:r/>
    </w:p>
    <w:p>
      <w:r/>
      <w:r>
        <w:t>The simple version of the story is that cloning is possible in some animals, but that doesn't make human cloning safe or acceptable. Scientific American noted that animal cloning has faced high failure rates, health complications and difficult developmental problems, all of which make the leap to humans especially fraught.</w:t>
      </w:r>
      <w:r/>
    </w:p>
    <w:p>
      <w:r/>
      <w:r>
        <w:t>Researchers have also had no shortage of ethical objections. Wired reported in 2001 that Dolly's creators opposed attempting human cloning, highlighting the danger of treating people as experimental subjects while the science remained uncertain.</w:t>
      </w:r>
      <w:r/>
    </w:p>
    <w:p>
      <w:r/>
      <w:r>
        <w:t>That caution matters. A failed consumer gadget can be returned, but a failed reproductive experiment could cause permanent harm. The gap between what can be attempted and what should be attempted is where serious science policy earns its keep.</w:t>
      </w:r>
      <w:r/>
    </w:p>
    <w:p>
      <w:pPr>
        <w:pStyle w:val="Heading2"/>
      </w:pPr>
      <w:r>
        <w:t>Public opinion has stayed wary</w:t>
      </w:r>
      <w:r/>
    </w:p>
    <w:p>
      <w:r/>
      <w:r>
        <w:t>Dolly didn't make cloning feel ordinary. Pew Research found in 2017 that Americans remained broadly sceptical about human cloning, despite two decades of headlines and advances in genetics.</w:t>
      </w:r>
      <w:r/>
    </w:p>
    <w:p>
      <w:r/>
      <w:r>
        <w:t>That hesitation isn't necessarily anti-science. It reflects a more practical concern: people want to know who benefits, who carries the risk and whether a technology can be controlled once it leaves the laboratory. Those questions now sound familiar in discussions about gene editing, automated decision-making and artificial intelligence.</w:t>
      </w:r>
      <w:r/>
    </w:p>
    <w:p>
      <w:r/>
      <w:r>
        <w:t>In other words, the public isn't only asking whether scientists can cross a technical boundary. It's asking whether society has built the safeguards, accountability and consent needed to cross it responsibly.</w:t>
      </w:r>
      <w:r/>
    </w:p>
    <w:p>
      <w:pPr>
        <w:pStyle w:val="Heading2"/>
      </w:pPr>
      <w:r>
        <w:t>AI has made the limits feel immediate</w:t>
      </w:r>
      <w:r/>
    </w:p>
    <w:p>
      <w:r/>
      <w:r>
        <w:t>Artificial intelligence has sharpened the debate because it is arriving at remarkable speed. Unlike cloning, which remained concentrated in specialist laboratories, AI tools are appearing in offices, schools, hospitals and homes, often before users fully understand how they work.</w:t>
      </w:r>
      <w:r/>
    </w:p>
    <w:p>
      <w:r/>
      <w:r>
        <w:t>Nature's reporting on emerging AI concerns reflects the growing unease around systems that may become more capable, autonomous or difficult to supervise. The conversation has shifted from distant speculation to practical questions about misinformation, employment, privacy and control.</w:t>
      </w:r>
      <w:r/>
    </w:p>
    <w:p>
      <w:r/>
      <w:r>
        <w:t>That doesn't mean every alarming prediction will come true. It does mean the technology deserves more than breathless enthusiasm or apocalyptic headlines. A useful rule is simple: the faster a system spreads, the earlier its risks should be tested in public.</w:t>
      </w:r>
      <w:r/>
    </w:p>
    <w:p>
      <w:pPr>
        <w:pStyle w:val="Heading2"/>
      </w:pPr>
      <w:r>
        <w:t>How to judge the next breakthrough</w:t>
      </w:r>
      <w:r/>
    </w:p>
    <w:p>
      <w:r/>
      <w:r>
        <w:t>Consumers don't need to become geneticists or machine-learning engineers to take part in the conversation. Start by asking what a new technology actually does, which evidence supports the claims and whether independent experts have tested the risks.</w:t>
      </w:r>
      <w:r/>
    </w:p>
    <w:p>
      <w:r/>
      <w:r>
        <w:t>It also helps to separate different issues. Human cloning, animal research and AI may all raise questions about limits, but they involve distinct scientific, legal and moral concerns. Live Science's explanation of why human cloning has not happened underlines how many technical and ethical barriers remain in place.</w:t>
      </w:r>
      <w:r/>
    </w:p>
    <w:p>
      <w:r/>
      <w:r>
        <w:t>The most sensible approach is neither panic nor blind faith. Progress is valuable, but it should come with transparency, independent oversight and room to pause when evidence shows that a system isn't ready.</w:t>
      </w:r>
      <w:r/>
    </w:p>
    <w:p>
      <w:r/>
      <w:r>
        <w:t>Innovation is at its best when ambition is matched by responsibility.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5">
        <w:r>
          <w:rPr>
            <w:color w:val="0000EE"/>
            <w:u w:val="single"/>
          </w:rPr>
          <w:t>[2]</w:t>
        </w:r>
      </w:hyperlink>
      <w:r>
        <w:t xml:space="preserve">- Paragraph 5: </w:t>
      </w:r>
      <w:hyperlink r:id="rId15">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https://www.haber7.com/yazarlar/hasan-ozturk/3659665-insanin-siniri-nereye-kadar</w:t>
        </w:r>
      </w:hyperlink>
      <w:r>
        <w:t xml:space="preserve"> - Please view link - unable to able to access data</w:t>
      </w:r>
      <w:r/>
    </w:p>
    <w:p>
      <w:pPr>
        <w:pStyle w:val="ListNumber"/>
        <w:spacing w:line="240" w:lineRule="auto"/>
        <w:ind w:left="720"/>
      </w:pPr>
      <w:r/>
      <w:hyperlink r:id="rId15">
        <w:r>
          <w:rPr>
            <w:color w:val="0000EE"/>
            <w:u w:val="single"/>
          </w:rPr>
          <w:t>https://www.nature.com/articles/d41586-026-02096-1</w:t>
        </w:r>
      </w:hyperlink>
      <w:r>
        <w:t xml:space="preserve"> - This article discusses the enduring legacy of Dolly the sheep, the first mammal cloned from an adult cell. It highlights how Dolly's creation demonstrated that an adult cell can be reprogrammed to an embryonic state, leading to advancements in stem cell research and gene-editing technologies. The piece also addresses the ethical considerations and public reactions to cloning, noting that while reproductive cloning has not been pursued in humans, other reproductive technologies have advanced significantly since Dolly's birth.</w:t>
      </w:r>
      <w:r/>
    </w:p>
    <w:p>
      <w:pPr>
        <w:pStyle w:val="ListNumber"/>
        <w:spacing w:line="240" w:lineRule="auto"/>
        <w:ind w:left="720"/>
      </w:pPr>
      <w:r/>
      <w:hyperlink r:id="rId10">
        <w:r>
          <w:rPr>
            <w:color w:val="0000EE"/>
            <w:u w:val="single"/>
          </w:rPr>
          <w:t>https://www.pewresearch.org/short-reads/2017/02/22/20-years-after-dolly-the-sheeps-debut-americans-remain-skeptical-of-cloning/</w:t>
        </w:r>
      </w:hyperlink>
      <w:r>
        <w:t xml:space="preserve"> - This report presents findings from a Pew Research Center survey conducted 20 years after the debut of Dolly the sheep, revealing that a significant majority of Americans remain sceptical about cloning. The survey indicates that 81% of American adults believe cloning a human being is not morally acceptable, reflecting persistent ethical concerns and public apprehension regarding cloning technologies.</w:t>
      </w:r>
      <w:r/>
    </w:p>
    <w:p>
      <w:pPr>
        <w:pStyle w:val="ListNumber"/>
        <w:spacing w:line="240" w:lineRule="auto"/>
        <w:ind w:left="720"/>
      </w:pPr>
      <w:r/>
      <w:hyperlink r:id="rId11">
        <w:r>
          <w:rPr>
            <w:color w:val="0000EE"/>
            <w:u w:val="single"/>
          </w:rPr>
          <w:t>https://www.scientificamerican.com/article/20-years-after-dolly-the-sheep-led-the-way-where-is-cloning-now/</w:t>
        </w:r>
      </w:hyperlink>
      <w:r>
        <w:t xml:space="preserve"> - This article reflects on the state of cloning two decades after Dolly the sheep's creation. It discusses the scientific advancements in cloning and stem cell research that have occurred since Dolly's birth, noting that while cloning has had a significant impact on science, its application in human life has been more limited than initially anticipated. The piece also touches on the ethical debates surrounding cloning and the challenges in translating scientific breakthroughs into practical applications.</w:t>
      </w:r>
      <w:r/>
    </w:p>
    <w:p>
      <w:pPr>
        <w:pStyle w:val="ListNumber"/>
        <w:spacing w:line="240" w:lineRule="auto"/>
        <w:ind w:left="720"/>
      </w:pPr>
      <w:r/>
      <w:hyperlink r:id="rId12">
        <w:r>
          <w:rPr>
            <w:color w:val="0000EE"/>
            <w:u w:val="single"/>
          </w:rPr>
          <w:t>https://www.theguardian.com/science/2001/mar/29/genetics.highereducation</w:t>
        </w:r>
      </w:hyperlink>
      <w:r>
        <w:t xml:space="preserve"> - In this article, Ian Wilmut, the scientist who led the team behind Dolly the sheep, expresses strong opposition to human cloning. He warns of the high toll of miscarriages and deformities associated with cloning techniques, emphasizing the ethical and biological challenges of applying cloning methods to humans. Wilmut's stance highlights the complexities and potential risks involved in cloning research.</w:t>
      </w:r>
      <w:r/>
    </w:p>
    <w:p>
      <w:pPr>
        <w:pStyle w:val="ListNumber"/>
        <w:spacing w:line="240" w:lineRule="auto"/>
        <w:ind w:left="720"/>
      </w:pPr>
      <w:r/>
      <w:hyperlink r:id="rId13">
        <w:r>
          <w:rPr>
            <w:color w:val="0000EE"/>
            <w:u w:val="single"/>
          </w:rPr>
          <w:t>https://www.wired.com/2001/03/dolly-cloners-abhor-human-tests/</w:t>
        </w:r>
      </w:hyperlink>
      <w:r>
        <w:t xml:space="preserve"> - This article reports on the views of the scientists who first cloned Dolly the sheep, Ian Wilmut and Rudolf Jaenisch, regarding human cloning. They describe the techniques used in animal cloning as 'dangerous and irresponsible' for humans, citing the likelihood of producing defective babies and the potential for numerous abnormalities. Their perspective underscores the significant ethical and scientific concerns associated with human cloning.</w:t>
      </w:r>
      <w:r/>
    </w:p>
    <w:p>
      <w:pPr>
        <w:pStyle w:val="ListNumber"/>
        <w:spacing w:line="240" w:lineRule="auto"/>
        <w:ind w:left="720"/>
      </w:pPr>
      <w:r/>
      <w:hyperlink r:id="rId14">
        <w:r>
          <w:rPr>
            <w:color w:val="0000EE"/>
            <w:u w:val="single"/>
          </w:rPr>
          <w:t>https://www.livescience.com/why-no-human-cloning-yet</w:t>
        </w:r>
      </w:hyperlink>
      <w:r>
        <w:t xml:space="preserve"> - This article explores the reasons why human cloning has not been achieved, despite the successful cloning of animals like Dolly the sheep. It discusses both ethical considerations and technological barriers, noting that cloning can introduce profound genetic errors, leading to early and painful death. The piece also highlights the public's scepticism and the ongoing debates surrounding the morality and feasibility of human cloning.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ber7.com/yazarlar/hasan-ozturk/3659665-insanin-siniri-nereye-kadar" TargetMode="External"/><Relationship Id="rId10" Type="http://schemas.openxmlformats.org/officeDocument/2006/relationships/hyperlink" Target="https://www.pewresearch.org/short-reads/2017/02/22/20-years-after-dolly-the-sheeps-debut-americans-remain-skeptical-of-cloning/" TargetMode="External"/><Relationship Id="rId11" Type="http://schemas.openxmlformats.org/officeDocument/2006/relationships/hyperlink" Target="https://www.scientificamerican.com/article/20-years-after-dolly-the-sheep-led-the-way-where-is-cloning-now/" TargetMode="External"/><Relationship Id="rId12" Type="http://schemas.openxmlformats.org/officeDocument/2006/relationships/hyperlink" Target="https://www.theguardian.com/science/2001/mar/29/genetics.highereducation" TargetMode="External"/><Relationship Id="rId13" Type="http://schemas.openxmlformats.org/officeDocument/2006/relationships/hyperlink" Target="https://www.wired.com/2001/03/dolly-cloners-abhor-human-tests/" TargetMode="External"/><Relationship Id="rId14" Type="http://schemas.openxmlformats.org/officeDocument/2006/relationships/hyperlink" Target="https://www.livescience.com/why-no-human-cloning-yet" TargetMode="External"/><Relationship Id="rId15" Type="http://schemas.openxmlformats.org/officeDocument/2006/relationships/hyperlink" Target="https://www.nature.com/articles/d41586-026-0209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