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Fishers Pride Festival 2026: Free Family-Friendly Event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friends and allies are heading to Billericay Park in Fishers on Saturday, 19 September, for the free Fishers Pride Festival. Running from noon to 5pm, the welcoming community event will bring together live music, food, local makers and family activities under this year's message, "Every Family Matters".</w:t>
      </w:r>
      <w:r/>
    </w:p>
    <w:p>
      <w:pPr>
        <w:pStyle w:val="Heading2"/>
      </w:pPr>
      <w:r>
        <w:t>Essential Takeaways</w:t>
      </w:r>
      <w:r/>
      <w:r/>
    </w:p>
    <w:p>
      <w:pPr>
        <w:pStyle w:val="ListBullet"/>
        <w:spacing w:line="240" w:lineRule="auto"/>
        <w:ind w:left="720"/>
      </w:pPr>
      <w:r/>
      <w:r>
        <w:rPr>
          <w:b/>
        </w:rPr>
        <w:t>When:</w:t>
      </w:r>
      <w:r>
        <w:t xml:space="preserve"> Saturday, 19 September, from noon to 5pm.</w:t>
      </w:r>
      <w:r/>
    </w:p>
    <w:p>
      <w:pPr>
        <w:pStyle w:val="ListBullet"/>
        <w:spacing w:line="240" w:lineRule="auto"/>
        <w:ind w:left="720"/>
      </w:pPr>
      <w:r/>
      <w:r>
        <w:rPr>
          <w:b/>
        </w:rPr>
        <w:t>Where:</w:t>
      </w:r>
      <w:r>
        <w:t xml:space="preserve"> Billericay Park in Fishers.</w:t>
      </w:r>
      <w:r/>
    </w:p>
    <w:p>
      <w:pPr>
        <w:pStyle w:val="ListBullet"/>
        <w:spacing w:line="240" w:lineRule="auto"/>
        <w:ind w:left="720"/>
      </w:pPr>
      <w:r/>
      <w:r>
        <w:rPr>
          <w:b/>
        </w:rPr>
        <w:t>Entry:</w:t>
      </w:r>
      <w:r>
        <w:t xml:space="preserve"> Admission is free, making it an easy day out for families and visitors.</w:t>
      </w:r>
      <w:r/>
    </w:p>
    <w:p>
      <w:pPr>
        <w:pStyle w:val="ListBullet"/>
        <w:spacing w:line="240" w:lineRule="auto"/>
        <w:ind w:left="720"/>
      </w:pPr>
      <w:r/>
      <w:r>
        <w:rPr>
          <w:b/>
        </w:rPr>
        <w:t>What's planned:</w:t>
      </w:r>
      <w:r>
        <w:t xml:space="preserve"> Live entertainment from Rock Garage, food, local artists, a silent auction and arts and crafts.</w:t>
      </w:r>
      <w:r/>
    </w:p>
    <w:p>
      <w:pPr>
        <w:pStyle w:val="ListBullet"/>
        <w:spacing w:line="240" w:lineRule="auto"/>
        <w:ind w:left="720"/>
      </w:pPr>
      <w:r/>
      <w:r>
        <w:rPr>
          <w:b/>
        </w:rPr>
        <w:t>Who it's for:</w:t>
      </w:r>
      <w:r>
        <w:t xml:space="preserve"> LGBTQ+ people, families, friends and allies of all ages.</w:t>
      </w:r>
      <w:r/>
      <w:r/>
    </w:p>
    <w:p>
      <w:pPr>
        <w:pStyle w:val="Heading2"/>
      </w:pPr>
      <w:r>
        <w:t>A free celebration with a big-hearted message</w:t>
      </w:r>
      <w:r/>
    </w:p>
    <w:p>
      <w:r/>
      <w:r>
        <w:t>The Fishers Pride Festival 2026 is built around a simple idea: family doesn't come in just one shape. This year's "Every Family Matters" theme puts belonging front and centre, with organisers inviting LGBTQ+ residents, relatives, friends and allies to share an afternoon at Billericay Park.</w:t>
      </w:r>
      <w:r/>
    </w:p>
    <w:p>
      <w:r/>
      <w:r>
        <w:t>That makes the festival feel less like a formal civic occasion and more like a relaxed community gathering. According to the festival listing, the event is designed to celebrate LGBTQ+ visibility, inclusion, equality and belonging, while giving people plenty of reasons to linger.</w:t>
      </w:r>
      <w:r/>
    </w:p>
    <w:p>
      <w:pPr>
        <w:pStyle w:val="Heading2"/>
      </w:pPr>
      <w:r>
        <w:t>Music, food and plenty to browse</w:t>
      </w:r>
      <w:r/>
    </w:p>
    <w:p>
      <w:r/>
      <w:r>
        <w:t>Rock Garage will provide the live entertainment, bringing an energetic soundtrack to the afternoon. There'll also be food, local artists and participating organisations, businesses and vendors, so visitors can expect a mix of performances, conversation and browsing rather than a single main attraction.</w:t>
      </w:r>
      <w:r/>
    </w:p>
    <w:p>
      <w:r/>
      <w:r>
        <w:t>A silent auction adds another way to get involved. Meanwhile, the family activity area will offer arts and crafts, giving younger visitors something colourful and hands-on to do while adults explore the stalls or catch up with friends.</w:t>
      </w:r>
      <w:r/>
    </w:p>
    <w:p>
      <w:pPr>
        <w:pStyle w:val="Heading2"/>
      </w:pPr>
      <w:r>
        <w:t>Why the family focus matters</w:t>
      </w:r>
      <w:r/>
    </w:p>
    <w:p>
      <w:r/>
      <w:r>
        <w:t>The "Every Family Matters" theme recognises that support networks can be built in many ways. They might include relatives, partners, close friends, neighbours or chosen family, and the festival aims to make space for all of them.</w:t>
      </w:r>
      <w:r/>
    </w:p>
    <w:p>
      <w:r/>
      <w:r>
        <w:t>That message is particularly visible in the event's all-ages approach. Fishers Pride's festival listing presents the gathering as an opportunity for people to celebrate connection as much as identity, which should make it a comfortable introduction for anyone attending for the first time.</w:t>
      </w:r>
      <w:r/>
    </w:p>
    <w:p>
      <w:pPr>
        <w:pStyle w:val="Heading2"/>
      </w:pPr>
      <w:r>
        <w:t>Planning your visit to Billericay Park</w:t>
      </w:r>
      <w:r/>
    </w:p>
    <w:p>
      <w:r/>
      <w:r>
        <w:t>With free admission and a five-hour programme, visitors can keep the day as casual as they like. Arrive early if you'd prefer time to look around before the busiest period, or drop in later for food, music and the family activities.</w:t>
      </w:r>
      <w:r/>
    </w:p>
    <w:p>
      <w:r/>
      <w:r>
        <w:t>It's worth checking the Fishers Pride website and the organisation's Facebook and Instagram pages before setting off. Event details can change, and those channels are the best place to look for updates, timings and any last-minute announcements.</w:t>
      </w:r>
      <w:r/>
    </w:p>
    <w:p>
      <w:pPr>
        <w:pStyle w:val="Heading2"/>
      </w:pPr>
      <w:r>
        <w:t>A welcoming date for the local calendar</w:t>
      </w:r>
      <w:r/>
    </w:p>
    <w:p>
      <w:r/>
      <w:r>
        <w:t>Community festivals work best when they offer both a clear purpose and an easy invitation. This one combines a message about respect and belonging with the practical pleasures of a Saturday outdoors: music, snacks, handmade goods and a few hours away from the usual routine.</w:t>
      </w:r>
      <w:r/>
    </w:p>
    <w:p>
      <w:r/>
      <w:r>
        <w:t>For Fishers residents and visitors, the festival looks set to be a bright, open afternoon where families can show up as they are. Sometimes the most meaningful community events are also the simplest.</w:t>
      </w:r>
      <w:r/>
    </w:p>
    <w:p>
      <w:r/>
      <w:r>
        <w:t>It's a free, friendly way to celebrate the many forms family can take.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https://www.larryinfishers.com/2026/09/15/fishers-pride-festival-set-for-sept-19-at-billericay-park/</w:t>
        </w:r>
      </w:hyperlink>
      <w:r>
        <w:t xml:space="preserve"> - Please view link - unable to able to access data</w:t>
      </w:r>
      <w:r/>
    </w:p>
    <w:p>
      <w:pPr>
        <w:pStyle w:val="ListNumber"/>
        <w:spacing w:line="240" w:lineRule="auto"/>
        <w:ind w:left="720"/>
      </w:pPr>
      <w:r/>
      <w:hyperlink r:id="rId10">
        <w:r>
          <w:rPr>
            <w:color w:val="0000EE"/>
            <w:u w:val="single"/>
          </w:rPr>
          <w:t>https://www.fisherspridefestival.com/</w:t>
        </w:r>
      </w:hyperlink>
      <w:r>
        <w:t xml:space="preserve"> - Fishers PRIDE, Inc. is a community organisation that celebrates diversity, inclusivity, and love. They host year-round activities for members of the LGBTQIA+ communities and allies. The Fishers PRIDE Fest 2026 is scheduled for Saturday, 19 September, from 12:00 pm to 5:00 pm at Billericay Park in Fishers. The festival will feature live entertainment, community vendors, family activities, and a celebration of diversity and inclusion in Hamilton County. Admission is free and open to all.</w:t>
      </w:r>
      <w:r/>
    </w:p>
    <w:p>
      <w:pPr>
        <w:pStyle w:val="ListNumber"/>
        <w:spacing w:line="240" w:lineRule="auto"/>
        <w:ind w:left="720"/>
      </w:pPr>
      <w:r/>
      <w:hyperlink r:id="rId11">
        <w:r>
          <w:rPr>
            <w:color w:val="0000EE"/>
            <w:u w:val="single"/>
          </w:rPr>
          <w:t>https://www.townplanner.com/fishers/in/event/shows-festivals-and-fairs/fishers-pride-festival/20260919/879121/</w:t>
        </w:r>
      </w:hyperlink>
      <w:r>
        <w:t xml:space="preserve"> - The Fishers Pride Festival is set for Saturday, 19 September 2026, from 12:00 pm to 5:00 pm at Billericay Park, located at 12690 Promise Road, Fishers, IN 46038. The event includes fun activities, live performances, delicious food, and much more. Fishers PRIDE is a community organisation that celebrates diversity, inclusivity, and love, hosting year-round activities for members of the LGBTQIA+ communities and allies.</w:t>
      </w:r>
      <w:r/>
    </w:p>
    <w:p>
      <w:pPr>
        <w:pStyle w:val="ListNumber"/>
        <w:spacing w:line="240" w:lineRule="auto"/>
        <w:ind w:left="720"/>
      </w:pPr>
      <w:r/>
      <w:hyperlink r:id="rId12">
        <w:r>
          <w:rPr>
            <w:color w:val="0000EE"/>
            <w:u w:val="single"/>
          </w:rPr>
          <w:t>https://www.fishers100.com/</w:t>
        </w:r>
      </w:hyperlink>
      <w:r>
        <w:t xml:space="preserve"> - Fishers100.com is a local guide providing information on events, businesses, and services in Fishers, Indiana. The website lists the Fishers PRIDE Fest 2026, scheduled for Saturday, 19 September 2026, from 12:00 pm to 5:00 pm at Billericay Park, 12690 Promise Road, Fishers, IN 46038. The event is free and open to all, featuring live entertainment, community vendors, family activities, and a celebration of diversity and inclusion in Hamilton County.</w:t>
      </w:r>
      <w:r/>
    </w:p>
    <w:p>
      <w:pPr>
        <w:pStyle w:val="ListNumber"/>
        <w:spacing w:line="240" w:lineRule="auto"/>
        <w:ind w:left="720"/>
      </w:pPr>
      <w:r/>
      <w:hyperlink r:id="rId13">
        <w:r>
          <w:rPr>
            <w:color w:val="0000EE"/>
            <w:u w:val="single"/>
          </w:rPr>
          <w:t>https://www.onezonechamber.com/events/48788</w:t>
        </w:r>
      </w:hyperlink>
      <w:r>
        <w:t xml:space="preserve"> - The OneZone Chamber of Commerce provides information on local events in Fishers, Indiana. The Girl Scout Welcome Bazaar is scheduled for Sunday, 20 September 2026, from 3:00 pm to 5:00 pm at Billericay Park, 12690 Promise Road, Fishers, IN 46038. The event is designed for new and returning Girl Scouts, parents, and volunteers to learn about events and get supplies.</w:t>
      </w:r>
      <w:r/>
    </w:p>
    <w:p>
      <w:pPr>
        <w:pStyle w:val="ListNumber"/>
        <w:spacing w:line="240" w:lineRule="auto"/>
        <w:ind w:left="720"/>
      </w:pPr>
      <w:r/>
      <w:hyperlink r:id="rId14">
        <w:r>
          <w:rPr>
            <w:color w:val="0000EE"/>
            <w:u w:val="single"/>
          </w:rPr>
          <w:t>https://fishersparks.com/events/category/entertainment/month/</w:t>
        </w:r>
      </w:hyperlink>
      <w:r>
        <w:t xml:space="preserve"> - The Fishers Parks Department lists upcoming events in Fishers, Indiana. The Fishers Farmers Market is scheduled for Saturday, 19 September 2026, from 8:00 am to 12:00 pm at the Nickel Plate District Amphitheater. The market offers local produce, baked goods, artisan products, and more. The event is free and open to the public.</w:t>
      </w:r>
      <w:r/>
    </w:p>
    <w:p>
      <w:pPr>
        <w:pStyle w:val="ListNumber"/>
        <w:spacing w:line="240" w:lineRule="auto"/>
        <w:ind w:left="720"/>
      </w:pPr>
      <w:r/>
      <w:hyperlink r:id="rId15">
        <w:r>
          <w:rPr>
            <w:color w:val="0000EE"/>
            <w:u w:val="single"/>
          </w:rPr>
          <w:t>https://happeningnext.com/event/fishers-pride-festival-weekend-drag-show-eid3a0e2pjqea</w:t>
        </w:r>
      </w:hyperlink>
      <w:r>
        <w:t xml:space="preserve"> - The Fishers Pride Festival Weekend Drag Show is scheduled for Sunday, 20 September 2026, from 10:00 am to 2:00 pm at The Wellington Fishers Banquet and Conference Center, 9775 North by Northeast Blvd, Fishers, IN. The event includes brunch, music, and performances by drag queens and kings. Tickets are available for purchase.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rryinfishers.com/2026/09/15/fishers-pride-festival-set-for-sept-19-at-billericay-park/" TargetMode="External"/><Relationship Id="rId10" Type="http://schemas.openxmlformats.org/officeDocument/2006/relationships/hyperlink" Target="https://www.fisherspridefestival.com/" TargetMode="External"/><Relationship Id="rId11" Type="http://schemas.openxmlformats.org/officeDocument/2006/relationships/hyperlink" Target="https://www.townplanner.com/fishers/in/event/shows-festivals-and-fairs/fishers-pride-festival/20260919/879121/" TargetMode="External"/><Relationship Id="rId12" Type="http://schemas.openxmlformats.org/officeDocument/2006/relationships/hyperlink" Target="https://www.fishers100.com/" TargetMode="External"/><Relationship Id="rId13" Type="http://schemas.openxmlformats.org/officeDocument/2006/relationships/hyperlink" Target="https://www.onezonechamber.com/events/48788" TargetMode="External"/><Relationship Id="rId14" Type="http://schemas.openxmlformats.org/officeDocument/2006/relationships/hyperlink" Target="https://fishersparks.com/events/category/entertainment/month/" TargetMode="External"/><Relationship Id="rId15" Type="http://schemas.openxmlformats.org/officeDocument/2006/relationships/hyperlink" Target="https://happeningnext.com/event/fishers-pride-festival-weekend-drag-show-eid3a0e2pjqe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