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X-Men reboot casting news as Gen V star joins Marvel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Marvel fans have a fresh reason to look skywards: Gen V actor Asa Germann has reportedly joined the new X-Men film as Angel. The casting connects a buzzy superhero satire with one of Marvel's most recognisable mutant teams, giving the reboot an appealing blend of familiar comic-book history and modern screen energy.</w:t>
      </w:r>
      <w:r/>
    </w:p>
    <w:p>
      <w:pPr>
        <w:pStyle w:val="Heading2"/>
      </w:pPr>
      <w:r>
        <w:t>Essential Takeaways</w:t>
      </w:r>
      <w:r/>
      <w:r/>
    </w:p>
    <w:p>
      <w:pPr>
        <w:pStyle w:val="ListBullet"/>
        <w:spacing w:line="240" w:lineRule="auto"/>
        <w:ind w:left="720"/>
      </w:pPr>
      <w:r/>
      <w:r>
        <w:rPr>
          <w:b/>
        </w:rPr>
        <w:t>A major mutant role:</w:t>
      </w:r>
      <w:r>
        <w:t xml:space="preserve"> Asa Germann is set to play Angel in Marvel's upcoming X-Men film.</w:t>
      </w:r>
      <w:r/>
    </w:p>
    <w:p>
      <w:pPr>
        <w:pStyle w:val="ListBullet"/>
        <w:spacing w:line="240" w:lineRule="auto"/>
        <w:ind w:left="720"/>
      </w:pPr>
      <w:r/>
      <w:r>
        <w:rPr>
          <w:b/>
        </w:rPr>
        <w:t>A striking crossover:</w:t>
      </w:r>
      <w:r>
        <w:t xml:space="preserve"> The actor is best known for Gen V, a sharp-edged superhero spin-off.</w:t>
      </w:r>
      <w:r/>
    </w:p>
    <w:p>
      <w:pPr>
        <w:pStyle w:val="ListBullet"/>
        <w:spacing w:line="240" w:lineRule="auto"/>
        <w:ind w:left="720"/>
      </w:pPr>
      <w:r/>
      <w:r>
        <w:rPr>
          <w:b/>
        </w:rPr>
        <w:t>A classic character:</w:t>
      </w:r>
      <w:r>
        <w:t xml:space="preserve"> Angel is a winged mutant with deep roots in X-Men comics.</w:t>
      </w:r>
      <w:r/>
    </w:p>
    <w:p>
      <w:pPr>
        <w:pStyle w:val="ListBullet"/>
        <w:spacing w:line="240" w:lineRule="auto"/>
        <w:ind w:left="720"/>
      </w:pPr>
      <w:r/>
      <w:r>
        <w:rPr>
          <w:b/>
        </w:rPr>
        <w:t>Fan interest is building:</w:t>
      </w:r>
      <w:r>
        <w:t xml:space="preserve"> The casting has prompted excitement and amused comparisons across entertainment coverage.</w:t>
      </w:r>
      <w:r/>
      <w:r/>
    </w:p>
    <w:p>
      <w:pPr>
        <w:pStyle w:val="Heading2"/>
      </w:pPr>
      <w:r>
        <w:t>Marvel's new Angel has arrived from Gen V</w:t>
      </w:r>
      <w:r/>
    </w:p>
    <w:p>
      <w:r/>
      <w:r>
        <w:t>The most eye-catching detail is the journey itself. Asa Germann, whose Gen V performance helped make him a familiar face among superhero viewers, is now linked to the Marvel Cinematic Universe's X-Men reboot as Angel. It's the sort of casting move that feels both unexpected and neatly timed.</w:t>
      </w:r>
      <w:r/>
    </w:p>
    <w:p>
      <w:r/>
      <w:r>
        <w:t>According to TheWrap, Germann has been cast in the role, while coverage from GamesRadar and TechRadar highlighted the pleasing leap from a world that pokes fun at superhero conventions to the real thing. There is an enjoyable irony here: an actor from one of television's most knowingly chaotic comic-book shows is heading into one of the genre's grandest franchises.</w:t>
      </w:r>
      <w:r/>
    </w:p>
    <w:p>
      <w:pPr>
        <w:pStyle w:val="Heading2"/>
      </w:pPr>
      <w:r>
        <w:t>Why Angel matters in the X-Men story</w:t>
      </w:r>
      <w:r/>
    </w:p>
    <w:p>
      <w:r/>
      <w:r>
        <w:t>Angel isn't simply a character with impressive wings. In Marvel's comics, Warren Worthington III is a wealthy heir whose mutation gives him enormous feathered wings, placing him among the original generation of X-Men. His image is instantly recognisable, even to casual fans who might not know every detail of his backstory.</w:t>
      </w:r>
      <w:r/>
    </w:p>
    <w:p>
      <w:r/>
      <w:r>
        <w:t>That gives the filmmakers plenty to work with, from high-altitude action to the more vulnerable question of what it means to be visibly different. Reports from SlashFilm and 9to5Marvel place Germann in the part, although much about the character's interpretation remains under wraps. A little mystery is probably wise for now.</w:t>
      </w:r>
      <w:r/>
    </w:p>
    <w:p>
      <w:pPr>
        <w:pStyle w:val="Heading2"/>
      </w:pPr>
      <w:r>
        <w:t>The casting carries a cheeky superhero twist</w:t>
      </w:r>
      <w:r/>
    </w:p>
    <w:p>
      <w:r/>
      <w:r>
        <w:t>Fans have been quick to notice the contrast between Gen V and the X-Men universe. Gen V explores the darker, messier side of superpowered celebrity, whereas the X-Men traditionally combine spectacular abilities with stories about prejudice, belonging and identity. Germann's move between the two could make him especially well suited to a film balancing spectacle with sharper emotional themes.</w:t>
      </w:r>
      <w:r/>
    </w:p>
    <w:p>
      <w:r/>
      <w:r>
        <w:t>TechRadar and Popped News both drew attention to the humorous crossover, with viewers enjoying the idea of an actor moving from a superhero parody-adjacent setting into Marvel's main cinematic world. It isn't just a novelty, either. Familiarity with heightened action and complicated character dynamics could prove useful when Angel finally takes flight.</w:t>
      </w:r>
      <w:r/>
    </w:p>
    <w:p>
      <w:pPr>
        <w:pStyle w:val="Heading2"/>
      </w:pPr>
      <w:r>
        <w:t>What fans should watch for next</w:t>
      </w:r>
      <w:r/>
    </w:p>
    <w:p>
      <w:r/>
      <w:r>
        <w:t>The biggest unanswered question is how much the reboot will reveal about Angel's life before joining the team. Will the film introduce Warren as a confident hero, a reluctant recruit or someone still struggling with his mutation? Each route could give Germann a different kind of performance challenge.</w:t>
      </w:r>
      <w:r/>
    </w:p>
    <w:p>
      <w:r/>
      <w:r>
        <w:t>Reports from TheWrap, SlashFilm and 9to5Marvel confirm the casting news, but details about the wider story remain limited. That means fans will likely be watching for more names, costume glimpses and hints about how this new X-Men team fits into Marvel's expanding universe.</w:t>
      </w:r>
      <w:r/>
    </w:p>
    <w:p>
      <w:pPr>
        <w:pStyle w:val="Heading2"/>
      </w:pPr>
      <w:r>
        <w:t>A promising lift for the X-Men reboot</w:t>
      </w:r>
      <w:r/>
    </w:p>
    <w:p>
      <w:r/>
      <w:r>
        <w:t>Casting Germann gives the project a timely connection to one of the most talked-about corners of modern superhero television. It also suggests Marvel is looking beyond the safest possible choices, pairing a young, energetic performer with a character whose comic-book silhouette is impossible to miss.</w:t>
      </w:r>
      <w:r/>
    </w:p>
    <w:p>
      <w:r/>
      <w:r>
        <w:t>For viewers, that combination is hard to resist. Angel brings the wings, Germann brings recent superhero momentum, and the new X-Men film now has another reason to stay on everyone's radar.</w:t>
      </w:r>
      <w:r/>
    </w:p>
    <w:p>
      <w:r/>
      <w:r>
        <w:t>A fresh face with a classic pair of wings could give Marvel's X-Men reboot plenty of lift.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[4]</w:t>
        </w:r>
      </w:hyperlink>
      <w:r>
        <w:t xml:space="preserve">, </w:t>
      </w:r>
      <w:hyperlink r:id="rId11">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https://www.queerty.com/baku-taru-undresses-michael-delbrey-shines-as-green-lantern-yaoyaoyao2018-serenades-digimon-style-20260915/</w:t>
        </w:r>
      </w:hyperlink>
      <w:r>
        <w:t xml:space="preserve"> - Please view link - unable to able to access data</w:t>
      </w:r>
      <w:r/>
    </w:p>
    <w:p>
      <w:pPr>
        <w:pStyle w:val="ListNumber"/>
        <w:spacing w:line="240" w:lineRule="auto"/>
        <w:ind w:left="720"/>
      </w:pPr>
      <w:r/>
      <w:hyperlink r:id="rId10">
        <w:r>
          <w:rPr>
            <w:color w:val="0000EE"/>
            <w:u w:val="single"/>
          </w:rPr>
          <w:t>https://www.gamesradar.com/entertainment/marvel-movies/gen-v-star-tapped-to-play-angel-in-mcu-x-men-movie-in-an-absolutely-perfect-casting-move-by-marvel/</w:t>
        </w:r>
      </w:hyperlink>
      <w:r>
        <w:t xml:space="preserve"> - Asa Germann, known for his role in 'Gen V', has been cast as Angel in Marvel Studios' upcoming X-Men reboot. Initially auditioning for Cyclops, Germann's portrayal of Sam Riordan impressed Marvel executives, leading to his casting as Warren Worthington III. The film, directed by Jake Schreier, is set for release on May 5, 2028, and features an ensemble cast including Sadie Sink as Jean Grey and Adam Driver as Mister Sinister.</w:t>
      </w:r>
      <w:r/>
    </w:p>
    <w:p>
      <w:pPr>
        <w:pStyle w:val="ListNumber"/>
        <w:spacing w:line="240" w:lineRule="auto"/>
        <w:ind w:left="720"/>
      </w:pPr>
      <w:r/>
      <w:hyperlink r:id="rId12">
        <w:r>
          <w:rPr>
            <w:color w:val="0000EE"/>
            <w:u w:val="single"/>
          </w:rPr>
          <w:t>https://www.techradar.com/streaming/entertainment/marvel-taps-gen-v-star-to-play-angel-in-its-new-x-men-movie-and-mcu-fans-cant-help-but-see-the-funny-side-of-him-graduating-from-an-x-men-parody-show-to-actually-being-in-the-x-men</w:t>
        </w:r>
      </w:hyperlink>
      <w:r>
        <w:t xml:space="preserve"> - Marvel has cast Asa Germann, known for 'Gen V', as Angel in its upcoming X-Men movie. Initially considered for Cyclops, Germann's performance led to his casting as Warren Worthington III. Fans find it amusing that Germann, from an X-Men parody show, is now part of the official franchise. The film, directed by Jake Schreier, is set for release on May 5, 2028, and features an ensemble cast including Sadie Sink as Jean Grey and Adam Driver as Mister Sinister.</w:t>
      </w:r>
      <w:r/>
    </w:p>
    <w:p>
      <w:pPr>
        <w:pStyle w:val="ListNumber"/>
        <w:spacing w:line="240" w:lineRule="auto"/>
        <w:ind w:left="720"/>
      </w:pPr>
      <w:r/>
      <w:hyperlink r:id="rId14">
        <w:r>
          <w:rPr>
            <w:color w:val="0000EE"/>
            <w:u w:val="single"/>
          </w:rPr>
          <w:t>https://www.9to5marvel.com/x-men-reboot-cast-asa-germann-angel/</w:t>
        </w:r>
      </w:hyperlink>
      <w:r>
        <w:t xml:space="preserve"> - Marvel Studios has cast Asa Germann as Angel in the X-Men reboot. Germann joins a cast that includes Sadie Sink as Jean Grey and Kit Connor as Cyclops. The film, directed by Jake Schreier, is scheduled for release on May 5, 2028. Germann's casting follows his role in 'Gen V' and 'Scream 7'.</w:t>
      </w:r>
      <w:r/>
    </w:p>
    <w:p>
      <w:pPr>
        <w:pStyle w:val="ListNumber"/>
        <w:spacing w:line="240" w:lineRule="auto"/>
        <w:ind w:left="720"/>
      </w:pPr>
      <w:r/>
      <w:hyperlink r:id="rId13">
        <w:r>
          <w:rPr>
            <w:color w:val="0000EE"/>
            <w:u w:val="single"/>
          </w:rPr>
          <w:t>https://www.poppednews.com/2026/09/11/x-men-asa-germann-angel-casting/</w:t>
        </w:r>
      </w:hyperlink>
      <w:r>
        <w:t xml:space="preserve"> - Asa Germann is set to join Marvel Studios’ X-Men as Warren Worthington III, known as Angel. The casting was reported by The Hollywood Reporter, revealing that Germann had previously auditioned for another member of the mutant team before landing the role of Angel. The upcoming Marvel Studios film is directed by Jake Schreier and is currently scheduled to arrive in cinemas on May 5, 2028.</w:t>
      </w:r>
      <w:r/>
    </w:p>
    <w:p>
      <w:pPr>
        <w:pStyle w:val="ListNumber"/>
        <w:spacing w:line="240" w:lineRule="auto"/>
        <w:ind w:left="720"/>
      </w:pPr>
      <w:r/>
      <w:hyperlink r:id="rId11">
        <w:r>
          <w:rPr>
            <w:color w:val="0000EE"/>
            <w:u w:val="single"/>
          </w:rPr>
          <w:t>https://www.thewrap.com/creative-content/movies/x-men-movie-casts-gen-v-star-asa-germann-as-angel/</w:t>
        </w:r>
      </w:hyperlink>
      <w:r>
        <w:t xml:space="preserve"> - Asa Germann is in final talks to play the role of Angel in the upcoming 'X-Men' movie, Marvel Studios’ introduction of the mutant superhero team within the MCU. 'Thunderbolts' director Jake Schreier is attached to direct the project. The film is set to feature an ensemble cast, with Germann joining other actors in key roles.</w:t>
      </w:r>
      <w:r/>
    </w:p>
    <w:p>
      <w:pPr>
        <w:pStyle w:val="ListNumber"/>
        <w:spacing w:line="240" w:lineRule="auto"/>
        <w:ind w:left="720"/>
      </w:pPr>
      <w:r/>
      <w:hyperlink r:id="rId15">
        <w:r>
          <w:rPr>
            <w:color w:val="0000EE"/>
            <w:u w:val="single"/>
          </w:rPr>
          <w:t>https://www.slashfilm.com/2255161/marvel-x-men-movie-cast-asa-germann-angel/</w:t>
        </w:r>
      </w:hyperlink>
      <w:r>
        <w:t xml:space="preserve"> - The Hollywood Reporter confirms that Asa Germann, who played Sam Riordan on 'Gen V', has been cast as Angel/Warren Worthington III in Marvel Studios' upcoming 'X-Men' reboot. This comes off the first wave of 'X-Men' casting announcements at D23 in August. Germann joins a cast that includes Christopher Abbott as Professor X, Kit Connor as Cyclops, Samara Weaving as Emma Frost, Inde Navarette as Rogue, Maya Boyd as Storm, Sadie Sink as Jean Grey, and Adam Driver as the evil Mister Sinister.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baku-taru-undresses-michael-delbrey-shines-as-green-lantern-yaoyaoyao2018-serenades-digimon-style-20260915/" TargetMode="External"/><Relationship Id="rId10" Type="http://schemas.openxmlformats.org/officeDocument/2006/relationships/hyperlink" Target="https://www.gamesradar.com/entertainment/marvel-movies/gen-v-star-tapped-to-play-angel-in-mcu-x-men-movie-in-an-absolutely-perfect-casting-move-by-marvel/" TargetMode="External"/><Relationship Id="rId11" Type="http://schemas.openxmlformats.org/officeDocument/2006/relationships/hyperlink" Target="https://www.thewrap.com/creative-content/movies/x-men-movie-casts-gen-v-star-asa-germann-as-angel/" TargetMode="External"/><Relationship Id="rId12" Type="http://schemas.openxmlformats.org/officeDocument/2006/relationships/hyperlink" Target="https://www.techradar.com/streaming/entertainment/marvel-taps-gen-v-star-to-play-angel-in-its-new-x-men-movie-and-mcu-fans-cant-help-but-see-the-funny-side-of-him-graduating-from-an-x-men-parody-show-to-actually-being-in-the-x-men" TargetMode="External"/><Relationship Id="rId13" Type="http://schemas.openxmlformats.org/officeDocument/2006/relationships/hyperlink" Target="https://www.poppednews.com/2026/09/11/x-men-asa-germann-angel-casting/" TargetMode="External"/><Relationship Id="rId14" Type="http://schemas.openxmlformats.org/officeDocument/2006/relationships/hyperlink" Target="https://www.9to5marvel.com/x-men-reboot-cast-asa-germann-angel/" TargetMode="External"/><Relationship Id="rId15" Type="http://schemas.openxmlformats.org/officeDocument/2006/relationships/hyperlink" Target="https://www.slashfilm.com/2255161/marvel-x-men-movie-cast-asa-germann-ange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