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winter gaycation in Gran Canaria for LGBTQ+ travellers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aren't the only ones escaping grey skies: LGBTQ+ travellers are choosing Gran Canaria for warm winter sunshine, lively events and far more than a beach break. From Maspalomas nightlife and Pride celebrations to mountain villages, local food and volcanic landscapes, the island offers a colourful week-long escape when much of Europe feels firmly off-season.</w:t>
      </w:r>
      <w:r/>
    </w:p>
    <w:p>
      <w:pPr>
        <w:pStyle w:val="Heading2"/>
      </w:pPr>
      <w:r>
        <w:t>Essential Takeaways</w:t>
      </w:r>
      <w:r/>
      <w:r/>
    </w:p>
    <w:p>
      <w:pPr>
        <w:pStyle w:val="ListBullet"/>
        <w:spacing w:line="240" w:lineRule="auto"/>
        <w:ind w:left="720"/>
      </w:pPr>
      <w:r/>
      <w:r>
        <w:rPr>
          <w:b/>
        </w:rPr>
        <w:t>Maspalomas is the natural base:</w:t>
      </w:r>
      <w:r>
        <w:t xml:space="preserve"> The resort combines LGBTQ+ beaches, the Maspalomas dunes and the famously busy Yumbo Centre.</w:t>
      </w:r>
      <w:r/>
    </w:p>
    <w:p>
      <w:pPr>
        <w:pStyle w:val="ListBullet"/>
        <w:spacing w:line="240" w:lineRule="auto"/>
        <w:ind w:left="720"/>
      </w:pPr>
      <w:r/>
      <w:r>
        <w:rPr>
          <w:b/>
        </w:rPr>
        <w:t>Winter is event season too:</w:t>
      </w:r>
      <w:r>
        <w:t xml:space="preserve"> Winter Pride, fetish weekends, adventure trips and Bear Carnival keep the calendar lively beyond summer.</w:t>
      </w:r>
      <w:r/>
    </w:p>
    <w:p>
      <w:pPr>
        <w:pStyle w:val="ListBullet"/>
        <w:spacing w:line="240" w:lineRule="auto"/>
        <w:ind w:left="720"/>
      </w:pPr>
      <w:r/>
      <w:r>
        <w:rPr>
          <w:b/>
        </w:rPr>
        <w:t>There is plenty beyond nightlife:</w:t>
      </w:r>
      <w:r>
        <w:t xml:space="preserve"> Las Palmas, Roque Nublo, Agaete and Puerto de Mogan add history, hiking, food and sea views.</w:t>
      </w:r>
      <w:r/>
    </w:p>
    <w:p>
      <w:pPr>
        <w:pStyle w:val="ListBullet"/>
        <w:spacing w:line="240" w:lineRule="auto"/>
        <w:ind w:left="720"/>
      </w:pPr>
      <w:r/>
      <w:r>
        <w:rPr>
          <w:b/>
        </w:rPr>
        <w:t>Plan outdoor days carefully:</w:t>
      </w:r>
      <w:r>
        <w:t xml:space="preserve"> Mountain routes, boat trips and protected areas may have booking, access or weather requirements.</w:t>
      </w:r>
      <w:r/>
    </w:p>
    <w:p>
      <w:pPr>
        <w:pStyle w:val="ListBullet"/>
        <w:spacing w:line="240" w:lineRule="auto"/>
        <w:ind w:left="720"/>
      </w:pPr>
      <w:r/>
      <w:r>
        <w:rPr>
          <w:b/>
        </w:rPr>
        <w:t>Local food is part of the appeal:</w:t>
      </w:r>
      <w:r>
        <w:t xml:space="preserve"> Expect papas arrugadas, mojo, fresh fish, cheese, almonds, coffee and volcanic wines.</w:t>
      </w:r>
      <w:r/>
      <w:r/>
    </w:p>
    <w:p>
      <w:pPr>
        <w:pStyle w:val="Heading2"/>
      </w:pPr>
      <w:r>
        <w:t>Why Gran Canaria works so well in winter</w:t>
      </w:r>
      <w:r/>
    </w:p>
    <w:p>
      <w:r/>
      <w:r>
        <w:t xml:space="preserve">The island's biggest selling point is refreshingly simple: winter doesn't feel like winter here. Gran Canaria's position off the northwest coast of Africa brings mild, bright days, while Maspalomas adds the easy social energy many LGBTQ+ visitors come looking for. According to Two Bad Tourists, the island's appeal lies in its year-round combination of sunshine, acceptance and events. </w:t>
      </w:r>
      <w:hyperlink r:id="rId9">
        <w:r>
          <w:rPr>
            <w:color w:val="0000EE"/>
            <w:u w:val="single"/>
          </w:rPr>
          <w:t>[2]</w:t>
        </w:r>
      </w:hyperlink>
      <w:r>
        <w:t xml:space="preserve">, </w:t>
      </w:r>
      <w:hyperlink r:id="rId10">
        <w:r>
          <w:rPr>
            <w:color w:val="0000EE"/>
            <w:u w:val="single"/>
          </w:rPr>
          <w:t>[5]</w:t>
        </w:r>
      </w:hyperlink>
      <w:r/>
    </w:p>
    <w:p>
      <w:r/>
      <w:r>
        <w:t xml:space="preserve">Maspalomas is the obvious launch pad. Its protected dunes lead towards beaches with long-established LGBTQ+ meeting spots, while the Yumbo Centre shifts from fairly ordinary shopping complex by day to a dense cluster of bars, drag venues, clubs and terraces after dark. It's the sort of place where a quiet sunset stroll can become a much later night than planned. </w:t>
      </w:r>
      <w:hyperlink r:id="rId9">
        <w:r>
          <w:rPr>
            <w:color w:val="0000EE"/>
            <w:u w:val="single"/>
          </w:rPr>
          <w:t>[2]</w:t>
        </w:r>
      </w:hyperlink>
      <w:r>
        <w:t xml:space="preserve">, </w:t>
      </w:r>
      <w:hyperlink r:id="rId10">
        <w:r>
          <w:rPr>
            <w:color w:val="0000EE"/>
            <w:u w:val="single"/>
          </w:rPr>
          <w:t>[5]</w:t>
        </w:r>
      </w:hyperlink>
      <w:r/>
    </w:p>
    <w:p>
      <w:pPr>
        <w:pStyle w:val="Heading2"/>
      </w:pPr>
      <w:r>
        <w:t>Maspalomas offers more than one big night out</w:t>
      </w:r>
      <w:r/>
    </w:p>
    <w:p>
      <w:r/>
      <w:r>
        <w:t xml:space="preserve">A first day here is easy to shape around the landscape. Walk the marked paths through the dunes, continue towards the beach and leave time for a swim or a lazy stretch of sand. The scenery feels almost cinematic, with golden ridges meeting the Atlantic and the occasional glimpse of a camel caravan adding a touch of surreal holiday theatre. </w:t>
      </w:r>
      <w:hyperlink r:id="rId9">
        <w:r>
          <w:rPr>
            <w:color w:val="0000EE"/>
            <w:u w:val="single"/>
          </w:rPr>
          <w:t>[2]</w:t>
        </w:r>
      </w:hyperlink>
      <w:r/>
    </w:p>
    <w:p>
      <w:r/>
      <w:r>
        <w:t xml:space="preserve">The following day can balance the nightlife with a boat trip. LGBTQ+ and clothing-optional cruises offer swimming, sunbathing and coastal views, and Bottoms Up promotes boat-party experiences aimed at visitors wanting to take the party offshore. Check departure details, inclusions and weather policies before booking, since schedules can change. </w:t>
      </w:r>
      <w:hyperlink r:id="rId11">
        <w:r>
          <w:rPr>
            <w:color w:val="0000EE"/>
            <w:u w:val="single"/>
          </w:rPr>
          <w:t>[3]</w:t>
        </w:r>
      </w:hyperlink>
      <w:r/>
    </w:p>
    <w:p>
      <w:r/>
      <w:r>
        <w:t>For accommodation, staying close to the Yumbo Centre makes late nights simpler, while a quieter base nearby may suit travellers who want a better night's sleep. That small choice can make a big difference if you're planning several consecutive event days.</w:t>
      </w:r>
      <w:r/>
    </w:p>
    <w:p>
      <w:pPr>
        <w:pStyle w:val="Heading2"/>
      </w:pPr>
      <w:r>
        <w:t>Build a proper island itinerary</w:t>
      </w:r>
      <w:r/>
    </w:p>
    <w:p>
      <w:r/>
      <w:r>
        <w:t xml:space="preserve">Gran Canaria becomes more interesting once you leave the southern resorts. In Las Palmas de Gran Canaria, the old Vegueta district brings together historic streets, museums, plazas and tapas bars, while Las Canteras offers a broad urban beach and a lively seafront for dinner. It is a useful reminder that the island is a real city destination as well as a holiday resort. </w:t>
      </w:r>
      <w:hyperlink r:id="rId9">
        <w:r>
          <w:rPr>
            <w:color w:val="0000EE"/>
            <w:u w:val="single"/>
          </w:rPr>
          <w:t>[2]</w:t>
        </w:r>
      </w:hyperlink>
      <w:r/>
    </w:p>
    <w:p>
      <w:r/>
      <w:r>
        <w:t xml:space="preserve">For a change of pace, head inland to Roque Nublo and Tejeda. The volcanic scenery is dramatic, but access arrangements around popular routes can include reservations, parking limits or shuttle systems, so check the latest rules before setting off. Rural villages such as Artenara add another layer, with cave architecture and highland views that show how differently people have lived on the island. </w:t>
      </w:r>
      <w:hyperlink r:id="rId9">
        <w:r>
          <w:rPr>
            <w:color w:val="0000EE"/>
            <w:u w:val="single"/>
          </w:rPr>
          <w:t>[2]</w:t>
        </w:r>
      </w:hyperlink>
      <w:r>
        <w:t xml:space="preserve">, </w:t>
      </w:r>
      <w:hyperlink r:id="rId12">
        <w:r>
          <w:rPr>
            <w:color w:val="0000EE"/>
            <w:u w:val="single"/>
          </w:rPr>
          <w:t>[6]</w:t>
        </w:r>
      </w:hyperlink>
      <w:r/>
    </w:p>
    <w:p>
      <w:r/>
      <w:r>
        <w:t xml:space="preserve">Agaete brings a softer, greener mood. Coffee plantations, vineyards, fruit trees and tasting visits make the valley a rewarding stop, followed by seafood beside the harbour at Puerto de las Nieves. Meanwhile, Guayadeque Ravine pairs archaeological interest with steep cliffs and restaurants built into the rock. The food alone is a persuasive reason to make the drive. </w:t>
      </w:r>
      <w:hyperlink r:id="rId9">
        <w:r>
          <w:rPr>
            <w:color w:val="0000EE"/>
            <w:u w:val="single"/>
          </w:rPr>
          <w:t>[2]</w:t>
        </w:r>
      </w:hyperlink>
      <w:r/>
    </w:p>
    <w:p>
      <w:pPr>
        <w:pStyle w:val="Heading2"/>
      </w:pPr>
      <w:r>
        <w:t>What should you eat and drink?</w:t>
      </w:r>
      <w:r/>
    </w:p>
    <w:p>
      <w:r/>
      <w:r>
        <w:t xml:space="preserve">Gran Canaria's food is much broader than the standard resort menu. Start with papas arrugadas and mojo, then look for local cheese, goat, fresh fish, almonds and dishes made with seasonal produce. In the Agaete Valley, coffee and wine tastings offer a particularly memorable way to understand the island's agricultural side. </w:t>
      </w:r>
      <w:hyperlink r:id="rId9">
        <w:r>
          <w:rPr>
            <w:color w:val="0000EE"/>
            <w:u w:val="single"/>
          </w:rPr>
          <w:t>[2]</w:t>
        </w:r>
      </w:hyperlink>
      <w:r/>
    </w:p>
    <w:p>
      <w:r/>
      <w:r>
        <w:t xml:space="preserve">Puerto de Mogan is another good place for a long lunch. Its canals, flower-filled lanes, marina and waterfront restaurants create a gentler finale to a busy week, especially around sunset. Mi Vida, highlighted by Two Bad Tourists as a gay-owned restaurant, is one option for travellers who want to support LGBTQ+ hospitality while trying something more creative. </w:t>
      </w:r>
      <w:hyperlink r:id="rId9">
        <w:r>
          <w:rPr>
            <w:color w:val="0000EE"/>
            <w:u w:val="single"/>
          </w:rPr>
          <w:t>[2]</w:t>
        </w:r>
      </w:hyperlink>
      <w:r/>
    </w:p>
    <w:p>
      <w:r/>
      <w:r>
        <w:t>The practical tip is to build food stops into your route rather than treating them as an afterthought. Mountain drives and coastal excursions can take longer than expected, and a relaxed lunch often becomes one of the day's best memories.</w:t>
      </w:r>
      <w:r/>
    </w:p>
    <w:p>
      <w:pPr>
        <w:pStyle w:val="Heading2"/>
      </w:pPr>
      <w:r>
        <w:t>Which LGBTQ+ events are worth planning around?</w:t>
      </w:r>
      <w:r/>
    </w:p>
    <w:p>
      <w:r/>
      <w:r>
        <w:t xml:space="preserve">Winter Pride Maspalomas is the headline attraction for many visitors, with live entertainment, pool parties, boat outings and a Pride Walk centred around the Yumbo area. Event listings for the 2026 edition show why booking early matters, particularly if your dates depend on specific parties or accommodation close to the action. </w:t>
      </w:r>
      <w:hyperlink r:id="rId13">
        <w:r>
          <w:rPr>
            <w:color w:val="0000EE"/>
            <w:u w:val="single"/>
          </w:rPr>
          <w:t>[4]</w:t>
        </w:r>
      </w:hyperlink>
      <w:r>
        <w:t xml:space="preserve">, </w:t>
      </w:r>
      <w:hyperlink r:id="rId10">
        <w:r>
          <w:rPr>
            <w:color w:val="0000EE"/>
            <w:u w:val="single"/>
          </w:rPr>
          <w:t>[5]</w:t>
        </w:r>
      </w:hyperlink>
      <w:r/>
    </w:p>
    <w:p>
      <w:r/>
      <w:r>
        <w:t xml:space="preserve">The wider calendar keeps changing shape through the colder months. Adventure Week adds hiking, watersports and outdoor excursions, while BRUTAL Winter Fetish Festival brings leather, rubber, sportswear and other themed events to Maspalomas. Spring's Bear Carnival leans more towards social gatherings, pool time, cruises and shared island experiences than a single nonstop party. </w:t>
      </w:r>
      <w:hyperlink r:id="rId9">
        <w:r>
          <w:rPr>
            <w:color w:val="0000EE"/>
            <w:u w:val="single"/>
          </w:rPr>
          <w:t>[2]</w:t>
        </w:r>
      </w:hyperlink>
      <w:r/>
    </w:p>
    <w:p>
      <w:r/>
      <w:r>
        <w:t xml:space="preserve">Wet and clothing-optional events are also part of the destination's appeal, although visitors should check each organiser's current rules, meeting point and ticket conditions. Maspalomas Pride's Wet White event, for example, has its own programme and format, so it's worth reading the details rather than relying on old assumptions. </w:t>
      </w:r>
      <w:hyperlink r:id="rId14">
        <w:r>
          <w:rPr>
            <w:color w:val="0000EE"/>
            <w:u w:val="single"/>
          </w:rPr>
          <w:t>[7]</w:t>
        </w:r>
      </w:hyperlink>
      <w:r/>
    </w:p>
    <w:p>
      <w:pPr>
        <w:pStyle w:val="Heading2"/>
      </w:pPr>
      <w:r>
        <w:t>A seven-day plan that doesn't feel rushed</w:t>
      </w:r>
      <w:r/>
    </w:p>
    <w:p>
      <w:r/>
      <w:r>
        <w:t xml:space="preserve">A practical week could begin with the dunes, beach and Yumbo Centre, followed by a camel excursion or boat trip. Spend the third day in Las Palmas, then reserve the fourth for Roque Nublo and Tejeda. The next two can cover Agaete and Guayadeque before a final day around Puerto de Mogan and one last night in Maspalomas. </w:t>
      </w:r>
      <w:hyperlink r:id="rId9">
        <w:r>
          <w:rPr>
            <w:color w:val="0000EE"/>
            <w:u w:val="single"/>
          </w:rPr>
          <w:t>[2]</w:t>
        </w:r>
      </w:hyperlink>
      <w:r/>
    </w:p>
    <w:p>
      <w:r/>
      <w:r>
        <w:t xml:space="preserve">That itinerary works because it alternates high-energy evenings with slower daytime experiences. You get beaches, city history, volcanic countryside, coffee, wine, archaeology and seafood without turning every day into a race between attractions. If an event is the main reason for your trip, place the busiest nights first and keep a recovery morning free. </w:t>
      </w:r>
      <w:hyperlink r:id="rId9">
        <w:r>
          <w:rPr>
            <w:color w:val="0000EE"/>
            <w:u w:val="single"/>
          </w:rPr>
          <w:t>[2]</w:t>
        </w:r>
      </w:hyperlink>
      <w:r>
        <w:t xml:space="preserve">, </w:t>
      </w:r>
      <w:hyperlink r:id="rId13">
        <w:r>
          <w:rPr>
            <w:color w:val="0000EE"/>
            <w:u w:val="single"/>
          </w:rPr>
          <w:t>[4]</w:t>
        </w:r>
      </w:hyperlink>
      <w:r/>
    </w:p>
    <w:p>
      <w:r/>
      <w:r>
        <w:t xml:space="preserve">Pack for contrasts: swimwear and sun protection for the coast, comfortable shoes for cobbled streets and trails, and a light layer for higher ground after sunset. Your wardrobe may be doing double duty, but that is part of Gran Canaria's charm. </w:t>
      </w:r>
      <w:hyperlink r:id="rId9">
        <w:r>
          <w:rPr>
            <w:color w:val="0000EE"/>
            <w:u w:val="single"/>
          </w:rPr>
          <w:t>[2]</w:t>
        </w:r>
      </w:hyperlink>
      <w:r>
        <w:t xml:space="preserve">, </w:t>
      </w:r>
      <w:hyperlink r:id="rId12">
        <w:r>
          <w:rPr>
            <w:color w:val="0000EE"/>
            <w:u w:val="single"/>
          </w:rPr>
          <w:t>[6]</w:t>
        </w:r>
      </w:hyperlink>
      <w:r/>
    </w:p>
    <w:p>
      <w:r/>
      <w:r>
        <w:t>Gran Canaria's best winter break is the one that leaves room for both a huge night and a very long lunch.</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9">
        <w:r>
          <w:rPr>
            <w:color w:val="0000EE"/>
            <w:u w:val="single"/>
          </w:rPr>
          <w:t>[2]</w:t>
        </w:r>
      </w:hyperlink>
      <w:r>
        <w:t xml:space="preserve">, </w:t>
      </w:r>
      <w:hyperlink r:id="rId11">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[5]</w:t>
        </w:r>
      </w:hyperlink>
      <w:r>
        <w:t xml:space="preserve">- Paragraph 5: </w:t>
      </w:r>
      <w:hyperlink r:id="rId9">
        <w:r>
          <w:rPr>
            <w:color w:val="0000EE"/>
            <w:u w:val="single"/>
          </w:rPr>
          <w:t>[2]</w:t>
        </w:r>
      </w:hyperlink>
      <w:r>
        <w:t xml:space="preserve">, </w:t>
      </w:r>
      <w:hyperlink r:id="rId12">
        <w:r>
          <w:rPr>
            <w:color w:val="0000EE"/>
            <w:u w:val="single"/>
          </w:rPr>
          <w:t>[6]</w:t>
        </w:r>
      </w:hyperlink>
      <w:r>
        <w:t xml:space="preserve">- Paragraph 6: </w:t>
      </w:r>
      <w:hyperlink r:id="rId9">
        <w:r>
          <w:rPr>
            <w:color w:val="0000EE"/>
            <w:u w:val="single"/>
          </w:rPr>
          <w:t>[2]</w:t>
        </w:r>
      </w:hyperlink>
      <w:r>
        <w:t xml:space="preserve">- Paragraph 7: </w:t>
      </w:r>
      <w:hyperlink r:id="rId9">
        <w:r>
          <w:rPr>
            <w:color w:val="0000EE"/>
            <w:u w:val="single"/>
          </w:rPr>
          <w:t>[2]</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Paragraph 10: </w:t>
      </w:r>
      <w:hyperlink r:id="rId13">
        <w:r>
          <w:rPr>
            <w:color w:val="0000EE"/>
            <w:u w:val="single"/>
          </w:rPr>
          <w:t>[4]</w:t>
        </w:r>
      </w:hyperlink>
      <w:r>
        <w:t xml:space="preserve">, </w:t>
      </w:r>
      <w:hyperlink r:id="rId10">
        <w:r>
          <w:rPr>
            <w:color w:val="0000EE"/>
            <w:u w:val="single"/>
          </w:rPr>
          <w:t>[5]</w:t>
        </w:r>
      </w:hyperlink>
      <w:r>
        <w:t xml:space="preserve">- Paragraph 11: </w:t>
      </w:r>
      <w:hyperlink r:id="rId9">
        <w:r>
          <w:rPr>
            <w:color w:val="0000EE"/>
            <w:u w:val="single"/>
          </w:rPr>
          <w:t>[2]</w:t>
        </w:r>
      </w:hyperlink>
      <w:r>
        <w:t xml:space="preserve">- Paragraph 12: </w:t>
      </w:r>
      <w:hyperlink r:id="rId14">
        <w:r>
          <w:rPr>
            <w:color w:val="0000EE"/>
            <w:u w:val="single"/>
          </w:rPr>
          <w:t>[7]</w:t>
        </w:r>
      </w:hyperlink>
      <w:r>
        <w:t xml:space="preserve">- Paragraph 13: </w:t>
      </w:r>
      <w:hyperlink r:id="rId9">
        <w:r>
          <w:rPr>
            <w:color w:val="0000EE"/>
            <w:u w:val="single"/>
          </w:rPr>
          <w:t>[2]</w:t>
        </w:r>
      </w:hyperlink>
      <w:r>
        <w:t xml:space="preserve">- Paragraph 14: </w:t>
      </w:r>
      <w:hyperlink r:id="rId9">
        <w:r>
          <w:rPr>
            <w:color w:val="0000EE"/>
            <w:u w:val="single"/>
          </w:rPr>
          <w:t>[2]</w:t>
        </w:r>
      </w:hyperlink>
      <w:r>
        <w:t xml:space="preserve">, </w:t>
      </w:r>
      <w:hyperlink r:id="rId13">
        <w:r>
          <w:rPr>
            <w:color w:val="0000EE"/>
            <w:u w:val="single"/>
          </w:rPr>
          <w:t>[4]</w:t>
        </w:r>
      </w:hyperlink>
      <w:r>
        <w:t xml:space="preserve">- Paragraph 15: </w:t>
      </w:r>
      <w:hyperlink r:id="rId9">
        <w:r>
          <w:rPr>
            <w:color w:val="0000EE"/>
            <w:u w:val="single"/>
          </w:rPr>
          <w:t>[2]</w:t>
        </w:r>
      </w:hyperlink>
      <w:r>
        <w:t xml:space="preserve">, </w:t>
      </w:r>
      <w:hyperlink r:id="rId12">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https://twobadtourists.com/winter-is-always-hot-in-gran-canaria-plan-your-winter-gaycation-to-spains-gayest-island/</w:t>
        </w:r>
      </w:hyperlink>
      <w:r>
        <w:t xml:space="preserve"> - Please view link - unable to able to access data</w:t>
      </w:r>
      <w:r/>
    </w:p>
    <w:p>
      <w:pPr>
        <w:pStyle w:val="ListNumber"/>
        <w:spacing w:line="240" w:lineRule="auto"/>
        <w:ind w:left="720"/>
      </w:pPr>
      <w:r/>
      <w:hyperlink r:id="rId9">
        <w:r>
          <w:rPr>
            <w:color w:val="0000EE"/>
            <w:u w:val="single"/>
          </w:rPr>
          <w:t>https://twobadtourists.com/winter-is-always-hot-in-gran-canaria-plan-your-winter-gaycation-to-spains-gayest-island/</w:t>
        </w:r>
      </w:hyperlink>
      <w:r>
        <w:t xml:space="preserve"> - This article highlights Gran Canaria's year-round appeal for LGBTQ+ travellers, emphasizing its consistent warm climate and vibrant events calendar. It details a seven-day itinerary covering Maspalomas' dunes and beaches, Las Palmas City's historic sites, the mountainous interior with Roque Nublo and Tejeda, the Agaete Valley's coffee and wine tours, archaeological sites in Guayadeque Ravine, and the picturesque Puerto de Mogán. The piece also outlines key LGBTQ+ events like Winter Pride Maspalomas, CanCanaria Adventure Week, BRUTAL Winter Fetish Festival, Carnival season, and Bear Carnival, showcasing the island's diverse offerings for the community.</w:t>
      </w:r>
      <w:r/>
    </w:p>
    <w:p>
      <w:pPr>
        <w:pStyle w:val="ListNumber"/>
        <w:spacing w:line="240" w:lineRule="auto"/>
        <w:ind w:left="720"/>
      </w:pPr>
      <w:r/>
      <w:hyperlink r:id="rId11">
        <w:r>
          <w:rPr>
            <w:color w:val="0000EE"/>
            <w:u w:val="single"/>
          </w:rPr>
          <w:t>https://bottomsupgayboatparty.com/</w:t>
        </w:r>
      </w:hyperlink>
      <w:r>
        <w:t xml:space="preserve"> - Bottoms Up Gay &amp; Lesbian Sunset Cruise offers an all-inclusive experience at sea, featuring sun, sea, music, and unlimited drinks. The weekly cruises, operating year-round outside summer, include a free bar, lunch, water activities, and return coach transport. Special events during Gay Pride and Winter Pride feature additional electric vibes, with men-only and mixed sailings available. The cruises depart from Yumbo Centrum, a central hub for LGBTQ+ nightlife in Maspalomas, providing a unique and enjoyable way to experience Gran Canaria's coastal beauty.</w:t>
      </w:r>
      <w:r/>
    </w:p>
    <w:p>
      <w:pPr>
        <w:pStyle w:val="ListNumber"/>
        <w:spacing w:line="240" w:lineRule="auto"/>
        <w:ind w:left="720"/>
      </w:pPr>
      <w:r/>
      <w:hyperlink r:id="rId13">
        <w:r>
          <w:rPr>
            <w:color w:val="0000EE"/>
            <w:u w:val="single"/>
          </w:rPr>
          <w:t>https://thecanaryevents.com/en/events/2947/winter-pride-maspalomas-2026.html</w:t>
        </w:r>
      </w:hyperlink>
      <w:r>
        <w:t xml:space="preserve"> - Winter Pride Maspalomas 2026 is scheduled from 2 to 8 November, featuring live shows, pool parties, sports, excursions, boat cruises, and the Pride Walk. The main-stage programme and Pride Walk are free to attend, while selected pool parties, cruises, VIP areas, and activities require tickets. The event takes place at Yumbo Centrum in Maspalomas, a central venue for LGBTQ+ events in Gran Canaria, offering a vibrant atmosphere for attendees.</w:t>
      </w:r>
      <w:r/>
    </w:p>
    <w:p>
      <w:pPr>
        <w:pStyle w:val="ListNumber"/>
        <w:spacing w:line="240" w:lineRule="auto"/>
        <w:ind w:left="720"/>
      </w:pPr>
      <w:r/>
      <w:hyperlink r:id="rId10">
        <w:r>
          <w:rPr>
            <w:color w:val="0000EE"/>
            <w:u w:val="single"/>
          </w:rPr>
          <w:t>https://www.maspalomaspride.com/</w:t>
        </w:r>
      </w:hyperlink>
      <w:r>
        <w:t xml:space="preserve"> - Maspalomas Pride is one of Europe's most popular LGBTQ+ Pride celebrations, attracting thousands of visitors to Maspalomas, Gran Canaria every year. The official website provides information on dates, programmes, travel details, and tickets for the 2026 and 2027 events. It also offers insights into the vibrant LGBTQ+ scene in Maspalomas, including details about the Wet &amp; White pool party at Amadores Beach Club, a highlight during Maspalomas Pride and Winter Pride.</w:t>
      </w:r>
      <w:r/>
    </w:p>
    <w:p>
      <w:pPr>
        <w:pStyle w:val="ListNumber"/>
        <w:spacing w:line="240" w:lineRule="auto"/>
        <w:ind w:left="720"/>
      </w:pPr>
      <w:r/>
      <w:hyperlink r:id="rId12">
        <w:r>
          <w:rPr>
            <w:color w:val="0000EE"/>
            <w:u w:val="single"/>
          </w:rPr>
          <w:t>https://www.grancanaria.com/turismo/en/the-island/municipios-de-gran-canaria/visit-artenara/discover-artenara/</w:t>
        </w:r>
      </w:hyperlink>
      <w:r>
        <w:t xml:space="preserve"> - Artenara, located in Gran Canaria's mountainous interior, is an ideal place to explore archaeological sites that showcase the way of life of the native Canary Islanders. Visitors can tour the Archaeological Complex of Acusa, featuring dwelling and funerary caves, and the caves at Cuevas de Caballero, which served as shelters for native shepherds and hold significant archaeological value. La Cueva de Los Candiles, situated in Montaña de Artenara, is notable for its wall decorations and cave drawings, offering a glimpse into the island's ancient history.</w:t>
      </w:r>
      <w:r/>
    </w:p>
    <w:p>
      <w:pPr>
        <w:pStyle w:val="ListNumber"/>
        <w:spacing w:line="240" w:lineRule="auto"/>
        <w:ind w:left="720"/>
      </w:pPr>
      <w:r/>
      <w:hyperlink r:id="rId14">
        <w:r>
          <w:rPr>
            <w:color w:val="0000EE"/>
            <w:u w:val="single"/>
          </w:rPr>
          <w:t>https://www.maspalomaspride.com/wet-white-maspalomas-pride/</w:t>
        </w:r>
      </w:hyperlink>
      <w:r>
        <w:t xml:space="preserve"> - Wet &amp; White is one of the most iconic and unmissable pool parties during Maspalomas Pride and Winter Pride Maspalomas, taking place every year in May and November at the spectacular Amadores Beach Club, Gran Canaria. The event offers a sun-drenched daytime party that transforms into a wet, euphoric dance experience, where music, water, and style unite. Attendees are encouraged to dress in white and enjoy a vibrant atmosphere, making it a signature Pride experience that attracts thousands of visitors from across Europe and beyond.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wobadtourists.com/winter-is-always-hot-in-gran-canaria-plan-your-winter-gaycation-to-spains-gayest-island/" TargetMode="External"/><Relationship Id="rId10" Type="http://schemas.openxmlformats.org/officeDocument/2006/relationships/hyperlink" Target="https://www.maspalomaspride.com/" TargetMode="External"/><Relationship Id="rId11" Type="http://schemas.openxmlformats.org/officeDocument/2006/relationships/hyperlink" Target="https://bottomsupgayboatparty.com/" TargetMode="External"/><Relationship Id="rId12" Type="http://schemas.openxmlformats.org/officeDocument/2006/relationships/hyperlink" Target="https://www.grancanaria.com/turismo/en/the-island/municipios-de-gran-canaria/visit-artenara/discover-artenara/" TargetMode="External"/><Relationship Id="rId13" Type="http://schemas.openxmlformats.org/officeDocument/2006/relationships/hyperlink" Target="https://thecanaryevents.com/en/events/2947/winter-pride-maspalomas-2026.html" TargetMode="External"/><Relationship Id="rId14" Type="http://schemas.openxmlformats.org/officeDocument/2006/relationships/hyperlink" Target="https://www.maspalomaspride.com/wet-white-maspalomas-prid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