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travel films for long journeys and wanderlust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turning to queer travel films for more than simple holiday viewing, with road movies and romantic dramas offering laughter, longing and a welcome sense of escape. From New York to the Australian Outback, these stories make the journey itself part of the emotional adventure.</w:t>
      </w:r>
      <w:r/>
    </w:p>
    <w:p>
      <w:pPr>
        <w:pStyle w:val="Heading2"/>
      </w:pPr>
      <w:r>
        <w:t>Essential takeaways</w:t>
      </w:r>
      <w:r/>
      <w:r/>
    </w:p>
    <w:p>
      <w:pPr>
        <w:pStyle w:val="ListBullet"/>
        <w:spacing w:line="240" w:lineRule="auto"/>
        <w:ind w:left="720"/>
      </w:pPr>
      <w:r/>
      <w:r>
        <w:rPr>
          <w:b/>
        </w:rPr>
        <w:t>Priscilla brings the glitter:</w:t>
      </w:r>
      <w:r>
        <w:t xml:space="preserve"> A drag-filled Australian road trip mixes comedy, danger and unforgettable scenery.</w:t>
      </w:r>
      <w:r/>
    </w:p>
    <w:p>
      <w:pPr>
        <w:pStyle w:val="ListBullet"/>
        <w:spacing w:line="240" w:lineRule="auto"/>
        <w:ind w:left="720"/>
      </w:pPr>
      <w:r/>
      <w:r>
        <w:rPr>
          <w:b/>
        </w:rPr>
        <w:t>Transamerica takes the scenic route:</w:t>
      </w:r>
      <w:r>
        <w:t xml:space="preserve"> An unexpected parent-and-child journey becomes a story about identity and reconciliation.</w:t>
      </w:r>
      <w:r/>
    </w:p>
    <w:p>
      <w:pPr>
        <w:pStyle w:val="ListBullet"/>
        <w:spacing w:line="240" w:lineRule="auto"/>
        <w:ind w:left="720"/>
      </w:pPr>
      <w:r/>
      <w:r>
        <w:rPr>
          <w:b/>
        </w:rPr>
        <w:t>Happy Together goes further afield:</w:t>
      </w:r>
      <w:r>
        <w:t xml:space="preserve"> Argentina provides a striking backdrop for a turbulent Hong Kong relationship.</w:t>
      </w:r>
      <w:r/>
    </w:p>
    <w:p>
      <w:pPr>
        <w:pStyle w:val="ListBullet"/>
        <w:spacing w:line="240" w:lineRule="auto"/>
        <w:ind w:left="720"/>
      </w:pPr>
      <w:r/>
      <w:r>
        <w:rPr>
          <w:b/>
        </w:rPr>
        <w:t>Carol adds a vintage road-trip mood:</w:t>
      </w:r>
      <w:r>
        <w:t xml:space="preserve"> A forbidden romance unfolds against the pressure of 1950s social expectations.</w:t>
      </w:r>
      <w:r/>
    </w:p>
    <w:p>
      <w:pPr>
        <w:pStyle w:val="ListBullet"/>
        <w:spacing w:line="240" w:lineRule="auto"/>
        <w:ind w:left="720"/>
      </w:pPr>
      <w:r/>
      <w:r>
        <w:rPr>
          <w:b/>
        </w:rPr>
        <w:t>To Wong Foo turns driving into spectacle:</w:t>
      </w:r>
      <w:r>
        <w:t xml:space="preserve"> Three drag performers swap plane tickets for a colourful American road adventure.</w:t>
      </w:r>
      <w:r/>
      <w:r/>
    </w:p>
    <w:p>
      <w:pPr>
        <w:pStyle w:val="Heading2"/>
      </w:pPr>
      <w:r>
        <w:t>Why queer travel films make ideal holiday viewing</w:t>
      </w:r>
      <w:r/>
    </w:p>
    <w:p>
      <w:r/>
      <w:r>
        <w:t>The best queer travel films understand that getting somewhere is only half the story. The roads, airports and unfamiliar landscapes become emotional pressure cookers, forcing characters to confront relationships, secrets and versions of themselves they'd rather leave behind.</w:t>
      </w:r>
      <w:r/>
    </w:p>
    <w:p>
      <w:r/>
      <w:r>
        <w:t>That makes them especially satisfying on a long journey. When the real trip feels slow, a film can supply its own changing scenery, from dusty highways to dramatic coastlines. Better still, the emotional destination often matters more than the geographical one.</w:t>
      </w:r>
      <w:r/>
    </w:p>
    <w:p>
      <w:pPr>
        <w:pStyle w:val="Heading2"/>
      </w:pPr>
      <w:r>
        <w:t>The Australian road movie that still sparkles</w:t>
      </w:r>
      <w:r/>
    </w:p>
    <w:p>
      <w:r/>
      <w:r>
        <w:t>Few films make travel feel quite as flamboyant as The Adventures of Priscilla, Queen of the Desert. Two drag queens and a transgender woman cross the Australian Outback in a tour bus, heading from Sydney towards a performance residency in Alice Springs.</w:t>
      </w:r>
      <w:r/>
    </w:p>
    <w:p>
      <w:r/>
      <w:r>
        <w:t>The plot combines camp humour with moments of genuine danger, while the enormous landscape makes the trio look both wonderfully bold and slightly vulnerable. According to the film's plot summary, the group encounters a succession of strangers and unexpected complications along the way, giving the journey its lively, unpredictable pulse.</w:t>
      </w:r>
      <w:r/>
    </w:p>
    <w:p>
      <w:r/>
      <w:r>
        <w:t>It's also the sort of film where the vehicle becomes a character in its own right. Priscilla isn't just transport, she's a rolling dressing room, a mobile stage and a bright, glittering challenge to the often harsh world outside.</w:t>
      </w:r>
      <w:r/>
    </w:p>
    <w:p>
      <w:pPr>
        <w:pStyle w:val="Heading2"/>
      </w:pPr>
      <w:r>
        <w:t>When a road trip becomes a family reckoning</w:t>
      </w:r>
      <w:r/>
    </w:p>
    <w:p>
      <w:r/>
      <w:r>
        <w:t>Transamerica takes a quieter, more intimate approach to queer travel. Bree, a transgender woman preparing for gender-affirming surgery, discovers that she has a teenage son and is pushed into meeting him before she can move forward with her plans.</w:t>
      </w:r>
      <w:r/>
    </w:p>
    <w:p>
      <w:r/>
      <w:r>
        <w:t>Their subsequent journey from New York westwards turns travel into a reluctant form of connection. The film's synopsis describes a relationship that changes as the pair spend time together, and that gradual shift gives the road trip its emotional weight.</w:t>
      </w:r>
      <w:r/>
    </w:p>
    <w:p>
      <w:r/>
      <w:r>
        <w:t>It isn't a carefree holiday film, but that's part of its appeal. The miles create space for uncomfortable conversations, small acts of kindness and the possibility that family can be renegotiated rather than simply accepted or rejected.</w:t>
      </w:r>
      <w:r/>
    </w:p>
    <w:p>
      <w:pPr>
        <w:pStyle w:val="Heading2"/>
      </w:pPr>
      <w:r>
        <w:t>From Argentina to the open road, love gets complicated</w:t>
      </w:r>
      <w:r/>
    </w:p>
    <w:p>
      <w:r/>
      <w:r>
        <w:t>Happy Together takes its characters much farther from home. The Hong Kong couple at its centre travel to Argentina, where their attempt to reach Iguazu Falls ends with separation and a painful effort to rebuild their individual lives.</w:t>
      </w:r>
      <w:r/>
    </w:p>
    <w:p>
      <w:r/>
      <w:r>
        <w:t>The travel setting heightens the film's sense of dislocation. Being far from familiar streets and routines can make a relationship feel newly exposed, while the promise of a spectacular destination can't solve the problems carried along in the suitcase.</w:t>
      </w:r>
      <w:r/>
    </w:p>
    <w:p>
      <w:r/>
      <w:r>
        <w:t>For viewers who prefer their queer travel films atmospheric rather than breezy, this is a particularly compelling choice. The landscape feels romantic, but the relationship remains unsettled, which is a much more honest travel mood than endless postcard perfection.</w:t>
      </w:r>
      <w:r/>
    </w:p>
    <w:p>
      <w:pPr>
        <w:pStyle w:val="Heading2"/>
      </w:pPr>
      <w:r>
        <w:t>Vintage romance and a road trip under pressure</w:t>
      </w:r>
      <w:r/>
    </w:p>
    <w:p>
      <w:r/>
      <w:r>
        <w:t>Carol shifts the focus to 1950s America, following an aspiring photographer and an older woman navigating a forbidden affair. When Carol's husband threatens to use her sexuality against her in a custody dispute, she sets off on an impromptu road trip with Therese.</w:t>
      </w:r>
      <w:r/>
    </w:p>
    <w:p>
      <w:r/>
      <w:r>
        <w:t>The journey offers temporary distance from social expectations, but not complete freedom. As the film's synopsis outlines, the pair's time on the road is shaped by the danger surrounding Carol's family life, making every motel, restaurant and roadside stop feel charged.</w:t>
      </w:r>
      <w:r/>
    </w:p>
    <w:p>
      <w:r/>
      <w:r>
        <w:t>That tension gives the film its elegant, restrained appeal. It feels less like a holiday escape than a fleeting pocket of possibility, the kind of trip that stays vivid precisely because it can't last forever.</w:t>
      </w:r>
      <w:r/>
    </w:p>
    <w:p>
      <w:pPr>
        <w:pStyle w:val="Heading2"/>
      </w:pPr>
      <w:r>
        <w:t>A Cadillac, three performers and plenty of attitude</w:t>
      </w:r>
      <w:r/>
    </w:p>
    <w:p>
      <w:r/>
      <w:r>
        <w:t>To Wong Foo, Thanks for Everything! Julie Newmar is the most openly exuberant option in the group. After winning a drag competition in New York, Vida Boheme and Noxeema Jackson bring novice performer Chi-Chi Rodriguez along for a cross-country journey to Hollywood.</w:t>
      </w:r>
      <w:r/>
    </w:p>
    <w:p>
      <w:r/>
      <w:r>
        <w:t>Rather than fly, the trio trade their plane tickets for a yellow 1967 Cadillac DeVille. The car sets the tone immediately: glamorous, impractical and impossible to ignore. According to the plot summary, their trip includes an autographed photograph of Julie Newmar, adding another playful detail to an already theatrical adventure.</w:t>
      </w:r>
      <w:r/>
    </w:p>
    <w:p>
      <w:r/>
      <w:r>
        <w:t>Underneath the jokes and costumes, the film is also about chosen family and unexpected community. The performers arrive in a small town as outsiders, but their confidence and generosity gradually change the atmosphere around them. It's warm, funny and ideal when your journey needs a little more colour.</w:t>
      </w:r>
      <w:r/>
    </w:p>
    <w:p>
      <w:pPr>
        <w:pStyle w:val="Heading2"/>
      </w:pPr>
      <w:r>
        <w:t>How to choose your next queer travel film</w:t>
      </w:r>
      <w:r/>
    </w:p>
    <w:p>
      <w:r/>
      <w:r>
        <w:t>For a big, bright road adventure, start with Priscilla or To Wong Foo. They deliver costumes, music, comedy and the pleasure of watching characters take up space wherever they go.</w:t>
      </w:r>
      <w:r/>
    </w:p>
    <w:p>
      <w:r/>
      <w:r>
        <w:t>If you'd rather have something reflective, Transamerica and Carol offer more intimate journeys, with identity, family and social pressure at the heart of the travel. Happy Together is the choice for viewers in the mood for a more unsettled, visually striking relationship drama.</w:t>
      </w:r>
      <w:r/>
    </w:p>
    <w:p>
      <w:r/>
      <w:r>
        <w:t>Before you leave, download your chosen film rather than relying on patchy airport Wi-Fi or a train's temperamental signal. Pack headphones, check the running time and remember that your fellow passengers may not share your enthusiasm for a full-volume drag number at 30,000 feet.</w:t>
      </w:r>
      <w:r/>
    </w:p>
    <w:p>
      <w:r/>
      <w:r>
        <w:t>Whether you're crossing a continent or simply waiting at the gate, these films prove that a journey can be glamorous, difficult, funny and transformative all at once.</w:t>
      </w:r>
      <w:r/>
    </w:p>
    <w:p>
      <w:r/>
      <w:r>
        <w:t>A memorable queer travel film can make the miles feel shorter and the destination feel bigger.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0">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2">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https://www.vacationer.travel/queer-travel-films/</w:t>
        </w:r>
      </w:hyperlink>
      <w:r>
        <w:t xml:space="preserve"> - Please view link - unable to able to access data</w:t>
      </w:r>
      <w:r/>
    </w:p>
    <w:p>
      <w:pPr>
        <w:pStyle w:val="ListNumber"/>
        <w:spacing w:line="240" w:lineRule="auto"/>
        <w:ind w:left="720"/>
      </w:pPr>
      <w:r/>
      <w:hyperlink r:id="rId10">
        <w:r>
          <w:rPr>
            <w:color w:val="0000EE"/>
            <w:u w:val="single"/>
          </w:rPr>
          <w:t>https://www.imdb.com/title/tt0109045/plotsummary/</w:t>
        </w:r>
      </w:hyperlink>
      <w:r>
        <w:t xml:space="preserve"> - 'The Adventures of Priscilla, Queen of the Desert' is a 1994 Australian road comedy film directed by Stephan Elliott. The story follows two drag queens, Mitzi (Hugo Weaving) and Felicia (Guy Pearce), and a transgender woman, Bernadette (Terence Stamp), as they journey across the Australian Outback from Sydney to Alice Springs in a bus named 'Priscilla'. They are headed to Alice Springs for a residency at a resort/casino. Along the way, they encounter various groups and individuals, finding themselves embroiled in alternatingly hilarious and dangerous situations. The film, considered a classic by many, was adapted into a massively successful stage show that has also toured the world. (</w:t>
      </w:r>
      <w:hyperlink r:id="rId15">
        <w:r>
          <w:rPr>
            <w:color w:val="0000EE"/>
            <w:u w:val="single"/>
          </w:rPr>
          <w:t>imdb.com</w:t>
        </w:r>
      </w:hyperlink>
      <w:r>
        <w:t>)</w:t>
      </w:r>
      <w:r/>
    </w:p>
    <w:p>
      <w:pPr>
        <w:pStyle w:val="ListNumber"/>
        <w:spacing w:line="240" w:lineRule="auto"/>
        <w:ind w:left="720"/>
      </w:pPr>
      <w:r/>
      <w:hyperlink r:id="rId12">
        <w:r>
          <w:rPr>
            <w:color w:val="0000EE"/>
            <w:u w:val="single"/>
          </w:rPr>
          <w:t>https://www.cinema.com/film/9455/transamerica/synopsis.phtml</w:t>
        </w:r>
      </w:hyperlink>
      <w:r>
        <w:t xml:space="preserve"> - 'Transamerica' is a 2005 American road comedy-drama film directed by Duncan Tucker, starring Felicity Huffman and Kevin Zegers. The film follows Bree (Huffman), a transgender woman, who embarks on an unexpected journey when she learns that she had a son before transitioning, who is now a teenage hustler on the streets of New York. Initially wanting to leave her past behind, Bree’s therapist insists that she confront her son before signing off on her gender-affirming surgery. Bree acquiesces and flies to NYC, where she and her son, Toby (Zegers), take a life-changing road trip back west together. (</w:t>
      </w:r>
      <w:hyperlink r:id="rId16">
        <w:r>
          <w:rPr>
            <w:color w:val="0000EE"/>
            <w:u w:val="single"/>
          </w:rPr>
          <w:t>cinema.com</w:t>
        </w:r>
      </w:hyperlink>
      <w:r>
        <w:t>)</w:t>
      </w:r>
      <w:r/>
    </w:p>
    <w:p>
      <w:pPr>
        <w:pStyle w:val="ListNumber"/>
        <w:spacing w:line="240" w:lineRule="auto"/>
        <w:ind w:left="720"/>
      </w:pPr>
      <w:r/>
      <w:hyperlink r:id="rId11">
        <w:r>
          <w:rPr>
            <w:color w:val="0000EE"/>
            <w:u w:val="single"/>
          </w:rPr>
          <w:t>https://www.imdb.com/title/tt0119291/plotsummary/</w:t>
        </w:r>
      </w:hyperlink>
      <w:r>
        <w:t xml:space="preserve"> - 'Happy Together' is a 1997 Hong Kong film directed by Wong Kar-wai. The film follows Ho Po-Wing and Lai Yiu-Fai, a gay couple from Hong Kong with a tumultuous relationship marked by frequent separations and reconciliations. They visit Argentina together but break up after they become lost while traveling to visit the Iguazu Falls. The movie follows their attempt to rebuild their lives from that point.</w:t>
      </w:r>
      <w:r/>
    </w:p>
    <w:p>
      <w:pPr>
        <w:pStyle w:val="ListNumber"/>
        <w:spacing w:line="240" w:lineRule="auto"/>
        <w:ind w:left="720"/>
      </w:pPr>
      <w:r/>
      <w:hyperlink r:id="rId14">
        <w:r>
          <w:rPr>
            <w:color w:val="0000EE"/>
            <w:u w:val="single"/>
          </w:rPr>
          <w:t>https://www.imdb.com/title/tt0114167/plotsummary/</w:t>
        </w:r>
      </w:hyperlink>
      <w:r>
        <w:t xml:space="preserve"> - 'Carol' is a 2015 film directed by Todd Haynes, based on Patricia Highsmith's novel 'The Price of Salt'. The film tells the story of a forbidden affair between an aspiring female photographer named Therese (Rooney Mara) and an older woman going through a difficult divorce in the 1950s. The travel theme enters the picture when Carol’s husband threatens to expose her homosexuality to secure full custody of their daughter, after which she decides to go on an impromptu road trip with Therese to clear her mind.</w:t>
      </w:r>
      <w:r/>
    </w:p>
    <w:p>
      <w:pPr>
        <w:pStyle w:val="ListNumber"/>
        <w:spacing w:line="240" w:lineRule="auto"/>
        <w:ind w:left="720"/>
      </w:pPr>
      <w:r/>
      <w:hyperlink r:id="rId13">
        <w:r>
          <w:rPr>
            <w:color w:val="0000EE"/>
            <w:u w:val="single"/>
          </w:rPr>
          <w:t>https://www.imdb.com/title/tt0114682/plotsummary/</w:t>
        </w:r>
      </w:hyperlink>
      <w:r>
        <w:t xml:space="preserve"> - 'To Wong Foo, Thanks for Everything! Julie Newmar' is a 1995 film directed by Beeban Kidron. After tying for the win in New York City’s 'Drag Queen of the Year' contest, Noxeema Jackson (Wesley Snipes) and Vida Boheme (Patrick Swayze) win a trip to Hollywood to take part in the even bigger 'Miss Drag Queen of America Pageant.' Before they depart, Vida persuades Noxeema to bring along the inexperienced 'drag princess' Chi-Chi Rodriguez (John Leguizamo) as their protégé. To do this, they cash in their plane tickets with a friend, John Jacob Jingleheimer Schmidt, and use the money to buy a yellow 1967 Cadillac DeVille convertible. They set off for Los Angeles in it, carrying an iconic autographed photo of Julie Newmar (signed 'To Wong Foo, Thanks for Everything! Julie Newmar') that Vida took from a restaurant wall.</w:t>
      </w:r>
      <w:r/>
    </w:p>
    <w:p>
      <w:pPr>
        <w:pStyle w:val="ListNumber"/>
        <w:spacing w:line="240" w:lineRule="auto"/>
        <w:ind w:left="720"/>
      </w:pPr>
      <w:r/>
      <w:hyperlink r:id="rId10">
        <w:r>
          <w:rPr>
            <w:color w:val="0000EE"/>
            <w:u w:val="single"/>
          </w:rPr>
          <w:t>https://www.imdb.com/title/tt0109045/plotsummary/</w:t>
        </w:r>
      </w:hyperlink>
      <w:r>
        <w:t xml:space="preserve"> - 'The Adventures of Priscilla, Queen of the Desert' is a 1994 Australian road comedy film directed by Stephan Elliott. The story follows two drag queens, Mitzi (Hugo Weaving) and Felicia (Guy Pearce), and a transgender woman, Bernadette (Terence Stamp), as they journey across the Australian Outback from Sydney to Alice Springs in a bus named 'Priscilla'. They are headed to Alice Springs for a residency at a resort/casino. Along the way, they encounter various groups and individuals, finding themselves embroiled in alternatingly hilarious and dangerous situations. The film, considered a classic by many, was adapted into a massively successful stage show that has also toured the world. (</w:t>
      </w:r>
      <w:hyperlink r:id="rId15">
        <w:r>
          <w:rPr>
            <w:color w:val="0000EE"/>
            <w:u w:val="single"/>
          </w:rPr>
          <w:t>imdb.com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acationer.travel/queer-travel-films/" TargetMode="External"/><Relationship Id="rId10" Type="http://schemas.openxmlformats.org/officeDocument/2006/relationships/hyperlink" Target="https://www.imdb.com/title/tt0109045/plotsummary/" TargetMode="External"/><Relationship Id="rId11" Type="http://schemas.openxmlformats.org/officeDocument/2006/relationships/hyperlink" Target="https://www.imdb.com/title/tt0119291/plotsummary/" TargetMode="External"/><Relationship Id="rId12" Type="http://schemas.openxmlformats.org/officeDocument/2006/relationships/hyperlink" Target="https://www.cinema.com/film/9455/transamerica/synopsis.phtml" TargetMode="External"/><Relationship Id="rId13" Type="http://schemas.openxmlformats.org/officeDocument/2006/relationships/hyperlink" Target="https://www.imdb.com/title/tt0114682/plotsummary/" TargetMode="External"/><Relationship Id="rId14" Type="http://schemas.openxmlformats.org/officeDocument/2006/relationships/hyperlink" Target="https://www.imdb.com/title/tt0114167/plotsummary/" TargetMode="External"/><Relationship Id="rId15" Type="http://schemas.openxmlformats.org/officeDocument/2006/relationships/hyperlink" Target="https://www.imdb.com/title/tt0109045/plotsummary/?utm_source=openai" TargetMode="External"/><Relationship Id="rId16" Type="http://schemas.openxmlformats.org/officeDocument/2006/relationships/hyperlink" Target="https://www.cinema.com/film/9455/transamerica/synopsis.p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