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Newport Oregon Pride Events for a Colourful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can look forward to a lively Newport Oregon Pride weekend packed with family activities, live entertainment, community stalls and plenty of sparkle. From pub trivia and a colourful fun fair to drag bingo, an Elton John tribute and a unity run, the programme offers an easy-going way to celebrate belonging on the Oregon coast.</w:t>
      </w:r>
      <w:r/>
    </w:p>
    <w:p>
      <w:pPr>
        <w:pStyle w:val="Heading2"/>
      </w:pPr>
      <w:r>
        <w:t>Essential Takeaways</w:t>
      </w:r>
      <w:r/>
      <w:r/>
    </w:p>
    <w:p>
      <w:pPr>
        <w:pStyle w:val="ListBullet"/>
        <w:spacing w:line="240" w:lineRule="auto"/>
        <w:ind w:left="720"/>
      </w:pPr>
      <w:r/>
      <w:r>
        <w:rPr>
          <w:b/>
        </w:rPr>
        <w:t>A full weekend programme:</w:t>
      </w:r>
      <w:r>
        <w:t xml:space="preserve"> Events run from Friday evening through Sunday, with options for families, runners and nightlife fans.</w:t>
      </w:r>
      <w:r/>
    </w:p>
    <w:p>
      <w:pPr>
        <w:pStyle w:val="ListBullet"/>
        <w:spacing w:line="240" w:lineRule="auto"/>
        <w:ind w:left="720"/>
      </w:pPr>
      <w:r/>
      <w:r>
        <w:rPr>
          <w:b/>
        </w:rPr>
        <w:t>Community at the centre:</w:t>
      </w:r>
      <w:r>
        <w:t xml:space="preserve"> The Super Queer Fun Fair brings together vendors, resources, games and entertainment.</w:t>
      </w:r>
      <w:r/>
    </w:p>
    <w:p>
      <w:pPr>
        <w:pStyle w:val="ListBullet"/>
        <w:spacing w:line="240" w:lineRule="auto"/>
        <w:ind w:left="720"/>
      </w:pPr>
      <w:r/>
      <w:r>
        <w:rPr>
          <w:b/>
        </w:rPr>
        <w:t>Plenty for different ages:</w:t>
      </w:r>
      <w:r>
        <w:t xml:space="preserve"> Families can choose a poolside film and picnic, while adults can enjoy drag brunch and evening shows.</w:t>
      </w:r>
      <w:r/>
    </w:p>
    <w:p>
      <w:pPr>
        <w:pStyle w:val="ListBullet"/>
        <w:spacing w:line="240" w:lineRule="auto"/>
        <w:ind w:left="720"/>
      </w:pPr>
      <w:r/>
      <w:r>
        <w:rPr>
          <w:b/>
        </w:rPr>
        <w:t>Plan around venues:</w:t>
      </w:r>
      <w:r>
        <w:t xml:space="preserve"> Activities are spread across Newport, so check timings, tickets and locations before setting out.</w:t>
      </w:r>
      <w:r/>
    </w:p>
    <w:p>
      <w:pPr>
        <w:pStyle w:val="ListBullet"/>
        <w:spacing w:line="240" w:lineRule="auto"/>
        <w:ind w:left="720"/>
      </w:pPr>
      <w:r/>
      <w:r>
        <w:rPr>
          <w:b/>
        </w:rPr>
        <w:t>A welcoming atmosphere:</w:t>
      </w:r>
      <w:r>
        <w:t xml:space="preserve"> Organisers place safety, kindness and inclusion at the heart of the celebrations.</w:t>
      </w:r>
      <w:r/>
      <w:r/>
    </w:p>
    <w:p>
      <w:pPr>
        <w:pStyle w:val="Heading2"/>
      </w:pPr>
      <w:r>
        <w:t>Newport Oregon Pride turns the coast into one big party</w:t>
      </w:r>
      <w:r/>
    </w:p>
    <w:p>
      <w:r/>
      <w:r>
        <w:t>There’s something especially appealing about Pride by the coast. Newport’s fresh sea air, walkable waterfront and relaxed atmosphere provide a bright backdrop for a weekend designed to feel celebratory without becoming overwhelming.</w:t>
      </w:r>
      <w:r/>
    </w:p>
    <w:p>
      <w:r/>
      <w:r>
        <w:t>The programme brings together entertainment, sport, food and community activities, making it easy to dip in and out. According to Newport Oregon Pride’s organisers, the event is intended to offer a welcoming space where people can meet, laugh and feel at home.</w:t>
      </w:r>
      <w:r/>
    </w:p>
    <w:p>
      <w:r/>
      <w:r>
        <w:t>City support adds a visible layer of affirmation, with Newport displaying the Progress Pride Flag alongside the US flag during the celebrations. That matters because the weekend isn’t only about shows and parties. It’s also a public expression of dignity, visibility and belonging.</w:t>
      </w:r>
      <w:r/>
    </w:p>
    <w:p>
      <w:pPr>
        <w:pStyle w:val="Heading2"/>
      </w:pPr>
      <w:r>
        <w:t>Start with trivia, craft beer or a family film</w:t>
      </w:r>
      <w:r/>
    </w:p>
    <w:p>
      <w:r/>
      <w:r>
        <w:t>Friday offers two very different ways to begin. At Bier One Brewing, pub trivia provides a sociable opening night, with teams able to test their knowledge over local beer and a menu of hearty food. The organisers’ event listing makes it sound ideal for groups who enjoy a little friendly competition with their supper.</w:t>
      </w:r>
      <w:r/>
    </w:p>
    <w:p>
      <w:r/>
      <w:r>
        <w:t>Families and younger visitors can instead head to the Newport Recreation Center for a film and picnic by the pool. Pizza and sweet treats keep the mood casual, while the mystery film title adds a playful touch. It’s the sort of low-pressure activity that works well when everyone’s energy is still arriving.</w:t>
      </w:r>
      <w:r/>
    </w:p>
    <w:p>
      <w:r/>
      <w:r>
        <w:t>These opening events also set the tone for the weekend. You don’t need a costume, a large group or a detailed itinerary to join in. Turning up for a quiz or an easy film night can be enough.</w:t>
      </w:r>
      <w:r/>
    </w:p>
    <w:p>
      <w:pPr>
        <w:pStyle w:val="Heading2"/>
      </w:pPr>
      <w:r>
        <w:t>The Super Queer Fun Fair is the weekend’s hub</w:t>
      </w:r>
      <w:r/>
    </w:p>
    <w:p>
      <w:r/>
      <w:r>
        <w:t>Saturday’s Super Queer Fun Fair is likely to be the main meeting point, bringing vendors, local resources, games and entertainment together under one roof. The official event information highlights a broad programme, including a game room, silent disco and silent auction.</w:t>
      </w:r>
      <w:r/>
    </w:p>
    <w:p>
      <w:r/>
      <w:r>
        <w:t>That mix gives the fair a useful balance. Visitors can browse at their own pace, discover community organisations and then switch gears for something more energetic. It’s part information exchange, part social gathering and part gloriously noisy celebration.</w:t>
      </w:r>
      <w:r/>
    </w:p>
    <w:p>
      <w:r/>
      <w:r>
        <w:t>A proclamation from Newport’s mayor is also scheduled during the event. Moments like that can feel formal on paper, but in person they often become a reminder that Pride is both personal and civic. Bring a tote bag, comfortable shoes and enough time to wander. The best discoveries are rarely on the first pass.</w:t>
      </w:r>
      <w:r/>
    </w:p>
    <w:p>
      <w:pPr>
        <w:pStyle w:val="Heading2"/>
      </w:pPr>
      <w:r>
        <w:t>Drag bingo and Elton John bring the sparkle</w:t>
      </w:r>
      <w:r/>
    </w:p>
    <w:p>
      <w:r/>
      <w:r>
        <w:t>After the fair, drag bingo offers a seated afternoon option with plenty of personality. Drag performers bring the jokes and theatrical flair, while players keep their eyes on the cards and hope for a win. The official Pride listings describe an event built around entertainment as much as the game itself.</w:t>
      </w:r>
      <w:r/>
    </w:p>
    <w:p>
      <w:r/>
      <w:r>
        <w:t>Saturday evening then shifts towards full concert spectacle, with an Elton John tribute show at the Newport Performing Arts Center. Expect sequins, familiar songs and the kind of performance that invites the audience to sing along, whether they planned to or not.</w:t>
      </w:r>
      <w:r/>
    </w:p>
    <w:p>
      <w:r/>
      <w:r>
        <w:t>There’s also an after-party for anyone whose night is still young. A DJ and photo booth should make it easy to capture the more outrageous moments, although sensible visitors may want to check whether their friends are holding the camera before striking a pose.</w:t>
      </w:r>
      <w:r/>
    </w:p>
    <w:p>
      <w:pPr>
        <w:pStyle w:val="Heading2"/>
      </w:pPr>
      <w:r>
        <w:t>Sunday balances movement, brunch and art</w:t>
      </w:r>
      <w:r/>
    </w:p>
    <w:p>
      <w:r/>
      <w:r>
        <w:t>Sunday begins with the Run for Unity 5K and a shorter kids run. The route takes participants through parts of Newport, including Nye Beach and the area around Yaquina Bay Lighthouse. Runners can push for a time, while walkers and casual participants can treat it as a scenic group outing.</w:t>
      </w:r>
      <w:r/>
    </w:p>
    <w:p>
      <w:r/>
      <w:r>
        <w:t>Afterwards, a drag brunch provides the obvious reward for getting up early. The ticketed meal includes a substantial breakfast buffet, with an optional champagne upgrade for adults. It’s a cheerful way to refuel, though booking ahead is wise given the limited seating usually associated with popular brunch events.</w:t>
      </w:r>
      <w:r/>
    </w:p>
    <w:p>
      <w:r/>
      <w:r>
        <w:t>The wider programme also includes the exhibition "Transgressors" at the Newport Visual Arts Center. Focused on Indigenous, Indigiqueer and Two Spirit artists, the show adds depth to a weekend that could otherwise be defined only by its parties. It’s a thoughtful reminder that celebration and cultural conversation can sit comfortably side by side.</w:t>
      </w:r>
      <w:r/>
    </w:p>
    <w:p>
      <w:pPr>
        <w:pStyle w:val="Heading2"/>
      </w:pPr>
      <w:r>
        <w:t>How to plan your Newport Pride weekend</w:t>
      </w:r>
      <w:r/>
    </w:p>
    <w:p>
      <w:r/>
      <w:r>
        <w:t>Because activities take place at several venues, start by grouping events by area and leaving time for parking or walking between them. Check the official Newport Oregon Pride website for current schedules, ticket availability and any changes before travelling.</w:t>
      </w:r>
      <w:r/>
    </w:p>
    <w:p>
      <w:r/>
      <w:r>
        <w:t>Families may want to prioritise the film, fun fair and kids run, while adults can build a day around drag bingo, the tribute concert or brunch. If you’re visiting from outside Newport, accommodation near the centre or Agate Beach can make the weekend easier, particularly if you’re attending evening events.</w:t>
      </w:r>
      <w:r/>
    </w:p>
    <w:p>
      <w:r/>
      <w:r>
        <w:t>Most importantly, choose the pace that suits you. Pride weekends can be as energetic or relaxed as you want, and a quiet conversation at a community stall may prove just as memorable as the loudest singalong.</w:t>
      </w:r>
      <w:r/>
    </w:p>
    <w:p>
      <w:r/>
      <w:r>
        <w:t>It's a colourful, welcoming weekend with room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3">
        <w:r>
          <w:rPr>
            <w:color w:val="0000EE"/>
            <w:u w:val="single"/>
          </w:rPr>
          <w:t>[6]</w:t>
        </w:r>
      </w:hyperlink>
      <w:r>
        <w:t xml:space="preserve">, </w:t>
      </w:r>
      <w:hyperlink r:id="rId12">
        <w:r>
          <w:rPr>
            <w:color w:val="0000EE"/>
            <w:u w:val="single"/>
          </w:rPr>
          <w:t>[7]</w:t>
        </w:r>
      </w:hyperlink>
      <w:r>
        <w:t xml:space="preserve">- Paragraph 7: </w:t>
      </w:r>
      <w:hyperlink r:id="rId13">
        <w:r>
          <w:rPr>
            <w:color w:val="0000EE"/>
            <w:u w:val="single"/>
          </w:rPr>
          <w:t>[4]</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3">
        <w:r>
          <w:rPr>
            <w:color w:val="0000EE"/>
            <w:u w:val="single"/>
          </w:rPr>
          <w:t>[4]</w:t>
        </w:r>
      </w:hyperlink>
      <w:r>
        <w:t xml:space="preserve">, </w:t>
      </w:r>
      <w:hyperlink r:id="rId12">
        <w:r>
          <w:rPr>
            <w:color w:val="0000EE"/>
            <w:u w:val="single"/>
          </w:rPr>
          <w:t>[7]</w:t>
        </w:r>
      </w:hyperlink>
      <w:r>
        <w:t xml:space="preserve">- Paragraph 10: </w:t>
      </w:r>
      <w:hyperlink r:id="rId11">
        <w:r>
          <w:rPr>
            <w:color w:val="0000EE"/>
            <w:u w:val="single"/>
          </w:rPr>
          <w:t>[5]</w:t>
        </w:r>
      </w:hyperlink>
      <w:r>
        <w:t xml:space="preserve">, </w:t>
      </w:r>
      <w:hyperlink r:id="rId13">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1">
        <w:r>
          <w:rPr>
            <w:color w:val="0000EE"/>
            <w:u w:val="single"/>
          </w:rPr>
          <w:t>[5]</w:t>
        </w:r>
      </w:hyperlink>
      <w:r>
        <w:t xml:space="preserve">, </w:t>
      </w:r>
      <w:hyperlink r:id="rId12">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3">
        <w:r>
          <w:rPr>
            <w:color w:val="0000EE"/>
            <w:u w:val="single"/>
          </w:rPr>
          <w:t>[4]</w:t>
        </w:r>
      </w:hyperlink>
      <w:r>
        <w:t xml:space="preserve">, </w:t>
      </w:r>
      <w:hyperlink r:id="rId13">
        <w:r>
          <w:rPr>
            <w:color w:val="0000EE"/>
            <w:u w:val="single"/>
          </w:rPr>
          <w:t>[6]</w:t>
        </w:r>
      </w:hyperlink>
      <w:r>
        <w:t xml:space="preserve">- Paragraph 15: </w:t>
      </w:r>
      <w:hyperlink r:id="rId11">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https://www.oregoncoasttoday.com/home/bring-on-the-rain-bow</w:t>
        </w:r>
      </w:hyperlink>
      <w:r>
        <w:t xml:space="preserve"> - Please view link - unable to able to access data</w:t>
      </w:r>
      <w:r/>
    </w:p>
    <w:p>
      <w:pPr>
        <w:pStyle w:val="ListNumber"/>
        <w:spacing w:line="240" w:lineRule="auto"/>
        <w:ind w:left="720"/>
      </w:pPr>
      <w:r/>
      <w:hyperlink r:id="rId10">
        <w:r>
          <w:rPr>
            <w:color w:val="0000EE"/>
            <w:u w:val="single"/>
          </w:rPr>
          <w:t>https://www.newportoregonpride.com/events/pub-night-at-bier-one-brewing</w:t>
        </w:r>
      </w:hyperlink>
      <w:r>
        <w:t xml:space="preserve"> - The Pub Night at Bier One Brewing is scheduled for Friday, September 22, 2023, from 5:00 PM to 10:00 PM at Bier One Brewing, located at 255 SW 9th St, Newport, OR 97365. This event is part of the Newport Oregon Pride celebrations and offers an opportunity for attendees to enjoy beer, food, and fun. The evening will feature games, both indoor and outdoor spaces, and a food truck. Attendees are encouraged to wear rainbow attire to celebrate the occasion.</w:t>
      </w:r>
      <w:r/>
    </w:p>
    <w:p>
      <w:pPr>
        <w:pStyle w:val="ListNumber"/>
        <w:spacing w:line="240" w:lineRule="auto"/>
        <w:ind w:left="720"/>
      </w:pPr>
      <w:r/>
      <w:hyperlink r:id="rId12">
        <w:r>
          <w:rPr>
            <w:color w:val="0000EE"/>
            <w:u w:val="single"/>
          </w:rPr>
          <w:t>https://www.newportoregonpride.com/events/super-queer-fun-fair-rec-center-2026</w:t>
        </w:r>
      </w:hyperlink>
      <w:r>
        <w:t xml:space="preserve"> - The Super Queer Fun Fair is the main event of the Newport Oregon Pride weekend, taking place on Saturday, September 19, 2026, from 10:00 AM to 1:00 PM at the Newport Recreation Center, located at 225 SE Avery St., Newport, OR 97365. The fair will feature over 60 vendors and resources, a games, puzzles, and crafts room, a silent disco, a sensory-friendly room, and a silent auction. At noon, Newport Mayor Jan Kaplan will read the Pride Proclamation.</w:t>
      </w:r>
      <w:r/>
    </w:p>
    <w:p>
      <w:pPr>
        <w:pStyle w:val="ListNumber"/>
        <w:spacing w:line="240" w:lineRule="auto"/>
        <w:ind w:left="720"/>
      </w:pPr>
      <w:r/>
      <w:hyperlink r:id="rId13">
        <w:r>
          <w:rPr>
            <w:color w:val="0000EE"/>
            <w:u w:val="single"/>
          </w:rPr>
          <w:t>https://www.newportoregonpride.com/events/super-queer-fun-fair</w:t>
        </w:r>
      </w:hyperlink>
      <w:r>
        <w:t xml:space="preserve"> - The Super Queer Fun Fair is a key event in the Newport Oregon Pride celebrations, held on Saturday, September 17, 2022, from 11:00 AM to 3:00 PM at the Newport Recreation Center Gym, located at 225 SE Avery St, Newport, OR 97365. The fair featured over 22 booths offering local and national resources, food, art, and entertainment. Sponsored by the Fair Housing Council of Oregon, the event also included a DJ and free tacos for the first 300 attendees.</w:t>
      </w:r>
      <w:r/>
    </w:p>
    <w:p>
      <w:pPr>
        <w:pStyle w:val="ListNumber"/>
        <w:spacing w:line="240" w:lineRule="auto"/>
        <w:ind w:left="720"/>
      </w:pPr>
      <w:r/>
      <w:hyperlink r:id="rId11">
        <w:r>
          <w:rPr>
            <w:color w:val="0000EE"/>
            <w:u w:val="single"/>
          </w:rPr>
          <w:t>https://www.newportoregonpride.com/about</w:t>
        </w:r>
      </w:hyperlink>
      <w:r>
        <w:t xml:space="preserve"> - Newport Oregon Pride is a 501(c)(3) nonprofit organization dedicated to celebrating the diversity and advancing the rights of the LGBTQIA2S+ community in Newport and Lincoln County. Beyond its annual three-day Pride celebration, the organization hosts gatherings throughout the year that highlight queer culture and history in a unique Oregon Coast manner. The mission of Newport Oregon Pride is to create programs and activities that enrich, empower, strengthen, and make visible the unique lives and experiences of LGBTQIA2S+ people on the Oregon Coast.</w:t>
      </w:r>
      <w:r/>
    </w:p>
    <w:p>
      <w:pPr>
        <w:pStyle w:val="ListNumber"/>
        <w:spacing w:line="240" w:lineRule="auto"/>
        <w:ind w:left="720"/>
      </w:pPr>
      <w:r/>
      <w:hyperlink r:id="rId13">
        <w:r>
          <w:rPr>
            <w:color w:val="0000EE"/>
            <w:u w:val="single"/>
          </w:rPr>
          <w:t>https://www.newportoregonpride.com/events/super-queer-fun-fair</w:t>
        </w:r>
      </w:hyperlink>
      <w:r>
        <w:t xml:space="preserve"> - The Super Queer Fun Fair is a significant event in the Newport Oregon Pride celebrations, held on Saturday, September 17, 2022, from 11:00 AM to 3:00 PM at the Newport Recreation Center Gym, located at 225 SE Avery St, Newport, OR 97365. The fair featured over 22 booths offering local and national resources, food, art, and entertainment. Sponsored by the Fair Housing Council of Oregon, the event also included a DJ and free tacos for the first 300 attendees.</w:t>
      </w:r>
      <w:r/>
    </w:p>
    <w:p>
      <w:pPr>
        <w:pStyle w:val="ListNumber"/>
        <w:spacing w:line="240" w:lineRule="auto"/>
        <w:ind w:left="720"/>
      </w:pPr>
      <w:r/>
      <w:hyperlink r:id="rId12">
        <w:r>
          <w:rPr>
            <w:color w:val="0000EE"/>
            <w:u w:val="single"/>
          </w:rPr>
          <w:t>https://www.newportoregonpride.com/events/super-queer-fun-fair-rec-center-2026</w:t>
        </w:r>
      </w:hyperlink>
      <w:r>
        <w:t xml:space="preserve"> - The Super Queer Fun Fair is the main event of the Newport Oregon Pride weekend, taking place on Saturday, September 19, 2026, from 10:00 AM to 1:00 PM at the Newport Recreation Center, located at 225 SE Avery St., Newport, OR 97365. The fair will feature over 60 vendors and resources, a games, puzzles, and crafts room, a silent disco, a sensory-friendly room, and a silent auction. At noon, Newport Mayor Jan Kaplan will read the Pride Proclamation.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egoncoasttoday.com/home/bring-on-the-rain-bow" TargetMode="External"/><Relationship Id="rId10" Type="http://schemas.openxmlformats.org/officeDocument/2006/relationships/hyperlink" Target="https://www.newportoregonpride.com/events/pub-night-at-bier-one-brewing" TargetMode="External"/><Relationship Id="rId11" Type="http://schemas.openxmlformats.org/officeDocument/2006/relationships/hyperlink" Target="https://www.newportoregonpride.com/about" TargetMode="External"/><Relationship Id="rId12" Type="http://schemas.openxmlformats.org/officeDocument/2006/relationships/hyperlink" Target="https://www.newportoregonpride.com/events/super-queer-fun-fair-rec-center-2026" TargetMode="External"/><Relationship Id="rId13" Type="http://schemas.openxmlformats.org/officeDocument/2006/relationships/hyperlink" Target="https://www.newportoregonpride.com/events/super-queer-fun-fai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