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Emmy 2026 Wins and What They Mean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celebrating a standout LGBTQ+ presence at the 78th Primetime Emmy Awards, held on 14 September 2026. From Jean Smart's record-setting comedy triumph to Alan Cumming's reality television win, the evening offered recognition across acting, writing and competition formats.</w:t>
      </w:r>
      <w:r/>
    </w:p>
    <w:p>
      <w:pPr>
        <w:pStyle w:val="Heading2"/>
      </w:pPr>
      <w:r>
        <w:t>Essential Takeaways</w:t>
      </w:r>
      <w:r/>
      <w:r/>
    </w:p>
    <w:p>
      <w:pPr>
        <w:pStyle w:val="ListBullet"/>
        <w:spacing w:line="240" w:lineRule="auto"/>
        <w:ind w:left="720"/>
      </w:pPr>
      <w:r/>
      <w:r>
        <w:rPr>
          <w:b/>
        </w:rPr>
        <w:t>Jean Smart made history:</w:t>
      </w:r>
      <w:r>
        <w:t xml:space="preserve"> She won her fifth consecutive Outstanding Lead Actress Emmy for Hacks.</w:t>
      </w:r>
      <w:r/>
    </w:p>
    <w:p>
      <w:pPr>
        <w:pStyle w:val="ListBullet"/>
        <w:spacing w:line="240" w:lineRule="auto"/>
        <w:ind w:left="720"/>
      </w:pPr>
      <w:r/>
      <w:r>
        <w:rPr>
          <w:b/>
        </w:rPr>
        <w:t>Hacks kept its momentum:</w:t>
      </w:r>
      <w:r>
        <w:t xml:space="preserve"> Co-creators Lucia Aniello, Paul W. Downs and Jen Statsky won for comedy writing.</w:t>
      </w:r>
      <w:r/>
    </w:p>
    <w:p>
      <w:pPr>
        <w:pStyle w:val="ListBullet"/>
        <w:spacing w:line="240" w:lineRule="auto"/>
        <w:ind w:left="720"/>
      </w:pPr>
      <w:r/>
      <w:r>
        <w:rPr>
          <w:b/>
        </w:rPr>
        <w:t>Alan Cumming had a double celebration:</w:t>
      </w:r>
      <w:r>
        <w:t xml:space="preserve"> He won Outstanding Host, while The Traitors took the reality competition prize.</w:t>
      </w:r>
      <w:r/>
    </w:p>
    <w:p>
      <w:pPr>
        <w:pStyle w:val="ListBullet"/>
        <w:spacing w:line="240" w:lineRule="auto"/>
        <w:ind w:left="720"/>
      </w:pPr>
      <w:r/>
      <w:r>
        <w:rPr>
          <w:b/>
        </w:rPr>
        <w:t>Pluribus broke through in drama:</w:t>
      </w:r>
      <w:r>
        <w:t xml:space="preserve"> Rhea Seehorn and Vince Gilligan won for the Apple TV+ series.</w:t>
      </w:r>
      <w:r/>
    </w:p>
    <w:p>
      <w:pPr>
        <w:pStyle w:val="ListBullet"/>
        <w:spacing w:line="240" w:lineRule="auto"/>
        <w:ind w:left="720"/>
      </w:pPr>
      <w:r/>
      <w:r>
        <w:rPr>
          <w:b/>
        </w:rPr>
        <w:t>Representation stretched beyond the winners:</w:t>
      </w:r>
      <w:r>
        <w:t xml:space="preserve"> Colman Domingo, Michael Urie, Hannah Einbinder, Megan Stalter, Zendaya and Claire Danes were also nominated.</w:t>
      </w:r>
      <w:r/>
      <w:r/>
    </w:p>
    <w:p>
      <w:pPr>
        <w:pStyle w:val="Heading2"/>
      </w:pPr>
      <w:r>
        <w:t>Jean Smart's winning streak keeps getting stronger</w:t>
      </w:r>
      <w:r/>
    </w:p>
    <w:p>
      <w:r/>
      <w:r>
        <w:t>Jean Smart's fifth straight Emmy for playing Deborah Vance in Hacks was one of the night's clearest headlines. The performance has become a rare awards-season constant, combining razor-sharp comic timing with the bruised vulnerability that makes the character feel more than a glamorous caricature.</w:t>
      </w:r>
      <w:r/>
    </w:p>
    <w:p>
      <w:r/>
      <w:r>
        <w:t>The series also claimed Outstanding Writing for a Comedy Series, giving co-creators Lucia Aniello, Paul W. Downs and Jen Statsky another major mark of approval. As the Associated Press and ABC News reported in their coverage of the winners, Hacks remains central to the comedy conversation, with its queer perspective woven into the show's characters and creative identity.</w:t>
      </w:r>
      <w:r/>
    </w:p>
    <w:p>
      <w:r/>
      <w:r>
        <w:t>Smart's victory matters beyond the tally. It shows how a mature female character, written with wit and complexity, can remain one of television's most dependable Emmy draws. That's a welcome reminder that audiences don't stop wanting sharp stories simply because their heroes aren't twenty-somethings.</w:t>
      </w:r>
      <w:r/>
    </w:p>
    <w:p>
      <w:pPr>
        <w:pStyle w:val="Heading2"/>
      </w:pPr>
      <w:r>
        <w:t>Alan Cumming turns The Traitors into a double winner</w:t>
      </w:r>
      <w:r/>
    </w:p>
    <w:p>
      <w:r/>
      <w:r>
        <w:t>Alan Cumming won Outstanding Host for a Reality or Reality Competition Programme for The Traitors, bringing his theatrical flair and sly, velvet-coated menace to one of television's most addictive formats. The programme itself also won Outstanding Reality Competition Series, making the result feel like a proper team victory rather than a solo moment.</w:t>
      </w:r>
      <w:r/>
    </w:p>
    <w:p>
      <w:r/>
      <w:r>
        <w:t>Coverage from MovieFone and The Los Angeles notes the show's strong showing among the 2026 winners. Cumming's presence has helped give The Traitors a distinctive personality, with his wardrobe, delivery and playful sense of danger becoming almost as important as the contestants' alliances.</w:t>
      </w:r>
      <w:r/>
    </w:p>
    <w:p>
      <w:r/>
      <w:r>
        <w:t>Reality television is often treated as awards season's lighter corner, but hosting a successful competition series is a demanding balancing act. The presenter has to explain rules, sharpen suspense and keep the mood moving, all while making betrayal entertaining rather than merely bleak. Cumming understands that assignment.</w:t>
      </w:r>
      <w:r/>
    </w:p>
    <w:p>
      <w:pPr>
        <w:pStyle w:val="Heading2"/>
      </w:pPr>
      <w:r>
        <w:t>Pluribus brings LGBTQ+ storytelling into the drama spotlight</w:t>
      </w:r>
      <w:r/>
    </w:p>
    <w:p>
      <w:r/>
      <w:r>
        <w:t>Apple TV+'s Pluribus made a powerful impression in the drama categories, with Rhea Seehorn winning Outstanding Lead Actress and Vince Gilligan taking Outstanding Writing for a Drama Series. The series centres on a lesbian protagonist, placing queer experience inside a high-profile dramatic framework rather than treating it as a side plot.</w:t>
      </w:r>
      <w:r/>
    </w:p>
    <w:p>
      <w:r/>
      <w:r>
        <w:t>The winners lists published by ABC News and Backstage confirm the scale of the achievement. Seehorn's win is especially significant because lead drama categories can be notoriously crowded, with performances competing across prestige, genre and traditional awards favourites.</w:t>
      </w:r>
      <w:r/>
    </w:p>
    <w:p>
      <w:r/>
      <w:r>
        <w:t>There is also something pleasingly unfussy about the recognition. A lesbian lead doesn't need to be presented as a symbolic lesson before her story can be gripping television. Sometimes the most meaningful progress is seeing a character occupy the centre of a large, ambitious drama and simply be allowed to drive the plot.</w:t>
      </w:r>
      <w:r/>
    </w:p>
    <w:p>
      <w:pPr>
        <w:pStyle w:val="Heading2"/>
      </w:pPr>
      <w:r>
        <w:t>The nominee list showed a wider shift</w:t>
      </w:r>
      <w:r/>
    </w:p>
    <w:p>
      <w:r/>
      <w:r>
        <w:t>The evening's representation wasn't limited to the winners. Colman Domingo and Michael Urie were recognised in the comedy supporting actor field, while Hannah Einbinder and Megan Stalter were nominated for Hacks. Zendaya appeared among the drama nominees for Euphoria, and Claire Danes was recognised in the limited-series race for The Beast in Me.</w:t>
      </w:r>
      <w:r/>
    </w:p>
    <w:p>
      <w:r/>
      <w:r>
        <w:t>The 2026 nominations coverage from Rotten Tomatoes and the wider winners reporting from The Los Angeles helped underline how broad the field had become. LGBTQ+ performers and allies appeared across comedy, drama, limited series, reality and short-form categories, rather than being gathered into one predictable corner of the ballot.</w:t>
      </w:r>
      <w:r/>
    </w:p>
    <w:p>
      <w:r/>
      <w:r>
        <w:t>That spread matters because visibility is strongest when it feels ordinary as well as celebrated. A single breakthrough can be historic, but a fuller range of nominations suggests that queer talent is increasingly part of television's main creative conversation.</w:t>
      </w:r>
      <w:r/>
    </w:p>
    <w:p>
      <w:pPr>
        <w:pStyle w:val="Heading2"/>
      </w:pPr>
      <w:r>
        <w:t>Short-form recognition adds another layer</w:t>
      </w:r>
      <w:r/>
    </w:p>
    <w:p>
      <w:r/>
      <w:r>
        <w:t>Desi Lydic also received an Emmy at the Creative Arts ceremony for Outstanding Performer in a Short Form Comedy or Drama Series for The Daily Show: Desi Lydic Foxsplains. The award broadened the night's picture beyond the headline primetime categories, recognising the quick-turnaround work that thrives online and across shorter formats.</w:t>
      </w:r>
      <w:r/>
    </w:p>
    <w:p>
      <w:r/>
      <w:r>
        <w:t>Industry coverage from Backstage and the Emmy winners reports points to a television landscape that no longer fits neatly into half-hour, hour-long and broadcast-only boxes. Short-form comedy demands speed, clarity and a strong performance almost immediately, so the category offers a useful snapshot of where audiences are watching and laughing now.</w:t>
      </w:r>
      <w:r/>
    </w:p>
    <w:p>
      <w:r/>
      <w:r>
        <w:t>Taken together, these wins and nominations suggest a ceremony that reflected television's changing shape. There were famous veterans, distinctive hosts, genre dramas and digital performers, all sharing the same awards ecosystem. That's a healthier picture of the medium, and far more interesting than a single storyline about who had the biggest night.</w:t>
      </w:r>
      <w:r/>
    </w:p>
    <w:p>
      <w:r/>
      <w:r>
        <w:t>The 2026 Emmys showed LGBTQ+ talent winning across the television landscape, not just appearing within it.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w:t>
      </w:r>
      <w:hyperlink r:id="rId12">
        <w:r>
          <w:rPr>
            <w:color w:val="0000EE"/>
            <w:u w:val="single"/>
          </w:rPr>
          <w:t>[4]</w:t>
        </w:r>
      </w:hyperlink>
      <w:r>
        <w:t xml:space="preserve">- Paragraph 3: </w:t>
      </w:r>
      <w:hyperlink r:id="rId13">
        <w:r>
          <w:rPr>
            <w:color w:val="0000EE"/>
            <w:u w:val="single"/>
          </w:rPr>
          <w:t>[5]</w:t>
        </w:r>
      </w:hyperlink>
      <w:r>
        <w:t xml:space="preserve">, </w:t>
      </w:r>
      <w:hyperlink r:id="rId14">
        <w:r>
          <w:rPr>
            <w:color w:val="0000EE"/>
            <w:u w:val="single"/>
          </w:rPr>
          <w:t>[7]</w:t>
        </w:r>
      </w:hyperlink>
      <w:r>
        <w:t xml:space="preserve">- Paragraph 4: </w:t>
      </w:r>
      <w:hyperlink r:id="rId12">
        <w:r>
          <w:rPr>
            <w:color w:val="0000EE"/>
            <w:u w:val="single"/>
          </w:rPr>
          <w:t>[4]</w:t>
        </w:r>
      </w:hyperlink>
      <w:r>
        <w:t xml:space="preserve">, </w:t>
      </w:r>
      <w:hyperlink r:id="rId13">
        <w:r>
          <w:rPr>
            <w:color w:val="0000EE"/>
            <w:u w:val="single"/>
          </w:rPr>
          <w:t>[5]</w:t>
        </w:r>
      </w:hyperlink>
      <w:r>
        <w:t xml:space="preserve">- Paragraph 5: </w:t>
      </w:r>
      <w:hyperlink r:id="rId10">
        <w:r>
          <w:rPr>
            <w:color w:val="0000EE"/>
            <w:u w:val="single"/>
          </w:rPr>
          <w:t>[2]</w:t>
        </w:r>
      </w:hyperlink>
      <w:r>
        <w:t xml:space="preserve">, </w:t>
      </w:r>
      <w:hyperlink r:id="rId11">
        <w:r>
          <w:rPr>
            <w:color w:val="0000EE"/>
            <w:u w:val="single"/>
          </w:rPr>
          <w:t>[3]</w:t>
        </w:r>
      </w:hyperlink>
      <w:r>
        <w:t xml:space="preserve">- Paragraph 6: </w:t>
      </w:r>
      <w:hyperlink r:id="rId11">
        <w:r>
          <w:rPr>
            <w:color w:val="0000EE"/>
            <w:u w:val="single"/>
          </w:rPr>
          <w:t>[3]</w:t>
        </w:r>
      </w:hyperlink>
      <w:r>
        <w:t xml:space="preserve">, </w:t>
      </w:r>
      <w:hyperlink r:id="rId14">
        <w:r>
          <w:rPr>
            <w:color w:val="0000EE"/>
            <w:u w:val="single"/>
          </w:rPr>
          <w:t>[7]</w:t>
        </w:r>
      </w:hyperlink>
      <w:r>
        <w:t xml:space="preserve">- Paragraph 7: </w:t>
      </w:r>
      <w:hyperlink r:id="rId12">
        <w:r>
          <w:rPr>
            <w:color w:val="0000EE"/>
            <w:u w:val="single"/>
          </w:rPr>
          <w:t>[4]</w:t>
        </w:r>
      </w:hyperlink>
      <w:r>
        <w:t xml:space="preserve">, </w:t>
      </w:r>
      <w:hyperlink r:id="rId15">
        <w:r>
          <w:rPr>
            <w:color w:val="0000EE"/>
            <w:u w:val="single"/>
          </w:rPr>
          <w:t>[6]</w:t>
        </w:r>
      </w:hyperlink>
      <w:r>
        <w:t xml:space="preserve">- Paragraph 8: </w:t>
      </w:r>
      <w:hyperlink r:id="rId13">
        <w:r>
          <w:rPr>
            <w:color w:val="0000EE"/>
            <w:u w:val="single"/>
          </w:rPr>
          <w:t>[5]</w:t>
        </w:r>
      </w:hyperlink>
      <w:r>
        <w:t xml:space="preserve">, </w:t>
      </w:r>
      <w:hyperlink r:id="rId15">
        <w:r>
          <w:rPr>
            <w:color w:val="0000EE"/>
            <w:u w:val="single"/>
          </w:rPr>
          <w:t>[6]</w:t>
        </w:r>
      </w:hyperlink>
      <w:r>
        <w:t xml:space="preserve">- Paragraph 9: </w:t>
      </w:r>
      <w:hyperlink r:id="rId15">
        <w:r>
          <w:rPr>
            <w:color w:val="0000EE"/>
            <w:u w:val="single"/>
          </w:rPr>
          <w:t>[6]</w:t>
        </w:r>
      </w:hyperlink>
      <w:r>
        <w:t xml:space="preserve">, </w:t>
      </w:r>
      <w:hyperlink r:id="rId14">
        <w:r>
          <w:rPr>
            <w:color w:val="0000EE"/>
            <w:u w:val="single"/>
          </w:rPr>
          <w:t>[7]</w:t>
        </w:r>
      </w:hyperlink>
      <w:r>
        <w:t xml:space="preserve">- Paragraph 10: </w:t>
      </w:r>
      <w:hyperlink r:id="rId11">
        <w:r>
          <w:rPr>
            <w:color w:val="0000EE"/>
            <w:u w:val="single"/>
          </w:rPr>
          <w:t>[3]</w:t>
        </w:r>
      </w:hyperlink>
      <w:r>
        <w:t xml:space="preserve">, </w:t>
      </w:r>
      <w:hyperlink r:id="rId14">
        <w:r>
          <w:rPr>
            <w:color w:val="0000EE"/>
            <w:u w:val="single"/>
          </w:rPr>
          <w:t>[7]</w:t>
        </w:r>
      </w:hyperlink>
      <w:r>
        <w:t xml:space="preserve">- Paragraph 11: </w:t>
      </w:r>
      <w:hyperlink r:id="rId13">
        <w:r>
          <w:rPr>
            <w:color w:val="0000EE"/>
            <w:u w:val="single"/>
          </w:rPr>
          <w:t>[5]</w:t>
        </w:r>
      </w:hyperlink>
      <w:r>
        <w:t xml:space="preserve">, </w:t>
      </w:r>
      <w:hyperlink r:id="rId15">
        <w:r>
          <w:rPr>
            <w:color w:val="0000EE"/>
            <w:u w:val="single"/>
          </w:rPr>
          <w:t>[6]</w:t>
        </w:r>
      </w:hyperlink>
      <w:r>
        <w:t xml:space="preserve">- Paragraph 12: </w:t>
      </w:r>
      <w:hyperlink r:id="rId10">
        <w:r>
          <w:rPr>
            <w:color w:val="0000EE"/>
            <w:u w:val="single"/>
          </w:rPr>
          <w:t>[2]</w:t>
        </w:r>
      </w:hyperlink>
      <w:r>
        <w:t xml:space="preserve">, </w:t>
      </w:r>
      <w:hyperlink r:id="rId12">
        <w:r>
          <w:rPr>
            <w:color w:val="0000EE"/>
            <w:u w:val="single"/>
          </w:rPr>
          <w:t>[4]</w:t>
        </w:r>
      </w:hyperlink>
      <w:r>
        <w:t xml:space="preserve">- Paragraph 13: </w:t>
      </w:r>
      <w:hyperlink r:id="rId15">
        <w:r>
          <w:rPr>
            <w:color w:val="0000EE"/>
            <w:u w:val="single"/>
          </w:rPr>
          <w:t>[6]</w:t>
        </w:r>
      </w:hyperlink>
      <w:r>
        <w:t xml:space="preserve">, </w:t>
      </w:r>
      <w:hyperlink r:id="rId14">
        <w:r>
          <w:rPr>
            <w:color w:val="0000EE"/>
            <w:u w:val="single"/>
          </w:rPr>
          <w:t>[7]</w:t>
        </w:r>
      </w:hyperlink>
      <w:r>
        <w:t xml:space="preserve">- Paragraph 14: </w:t>
      </w:r>
      <w:hyperlink r:id="rId11">
        <w:r>
          <w:rPr>
            <w:color w:val="0000EE"/>
            <w:u w:val="single"/>
          </w:rPr>
          <w:t>[3]</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https://thefightmag.com/2026/09/celebrating-the-lgbtq-creators-and-allies-honored-at-the-2026-emmys/</w:t>
        </w:r>
      </w:hyperlink>
      <w:r>
        <w:t xml:space="preserve"> - Please view link - unable to able to access data</w:t>
      </w:r>
      <w:r/>
    </w:p>
    <w:p>
      <w:pPr>
        <w:pStyle w:val="ListNumber"/>
        <w:spacing w:line="240" w:lineRule="auto"/>
        <w:ind w:left="720"/>
      </w:pPr>
      <w:r/>
      <w:hyperlink r:id="rId10">
        <w:r>
          <w:rPr>
            <w:color w:val="0000EE"/>
            <w:u w:val="single"/>
          </w:rPr>
          <w:t>https://apnews.com/article/9a1b7ffa7853fcc405665cb95635f8e1</w:t>
        </w:r>
      </w:hyperlink>
      <w:r>
        <w:t xml:space="preserve"> - The Associated Press reports on the 78th Primetime Emmy Awards held on September 14, 2026, highlighting major wins for LGBTQ+ talent and allies. Jean Smart secured her fifth consecutive Emmy for Outstanding Lead Actress in a Comedy Series for her role in 'Hacks'. The HBO Max comedy also won Outstanding Writing for a Comedy Series, awarded to co-creators Lucia Aniello, Paul W. Downs, and Jen Statsky. Alan Cumming won Outstanding Host for a Reality or Reality Competition Program for 'The Traitors', which also won Outstanding Reality Competition Series. Rhea Seehorn won Outstanding Lead Actress in a Drama Series for 'Pluribus', and Vince Gilligan won Outstanding Writing for a Drama Series for the same show. The ceremony featured a strong presence of LGBTQ+ nominees, including Colman Domingo and Michael Urie for Outstanding Supporting Actor in a Comedy Series, and Zendaya and Claire Danes for Outstanding Supporting Actress in a Drama Series and Limited Series, respectively.</w:t>
      </w:r>
      <w:r/>
    </w:p>
    <w:p>
      <w:pPr>
        <w:pStyle w:val="ListNumber"/>
        <w:spacing w:line="240" w:lineRule="auto"/>
        <w:ind w:left="720"/>
      </w:pPr>
      <w:r/>
      <w:hyperlink r:id="rId11">
        <w:r>
          <w:rPr>
            <w:color w:val="0000EE"/>
            <w:u w:val="single"/>
          </w:rPr>
          <w:t>https://abcnews.com/Entertainment/wireStory/complete-list-winners-2026-primetime-emmy-awards-136445397</w:t>
        </w:r>
      </w:hyperlink>
      <w:r>
        <w:t xml:space="preserve"> - ABC News provides a comprehensive list of winners at the 78th Primetime Emmy Awards. Jean Smart's fifth consecutive win for Outstanding Lead Actress in a Comedy Series for 'Hacks' ties the all-time performer record. 'The Pitt' won Outstanding Drama Series, with Noah Wyle receiving Outstanding Lead Actor in a Drama Series. 'Widow's Bay' earned Outstanding Comedy Series, with Matthew Rhys winning Outstanding Lead Actor in a Comedy Series and Kate O'Flynn winning Outstanding Supporting Actress in a Comedy Series. 'DTF St. Louis' won Outstanding Limited Series, and 'The Traitors' won Outstanding Reality Competition Series. Michael J. Fox received the Bob Hope Humanitarian Award.</w:t>
      </w:r>
      <w:r/>
    </w:p>
    <w:p>
      <w:pPr>
        <w:pStyle w:val="ListNumber"/>
        <w:spacing w:line="240" w:lineRule="auto"/>
        <w:ind w:left="720"/>
      </w:pPr>
      <w:r/>
      <w:hyperlink r:id="rId12">
        <w:r>
          <w:rPr>
            <w:color w:val="0000EE"/>
            <w:u w:val="single"/>
          </w:rPr>
          <w:t>https://www.moviefone.com/news/78th-primetime-emmy-awards-2026-winners-list/</w:t>
        </w:r>
      </w:hyperlink>
      <w:r>
        <w:t xml:space="preserve"> - Moviefone lists the winners of the 78th Primetime Emmy Awards. Matthew Rhys won Outstanding Lead Actor in a Limited or Anthology Series or Movie for 'The Beast in Me'. 'The Traitors' won Outstanding Reality Competition Program, with Alan Cumming accepting the award. 'The Late Show with Stephen Colbert' won Outstanding Variety Series. The article provides a detailed breakdown of winners across various categories, including drama, comedy, limited series, and variety shows.</w:t>
      </w:r>
      <w:r/>
    </w:p>
    <w:p>
      <w:pPr>
        <w:pStyle w:val="ListNumber"/>
        <w:spacing w:line="240" w:lineRule="auto"/>
        <w:ind w:left="720"/>
      </w:pPr>
      <w:r/>
      <w:hyperlink r:id="rId13">
        <w:r>
          <w:rPr>
            <w:color w:val="0000EE"/>
            <w:u w:val="single"/>
          </w:rPr>
          <w:t>https://thelosangeles.org/news/emmys-2026-full-list-of-winners-and-nominees-for-the-78th-primetime-emmy-awards</w:t>
        </w:r>
      </w:hyperlink>
      <w:r>
        <w:t xml:space="preserve"> - The Los Angeles provides a full list of winners and nominees for the 78th Primetime Emmy Awards. The article highlights major wins for LGBTQ+ talent and allies, including Jean Smart's fifth consecutive win for Outstanding Lead Actress in a Comedy Series for 'Hacks', and Alan Cumming's win for Outstanding Host for a Reality or Reality Competition Program for 'The Traitors'. The article also notes the strong presence of LGBTQ+ nominees in major categories, reflecting the increasing representation in the television industry.</w:t>
      </w:r>
      <w:r/>
    </w:p>
    <w:p>
      <w:pPr>
        <w:pStyle w:val="ListNumber"/>
        <w:spacing w:line="240" w:lineRule="auto"/>
        <w:ind w:left="720"/>
      </w:pPr>
      <w:r/>
      <w:hyperlink r:id="rId15">
        <w:r>
          <w:rPr>
            <w:color w:val="0000EE"/>
            <w:u w:val="single"/>
          </w:rPr>
          <w:t>https://editorial.rottentomatoes.com/article/2026-emmy-nominations/</w:t>
        </w:r>
      </w:hyperlink>
      <w:r>
        <w:t xml:space="preserve"> - Rotten Tomatoes provides a complete list of 2026 Emmy nominations. The article highlights leading nominations for 'The Pitt' with 25 nods, including Outstanding Drama Series and Outstanding Lead Actor for Noah Wyle, and 'Hacks' with 24 nominations, including Outstanding Comedy Series and Outstanding Lead Actress for Jean Smart. Other notable nominees include Apple TV's 'Widow's Bay' with 19 nominations and 'Pluribus' with 18 nominations. The article also mentions the new Legacy Award presented by the Television Academy.</w:t>
      </w:r>
      <w:r/>
    </w:p>
    <w:p>
      <w:pPr>
        <w:pStyle w:val="ListNumber"/>
        <w:spacing w:line="240" w:lineRule="auto"/>
        <w:ind w:left="720"/>
      </w:pPr>
      <w:r/>
      <w:hyperlink r:id="rId14">
        <w:r>
          <w:rPr>
            <w:color w:val="0000EE"/>
            <w:u w:val="single"/>
          </w:rPr>
          <w:t>https://www.backstage.com/magazine/article/emmys-2026-winners-80583/</w:t>
        </w:r>
      </w:hyperlink>
      <w:r>
        <w:t xml:space="preserve"> - Backstage provides a full list of winners for the 78th Primetime Emmy Awards. The article highlights major wins for LGBTQ+ talent and allies, including Jean Smart's fifth consecutive win for Outstanding Lead Actress in a Comedy Series for 'Hacks', and Alan Cumming's win for Outstanding Host for a Reality or Reality Competition Program for 'The Traitors'. The article also notes the strong presence of LGBTQ+ nominees in major categories, reflecting the increasing representation in the television industry.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hefightmag.com/2026/09/celebrating-the-lgbtq-creators-and-allies-honored-at-the-2026-emmys/" TargetMode="External"/><Relationship Id="rId10" Type="http://schemas.openxmlformats.org/officeDocument/2006/relationships/hyperlink" Target="https://apnews.com/article/9a1b7ffa7853fcc405665cb95635f8e1" TargetMode="External"/><Relationship Id="rId11" Type="http://schemas.openxmlformats.org/officeDocument/2006/relationships/hyperlink" Target="https://abcnews.com/Entertainment/wireStory/complete-list-winners-2026-primetime-emmy-awards-136445397" TargetMode="External"/><Relationship Id="rId12" Type="http://schemas.openxmlformats.org/officeDocument/2006/relationships/hyperlink" Target="https://www.moviefone.com/news/78th-primetime-emmy-awards-2026-winners-list/" TargetMode="External"/><Relationship Id="rId13" Type="http://schemas.openxmlformats.org/officeDocument/2006/relationships/hyperlink" Target="https://thelosangeles.org/news/emmys-2026-full-list-of-winners-and-nominees-for-the-78th-primetime-emmy-awards" TargetMode="External"/><Relationship Id="rId14" Type="http://schemas.openxmlformats.org/officeDocument/2006/relationships/hyperlink" Target="https://www.backstage.com/magazine/article/emmys-2026-winners-80583/" TargetMode="External"/><Relationship Id="rId15" Type="http://schemas.openxmlformats.org/officeDocument/2006/relationships/hyperlink" Target="https://editorial.rottentomatoes.com/article/2026-emmy-nominatio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