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Creator Directory for Finding Gay Talent Across Platforms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Fans are getting a new way to discover LGBTQ+ creators without hopping between apps. OnlyGays, launched by Mango Digital in Atlanta, brings profiles from platforms including OnlyFans, JustForFans, Patreon and Instagram into one searchable directory, making it easier to find creators beyond the limits of individual algorithms.</w:t>
      </w:r>
      <w:r/>
    </w:p>
    <w:p>
      <w:pPr>
        <w:pStyle w:val="Heading2"/>
      </w:pPr>
      <w:r>
        <w:t>Essential Takeaways</w:t>
      </w:r>
      <w:r/>
      <w:r/>
    </w:p>
    <w:p>
      <w:pPr>
        <w:pStyle w:val="ListBullet"/>
        <w:spacing w:line="240" w:lineRule="auto"/>
        <w:ind w:left="720"/>
      </w:pPr>
      <w:r/>
      <w:r>
        <w:rPr>
          <w:b/>
        </w:rPr>
        <w:t>One search hub:</w:t>
      </w:r>
      <w:r>
        <w:t xml:space="preserve"> OnlyGays brings LGBTQ+ creator profiles from multiple platforms together.</w:t>
      </w:r>
      <w:r/>
    </w:p>
    <w:p>
      <w:pPr>
        <w:pStyle w:val="ListBullet"/>
        <w:spacing w:line="240" w:lineRule="auto"/>
        <w:ind w:left="720"/>
      </w:pPr>
      <w:r/>
      <w:r>
        <w:rPr>
          <w:b/>
        </w:rPr>
        <w:t>Growing directory:</w:t>
      </w:r>
      <w:r>
        <w:t xml:space="preserve"> The service has expanded to nearly 400 verified profiles across 13 categories.</w:t>
      </w:r>
      <w:r/>
    </w:p>
    <w:p>
      <w:pPr>
        <w:pStyle w:val="ListBullet"/>
        <w:spacing w:line="240" w:lineRule="auto"/>
        <w:ind w:left="720"/>
      </w:pPr>
      <w:r/>
      <w:r>
        <w:rPr>
          <w:b/>
        </w:rPr>
        <w:t>Free creator listings:</w:t>
      </w:r>
      <w:r>
        <w:t xml:space="preserve"> Creators can establish a basic profile without paying an upfront listing fee.</w:t>
      </w:r>
      <w:r/>
    </w:p>
    <w:p>
      <w:pPr>
        <w:pStyle w:val="ListBullet"/>
        <w:spacing w:line="240" w:lineRule="auto"/>
        <w:ind w:left="720"/>
      </w:pPr>
      <w:r/>
      <w:r>
        <w:rPr>
          <w:b/>
        </w:rPr>
        <w:t>Optional promotion:</w:t>
      </w:r>
      <w:r>
        <w:t xml:space="preserve"> Paid extras offer greater visibility, while agencies can manage several creators in one account.</w:t>
      </w:r>
      <w:r/>
    </w:p>
    <w:p>
      <w:pPr>
        <w:pStyle w:val="ListBullet"/>
        <w:spacing w:line="240" w:lineRule="auto"/>
        <w:ind w:left="720"/>
      </w:pPr>
      <w:r/>
      <w:r>
        <w:rPr>
          <w:b/>
        </w:rPr>
        <w:t>Different revenue model:</w:t>
      </w:r>
      <w:r>
        <w:t xml:space="preserve"> The directory earns through featured listings, fan subscriptions and affiliate commissions rather than taking a direct cut of creator earnings.</w:t>
      </w:r>
      <w:r/>
      <w:r/>
    </w:p>
    <w:p>
      <w:pPr>
        <w:pStyle w:val="Heading2"/>
      </w:pPr>
      <w:r>
        <w:t>A simpler way to discover LGBTQ+ creators</w:t>
      </w:r>
      <w:r/>
    </w:p>
    <w:p>
      <w:r/>
      <w:r>
        <w:t>Finding a creator can feel oddly fragmented. A fan might search one platform, then another, while algorithms quietly decide which profiles appear first. OnlyGays aims to replace that scavenger hunt with a single directory built around LGBTQ+ creators.</w:t>
      </w:r>
      <w:r/>
    </w:p>
    <w:p>
      <w:r/>
      <w:r>
        <w:t>The platform launched publicly after a beta period and now lists nearly 400 verified profiles, according to XBIZ. Its categories cover different creator styles and interests, giving visitors more structure than a general social-media search.</w:t>
      </w:r>
      <w:r/>
    </w:p>
    <w:p>
      <w:r/>
      <w:r>
        <w:t>That matters because creator identities and audiences rarely fit neatly inside one app. A profile may use Instagram for updates, Patreon for memberships and another platform for premium content, so a cross-platform directory feels like a practical response to how people actually browse.</w:t>
      </w:r>
      <w:r/>
    </w:p>
    <w:p>
      <w:pPr>
        <w:pStyle w:val="Heading2"/>
      </w:pPr>
      <w:r>
        <w:t>Why platform-hopping has become a problem</w:t>
      </w:r>
      <w:r/>
    </w:p>
    <w:p>
      <w:r/>
      <w:r>
        <w:t>Single-platform discovery tools are convenient, but they can make creators harder to find if they're new, niche or not favoured by an app's recommendation system. OnlyGays' own explanation of the project frames this as a visibility problem for both sides of the marketplace.</w:t>
      </w:r>
      <w:r/>
    </w:p>
    <w:p>
      <w:r/>
      <w:r>
        <w:t>Founder John Rozzo told XBIZ that existing tools often treat creators as though they belong to one platform only. In reality, many creators spread their work across several services, while fans may be searching for a particular identity, category or personality rather than a single app.</w:t>
      </w:r>
      <w:r/>
    </w:p>
    <w:p>
      <w:r/>
      <w:r>
        <w:t>There's a human benefit here, too. A directory can make discovery feel more intentional and less dependent on endless scrolling, especially for fans looking for LGBTQ+ talent in a crowded online environment.</w:t>
      </w:r>
      <w:r/>
    </w:p>
    <w:p>
      <w:pPr>
        <w:pStyle w:val="Heading2"/>
      </w:pPr>
      <w:r>
        <w:t>What creators get from the directory</w:t>
      </w:r>
      <w:r/>
    </w:p>
    <w:p>
      <w:r/>
      <w:r>
        <w:t>Creators can currently create a listing without paying for the basic presence, according to OnlyGays' creator plans. Paid options are designed for additional exposure, which could be useful for established profiles competing for attention or newer creators trying to build an audience.</w:t>
      </w:r>
      <w:r/>
    </w:p>
    <w:p>
      <w:r/>
      <w:r>
        <w:t>The model also offers tools for agencies and managers overseeing multiple profiles. Instead of maintaining separate promotional efforts for each person, a roster-management option can bring those listings under one account.</w:t>
      </w:r>
      <w:r/>
    </w:p>
    <w:p>
      <w:r/>
      <w:r>
        <w:t>For creators, the appeal is straightforward: the directory offers another route to potential fans without taking a direct share of revenue earned on the linked platforms. That doesn't guarantee a flood of new subscribers, of course, but it gives creators another shop window.</w:t>
      </w:r>
      <w:r/>
    </w:p>
    <w:p>
      <w:pPr>
        <w:pStyle w:val="Heading2"/>
      </w:pPr>
      <w:r>
        <w:t>How fans can use OnlyGays more effectively</w:t>
      </w:r>
      <w:r/>
    </w:p>
    <w:p>
      <w:r/>
      <w:r>
        <w:t>The best way to approach a directory like this is with a clear idea of what you're looking for. Search by category, compare the platforms linked from a profile and check whether the creator's main service matches the kind of access or membership you want.</w:t>
      </w:r>
      <w:r/>
    </w:p>
    <w:p>
      <w:r/>
      <w:r>
        <w:t>It's also worth remembering that a directory is a discovery tool, not a replacement for checking each creator's own terms. Before subscribing, look at pricing, posting frequency, cancellation rules and the platform's privacy and payment policies.</w:t>
      </w:r>
      <w:r/>
    </w:p>
    <w:p>
      <w:r/>
      <w:r>
        <w:t>OnlyGays says it verifies listed profiles, but sensible browsing habits still matter. Use official links, avoid requests for payments outside trusted services and be wary of accounts making dramatic promises. Your instincts remain a useful filter, even when the interface looks polished.</w:t>
      </w:r>
      <w:r/>
    </w:p>
    <w:p>
      <w:pPr>
        <w:pStyle w:val="Heading2"/>
      </w:pPr>
      <w:r>
        <w:t>A sign of a maturing creator economy</w:t>
      </w:r>
      <w:r/>
    </w:p>
    <w:p>
      <w:r/>
      <w:r>
        <w:t>OnlyGays arrives as LGBTQ+ creators increasingly operate across several digital communities rather than building their entire business on one platform. Its launch reflects a wider shift towards creator-led search, where audiences want more control over how they find people and content.</w:t>
      </w:r>
      <w:r/>
    </w:p>
    <w:p>
      <w:r/>
      <w:r>
        <w:t>The directory's founder describes the moment as a solution to a long-standing findability gap, while the site's own commentary presents the growth of gay creator culture as an expanding opportunity. The optimism is understandable, although the real test will be whether the directory keeps profiles current and search results genuinely useful.</w:t>
      </w:r>
      <w:r/>
    </w:p>
    <w:p>
      <w:r/>
      <w:r>
        <w:t>For now, its strongest idea is also its simplest: creators shouldn't disappear just because their work is spread across different platforms. A well-maintained LGBTQ+ creator directory could make that online landscape feel a little less scattered.</w:t>
      </w:r>
      <w:r/>
    </w:p>
    <w:p>
      <w:r/>
      <w:r>
        <w:t>Explore profiles carefully and choose the creators and platforms that suit you best.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1">
        <w:r>
          <w:rPr>
            <w:color w:val="0000EE"/>
            <w:u w:val="single"/>
          </w:rPr>
          <w:t>[4]</w:t>
        </w:r>
      </w:hyperlink>
      <w:r>
        <w:t xml:space="preserve">- Paragraph 3: </w:t>
      </w:r>
      <w:hyperlink r:id="rId10">
        <w:r>
          <w:rPr>
            <w:color w:val="0000EE"/>
            <w:u w:val="single"/>
          </w:rPr>
          <w:t>[3]</w:t>
        </w:r>
      </w:hyperlink>
      <w:r>
        <w:t xml:space="preserve">, </w:t>
      </w:r>
      <w:hyperlink r:id="rId12">
        <w:r>
          <w:rPr>
            <w:color w:val="0000EE"/>
            <w:u w:val="single"/>
          </w:rPr>
          <w:t>[6]</w:t>
        </w:r>
      </w:hyperlink>
      <w:r>
        <w:t xml:space="preserve">- Paragraph 4: </w:t>
      </w:r>
      <w:hyperlink r:id="rId9">
        <w:r>
          <w:rPr>
            <w:color w:val="0000EE"/>
            <w:u w:val="single"/>
          </w:rPr>
          <w:t>[2]</w:t>
        </w:r>
      </w:hyperlink>
      <w:r>
        <w:t xml:space="preserve">, </w:t>
      </w:r>
      <w:hyperlink r:id="rId12">
        <w:r>
          <w:rPr>
            <w:color w:val="0000EE"/>
            <w:u w:val="single"/>
          </w:rPr>
          <w:t>[6]</w:t>
        </w:r>
      </w:hyperlink>
      <w:r>
        <w:t xml:space="preserve">- Paragraph 5: </w:t>
      </w:r>
      <w:hyperlink r:id="rId12">
        <w:r>
          <w:rPr>
            <w:color w:val="0000EE"/>
            <w:u w:val="single"/>
          </w:rPr>
          <w:t>[6]</w:t>
        </w:r>
      </w:hyperlink>
      <w:r>
        <w:t xml:space="preserve">, </w:t>
      </w:r>
      <w:hyperlink r:id="rId13">
        <w:r>
          <w:rPr>
            <w:color w:val="0000EE"/>
            <w:u w:val="single"/>
          </w:rPr>
          <w:t>[7]</w:t>
        </w:r>
      </w:hyperlink>
      <w:r>
        <w:t xml:space="preserve">- Paragraph 6: </w:t>
      </w:r>
      <w:hyperlink r:id="rId14">
        <w:r>
          <w:rPr>
            <w:color w:val="0000EE"/>
            <w:u w:val="single"/>
          </w:rPr>
          <w:t>[5]</w:t>
        </w:r>
      </w:hyperlink>
      <w:r>
        <w:t xml:space="preserve">, </w:t>
      </w:r>
      <w:hyperlink r:id="rId12">
        <w:r>
          <w:rPr>
            <w:color w:val="0000EE"/>
            <w:u w:val="single"/>
          </w:rPr>
          <w:t>[6]</w:t>
        </w:r>
      </w:hyperlink>
      <w:r>
        <w:t xml:space="preserve">- Paragraph 7: </w:t>
      </w:r>
      <w:hyperlink r:id="rId14">
        <w:r>
          <w:rPr>
            <w:color w:val="0000EE"/>
            <w:u w:val="single"/>
          </w:rPr>
          <w:t>[5]</w:t>
        </w:r>
      </w:hyperlink>
      <w:r>
        <w:t xml:space="preserve">, </w:t>
      </w:r>
      <w:hyperlink r:id="rId11">
        <w:r>
          <w:rPr>
            <w:color w:val="0000EE"/>
            <w:u w:val="single"/>
          </w:rPr>
          <w:t>[4]</w:t>
        </w:r>
      </w:hyperlink>
      <w:r>
        <w:t xml:space="preserve">- Paragraph 8: </w:t>
      </w:r>
      <w:hyperlink r:id="rId11">
        <w:r>
          <w:rPr>
            <w:color w:val="0000EE"/>
            <w:u w:val="single"/>
          </w:rPr>
          <w:t>[4]</w:t>
        </w:r>
      </w:hyperlink>
      <w:r>
        <w:t xml:space="preserve">, </w:t>
      </w:r>
      <w:hyperlink r:id="rId14">
        <w:r>
          <w:rPr>
            <w:color w:val="0000EE"/>
            <w:u w:val="single"/>
          </w:rPr>
          <w:t>[5]</w:t>
        </w:r>
      </w:hyperlink>
      <w:r>
        <w:t xml:space="preserve">- Paragraph 9: </w:t>
      </w:r>
      <w:hyperlink r:id="rId11">
        <w:r>
          <w:rPr>
            <w:color w:val="0000EE"/>
            <w:u w:val="single"/>
          </w:rPr>
          <w:t>[4]</w:t>
        </w:r>
      </w:hyperlink>
      <w:r>
        <w:t xml:space="preserve">, </w:t>
      </w:r>
      <w:hyperlink r:id="rId14">
        <w:r>
          <w:rPr>
            <w:color w:val="0000EE"/>
            <w:u w:val="single"/>
          </w:rPr>
          <w:t>[5]</w:t>
        </w:r>
      </w:hyperlink>
      <w:r>
        <w:t xml:space="preserve">- Paragraph 10: </w:t>
      </w:r>
      <w:hyperlink r:id="rId12">
        <w:r>
          <w:rPr>
            <w:color w:val="0000EE"/>
            <w:u w:val="single"/>
          </w:rPr>
          <w:t>[6]</w:t>
        </w:r>
      </w:hyperlink>
      <w:r>
        <w:t xml:space="preserve">, </w:t>
      </w:r>
      <w:hyperlink r:id="rId13">
        <w:r>
          <w:rPr>
            <w:color w:val="0000EE"/>
            <w:u w:val="single"/>
          </w:rPr>
          <w:t>[7]</w:t>
        </w:r>
      </w:hyperlink>
      <w:r>
        <w:t xml:space="preserve">- Paragraph 11: </w:t>
      </w:r>
      <w:hyperlink r:id="rId13">
        <w:r>
          <w:rPr>
            <w:color w:val="0000EE"/>
            <w:u w:val="single"/>
          </w:rPr>
          <w:t>[7]</w:t>
        </w:r>
      </w:hyperlink>
      <w:r>
        <w:t xml:space="preserve">, </w:t>
      </w:r>
      <w:hyperlink r:id="rId10">
        <w:r>
          <w:rPr>
            <w:color w:val="0000EE"/>
            <w:u w:val="single"/>
          </w:rPr>
          <w:t>[3]</w:t>
        </w:r>
      </w:hyperlink>
      <w:r>
        <w:t xml:space="preserve">- Paragraph 12: </w:t>
      </w:r>
      <w:hyperlink r:id="rId9">
        <w:r>
          <w:rPr>
            <w:color w:val="0000EE"/>
            <w:u w:val="single"/>
          </w:rPr>
          <w:t>[2]</w:t>
        </w:r>
      </w:hyperlink>
      <w:r>
        <w:t xml:space="preserve">, </w:t>
      </w:r>
      <w:hyperlink r:id="rId12">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https://www.xbiz.com/news/300763/lgbtq-creator-directory-onlygays-launches</w:t>
        </w:r>
      </w:hyperlink>
      <w:r>
        <w:t xml:space="preserve"> - Please view link - unable to able to access data</w:t>
      </w:r>
      <w:r/>
    </w:p>
    <w:p>
      <w:pPr>
        <w:pStyle w:val="ListNumber"/>
        <w:spacing w:line="240" w:lineRule="auto"/>
        <w:ind w:left="720"/>
      </w:pPr>
      <w:r/>
      <w:hyperlink r:id="rId9">
        <w:r>
          <w:rPr>
            <w:color w:val="0000EE"/>
            <w:u w:val="single"/>
          </w:rPr>
          <w:t>https://www.xbiz.com/news/300763/lgbtq-creator-directory-onlygays-launches</w:t>
        </w:r>
      </w:hyperlink>
      <w:r>
        <w:t xml:space="preserve"> - Mango Digital has launched OnlyGays, a multi-platform search directory for LGBTQ+ content creators. Unlike single-platform tools, OnlyGays indexes creators across platforms like OnlyFans, JustForFans, Patreon, and Instagram, providing fans with a comprehensive search tool. Since its beta launch, the directory has grown to nearly 400 verified LGBTQ+ creator profiles across 13 categories. The platform monetizes through featured creator listings, SuperFan subscriptions for fans, and affiliate commissions, without taking a direct cut of creator platform revenue. Creators can list profiles at no cost, with paid add-ons for expanded visibility and multi-creator roster management for agencies.</w:t>
      </w:r>
      <w:r/>
    </w:p>
    <w:p>
      <w:pPr>
        <w:pStyle w:val="ListNumber"/>
        <w:spacing w:line="240" w:lineRule="auto"/>
        <w:ind w:left="720"/>
      </w:pPr>
      <w:r/>
      <w:hyperlink r:id="rId10">
        <w:r>
          <w:rPr>
            <w:color w:val="0000EE"/>
            <w:u w:val="single"/>
          </w:rPr>
          <w:t>https://onlygays.io/about/</w:t>
        </w:r>
      </w:hyperlink>
      <w:r>
        <w:t xml:space="preserve"> - OnlyGays is a curated directory connecting queer fans with their favourite creators across multiple platforms. The platform aims to make it easier for fans to support, celebrate, and follow LGBTQ+ creators, addressing the challenge of discoverability on mainstream platforms. It offers a safe space for expression and visibility, ensuring creators are not buried by algorithms or banned outright. The name 'OnlyGays' reflects inclusivity, welcoming all creators and fans under the queer umbrella, with a diversity of content, identity, and pride.</w:t>
      </w:r>
      <w:r/>
    </w:p>
    <w:p>
      <w:pPr>
        <w:pStyle w:val="ListNumber"/>
        <w:spacing w:line="240" w:lineRule="auto"/>
        <w:ind w:left="720"/>
      </w:pPr>
      <w:r/>
      <w:hyperlink r:id="rId11">
        <w:r>
          <w:rPr>
            <w:color w:val="0000EE"/>
            <w:u w:val="single"/>
          </w:rPr>
          <w:t>https://onlygays.io/help/</w:t>
        </w:r>
      </w:hyperlink>
      <w:r>
        <w:t xml:space="preserve"> - The OnlyGays Help Center provides resources for fans and creators to optimise their experience on the platform. Fans can discover how to make the most of their favourites, while creators learn how to enhance their profiles for higher visibility and popularity. The site offers a comprehensive FAQ section covering topics for everyone, creators, fans, and advertisers &amp; agencies, ensuring users can fully utilise the site's services and features.</w:t>
      </w:r>
      <w:r/>
    </w:p>
    <w:p>
      <w:pPr>
        <w:pStyle w:val="ListNumber"/>
        <w:spacing w:line="240" w:lineRule="auto"/>
        <w:ind w:left="720"/>
      </w:pPr>
      <w:r/>
      <w:hyperlink r:id="rId14">
        <w:r>
          <w:rPr>
            <w:color w:val="0000EE"/>
            <w:u w:val="single"/>
          </w:rPr>
          <w:t>https://onlygays.io/plans-for-creators/</w:t>
        </w:r>
      </w:hyperlink>
      <w:r>
        <w:t xml:space="preserve"> - OnlyGays offers a Creator Solo Annual Subscription Plan, allowing creators to list their profiles at no cost for the first year. The platform provides visibility, credibility with an optional verified badge, and control over profile updates. Creators can showcase multiple platforms and highlight their best content, directing fans to their socials, paid content, or merchandise without commissions taken. Optional add-ons are available to boost visibility further, making it a worthwhile solution for creators seeking to grow their audience.</w:t>
      </w:r>
      <w:r/>
    </w:p>
    <w:p>
      <w:pPr>
        <w:pStyle w:val="ListNumber"/>
        <w:spacing w:line="240" w:lineRule="auto"/>
        <w:ind w:left="720"/>
      </w:pPr>
      <w:r/>
      <w:hyperlink r:id="rId12">
        <w:r>
          <w:rPr>
            <w:color w:val="0000EE"/>
            <w:u w:val="single"/>
          </w:rPr>
          <w:t>https://onlygays.io/why-i-built-the-gay-creator-directory-we-needed/</w:t>
        </w:r>
      </w:hyperlink>
      <w:r>
        <w:t xml:space="preserve"> - The founder of OnlyGays shares the inspiration behind building the platform, highlighting the challenges fans face in discovering LGBTQ+ creators across multiple platforms. The article discusses the lack of a centralised directory and the need for a space that understands the culture and language of the queer community. It emphasises the importance of visibility and the desire to create a platform where creators can be discovered based on the merit of their content, not follower count.</w:t>
      </w:r>
      <w:r/>
    </w:p>
    <w:p>
      <w:pPr>
        <w:pStyle w:val="ListNumber"/>
        <w:spacing w:line="240" w:lineRule="auto"/>
        <w:ind w:left="720"/>
      </w:pPr>
      <w:r/>
      <w:hyperlink r:id="rId13">
        <w:r>
          <w:rPr>
            <w:color w:val="0000EE"/>
            <w:u w:val="single"/>
          </w:rPr>
          <w:t>https://onlygays.io/the-golden-age-of-gay-content-creators-is-here/</w:t>
        </w:r>
      </w:hyperlink>
      <w:r>
        <w:t xml:space="preserve"> - This article discusses the surge in LGBTQ+ content creators building full-time careers on their own terms, highlighting the shift from traditional studios to independent creators. It explores the factors contributing to this 'golden age,' including the rise of platforms like OnlyGays that provide visibility and support for creators. The piece reflects on the evolution of the industry and the increasing opportunities for creators to reach audiences who appreciate their content.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xbiz.com/news/300763/lgbtq-creator-directory-onlygays-launches" TargetMode="External"/><Relationship Id="rId10" Type="http://schemas.openxmlformats.org/officeDocument/2006/relationships/hyperlink" Target="https://onlygays.io/about/" TargetMode="External"/><Relationship Id="rId11" Type="http://schemas.openxmlformats.org/officeDocument/2006/relationships/hyperlink" Target="https://onlygays.io/help/" TargetMode="External"/><Relationship Id="rId12" Type="http://schemas.openxmlformats.org/officeDocument/2006/relationships/hyperlink" Target="https://onlygays.io/why-i-built-the-gay-creator-directory-we-needed/" TargetMode="External"/><Relationship Id="rId13" Type="http://schemas.openxmlformats.org/officeDocument/2006/relationships/hyperlink" Target="https://onlygays.io/the-golden-age-of-gay-content-creators-is-here/" TargetMode="External"/><Relationship Id="rId14" Type="http://schemas.openxmlformats.org/officeDocument/2006/relationships/hyperlink" Target="https://onlygays.io/plans-for-creator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