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Brookline Pride events for a welcoming neighbourhood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discovering how Brookline Pride turns an everyday high street into a warm, colourful gathering place, with independent shops, community stalls, live music and creative pop-ups working side by side. The appeal is simple: it feels local, accessible and genuinely friendly, while reflecting a wider appetite for inclusive Pride events beyond traditional city-centre celebrations.</w:t>
      </w:r>
      <w:r/>
    </w:p>
    <w:p>
      <w:pPr>
        <w:pStyle w:val="Heading2"/>
      </w:pPr>
      <w:r>
        <w:t>Essential Takeaways</w:t>
      </w:r>
      <w:r/>
      <w:r/>
    </w:p>
    <w:p>
      <w:pPr>
        <w:pStyle w:val="ListBullet"/>
        <w:spacing w:line="240" w:lineRule="auto"/>
        <w:ind w:left="720"/>
      </w:pPr>
      <w:r/>
      <w:r>
        <w:rPr>
          <w:b/>
        </w:rPr>
        <w:t>A high-street celebration:</w:t>
      </w:r>
      <w:r>
        <w:t xml:space="preserve"> Participating businesses helped turn Brookline Boulevard into a walkable Pride trail.</w:t>
      </w:r>
      <w:r/>
    </w:p>
    <w:p>
      <w:pPr>
        <w:pStyle w:val="ListBullet"/>
        <w:spacing w:line="240" w:lineRule="auto"/>
        <w:ind w:left="720"/>
      </w:pPr>
      <w:r/>
      <w:r>
        <w:rPr>
          <w:b/>
        </w:rPr>
        <w:t>Community-led atmosphere:</w:t>
      </w:r>
      <w:r>
        <w:t xml:space="preserve"> Shops, artists, health providers and performers shared the spotlight.</w:t>
      </w:r>
      <w:r/>
    </w:p>
    <w:p>
      <w:pPr>
        <w:pStyle w:val="ListBullet"/>
        <w:spacing w:line="240" w:lineRule="auto"/>
        <w:ind w:left="720"/>
      </w:pPr>
      <w:r/>
      <w:r>
        <w:rPr>
          <w:b/>
        </w:rPr>
        <w:t>Inclusive by design:</w:t>
      </w:r>
      <w:r>
        <w:t xml:space="preserve"> Many venues offered step-free access, making the event easier to navigate.</w:t>
      </w:r>
      <w:r/>
    </w:p>
    <w:p>
      <w:pPr>
        <w:pStyle w:val="ListBullet"/>
        <w:spacing w:line="240" w:lineRule="auto"/>
        <w:ind w:left="720"/>
      </w:pPr>
      <w:r/>
      <w:r>
        <w:rPr>
          <w:b/>
        </w:rPr>
        <w:t>More than merchandise:</w:t>
      </w:r>
      <w:r>
        <w:t xml:space="preserve"> Visitors could find live music, free health services, storytelling and handmade poetry.</w:t>
      </w:r>
      <w:r/>
    </w:p>
    <w:p>
      <w:pPr>
        <w:pStyle w:val="ListBullet"/>
        <w:spacing w:line="240" w:lineRule="auto"/>
        <w:ind w:left="720"/>
      </w:pPr>
      <w:r/>
      <w:r>
        <w:rPr>
          <w:b/>
        </w:rPr>
        <w:t>A growing trend:</w:t>
      </w:r>
      <w:r>
        <w:t xml:space="preserve"> Local Pride festivals are increasingly bringing LGBTQ+ visibility into everyday neighbourhood life.</w:t>
      </w:r>
      <w:r/>
      <w:r/>
    </w:p>
    <w:p>
      <w:pPr>
        <w:pStyle w:val="Heading2"/>
      </w:pPr>
      <w:r>
        <w:t>Brookline Pride makes the high street feel different</w:t>
      </w:r>
      <w:r/>
    </w:p>
    <w:p>
      <w:r/>
      <w:r>
        <w:t>Brookline Boulevard has the easy, familiar feel of a neighbourhood people actually use, which makes its Pride celebration especially charming. Rainbow flags outside ordinary shops, the sound of singers drifting along the pavement and friendly stalls appearing between businesses give the street a gentle lift without making it feel overproduced.</w:t>
      </w:r>
      <w:r/>
    </w:p>
    <w:p>
      <w:r/>
      <w:r>
        <w:t>That low-key warmth is the event's strength. Rather than relying on one large stage or a single central attraction, Brookline Pride spreads its welcome across local businesses and community groups. The Brookline Public Library's Pride programming similarly shows how inclusion can become part of a neighbourhood's regular civic life.</w:t>
      </w:r>
      <w:r/>
    </w:p>
    <w:p>
      <w:pPr>
        <w:pStyle w:val="Heading2"/>
      </w:pPr>
      <w:r>
        <w:t>Local businesses put welcome before spectacle</w:t>
      </w:r>
      <w:r/>
    </w:p>
    <w:p>
      <w:r/>
      <w:r>
        <w:t>The participating businesses didn't need elaborate displays to make their position clear. A Pride-themed T-shirt, a cheerful photo opportunity or an open door was enough to signal that LGBTQ+ customers and allies were welcome.</w:t>
      </w:r>
      <w:r/>
    </w:p>
    <w:p>
      <w:r/>
      <w:r>
        <w:t>That matters because local Pride events can feel more personal than larger festivals. People aren't simply passing through a crowd; they're meeting shop owners, artists and volunteers in places they may already know. Brookline's community celebrations have also included events hosted by faith and cultural organisations, underlining how broad the local support network can be.</w:t>
      </w:r>
      <w:r/>
    </w:p>
    <w:p>
      <w:pPr>
        <w:pStyle w:val="Heading2"/>
      </w:pPr>
      <w:r>
        <w:t>What can visitors expect along the Pride trail?</w:t>
      </w:r>
      <w:r/>
    </w:p>
    <w:p>
      <w:r/>
      <w:r>
        <w:t>A stroll through the event offered plenty of variety. There were community information booths, health support, small businesses selling themed goods and live performances that added a soundtrack without overwhelming the street.</w:t>
      </w:r>
      <w:r/>
    </w:p>
    <w:p>
      <w:r/>
      <w:r>
        <w:t>Creative activities gave the day its most memorable details. A coming-out story booth offered people a private way to share their experiences, while an improvised poetry stand turned affectionate messages into something visitors could take home. It was a lovely reminder that Pride isn't only about visibility; it's also about listening, connection and joy.</w:t>
      </w:r>
      <w:r/>
    </w:p>
    <w:p>
      <w:pPr>
        <w:pStyle w:val="Heading2"/>
      </w:pPr>
      <w:r>
        <w:t>Accessibility is part of the welcome</w:t>
      </w:r>
      <w:r/>
    </w:p>
    <w:p>
      <w:r/>
      <w:r>
        <w:t>One of the quieter highlights was the number of businesses with step-free entrances. That may not sound as eye-catching as a rainbow window display, but practical access often determines whether an event feels genuinely open to everyone.</w:t>
      </w:r>
      <w:r/>
    </w:p>
    <w:p>
      <w:r/>
      <w:r>
        <w:t>If you're planning to attend a neighbourhood Pride festival, it's worth checking the route, toilets, seating and stall layout in advance. Smaller events can be wonderfully relaxed, but their facilities may vary. Libraries and community organisations often provide useful local information, as seen in Brookline's own Pride listings.</w:t>
      </w:r>
      <w:r/>
    </w:p>
    <w:p>
      <w:pPr>
        <w:pStyle w:val="Heading2"/>
      </w:pPr>
      <w:r>
        <w:t>Why neighbourhood Pride festivals are catching on</w:t>
      </w:r>
      <w:r/>
    </w:p>
    <w:p>
      <w:r/>
      <w:r>
        <w:t>The growth of local Pride events reflects a wider shift towards community-based celebrations. Large city festivals remain important, but neighbourhood gatherings offer a different experience: shorter distances, familiar faces and more direct support for independent businesses.</w:t>
      </w:r>
      <w:r/>
    </w:p>
    <w:p>
      <w:r/>
      <w:r>
        <w:t>They can also make LGBTQ+ visibility feel less occasional. When a café, boutique, library or place of worship takes part, inclusion becomes woven into daily life rather than confined to one major annual parade. Other Massachusetts communities have continued organising Pride festivals and drag events, suggesting that the appetite for local celebration is far from fading.</w:t>
      </w:r>
      <w:r/>
    </w:p>
    <w:p>
      <w:r/>
      <w:r>
        <w:t>Brookline's message is refreshingly straightforward: welcome people, make room for them and don't overcomplicate the joy. Sometimes the most meaningful celebration is the one that feels like the street has simply decided to be kinder for the day.</w:t>
      </w:r>
      <w:r/>
    </w:p>
    <w:p>
      <w:r/>
      <w:r>
        <w:t>It's a small-town feeling with a bright, rainbow-coloured lift.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4">
        <w:r>
          <w:rPr>
            <w:color w:val="0000EE"/>
            <w:u w:val="single"/>
          </w:rPr>
          <w:t>[3]</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[3]</w:t>
        </w:r>
      </w:hyperlink>
      <w:r>
        <w:t xml:space="preserve">- Paragraph 8: </w:t>
      </w:r>
      <w:hyperlink r:id="rId11">
        <w:r>
          <w:rPr>
            <w:color w:val="0000EE"/>
            <w:u w:val="single"/>
          </w:rPr>
          <w:t>[4]</w:t>
        </w:r>
      </w:hyperlink>
      <w:r>
        <w:t xml:space="preserve">, </w:t>
      </w:r>
      <w:hyperlink r:id="rId15">
        <w:r>
          <w:rPr>
            <w:color w:val="0000EE"/>
            <w:u w:val="single"/>
          </w:rPr>
          <w:t>[6]</w:t>
        </w:r>
      </w:hyperlink>
      <w:r>
        <w:t xml:space="preserve">- Paragraph 9: </w:t>
      </w:r>
      <w:hyperlink r:id="rId12">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https://qburgh.com/brookline-pride-26/</w:t>
        </w:r>
      </w:hyperlink>
      <w:r>
        <w:t xml:space="preserve"> - Please view link - unable to able to access data</w:t>
      </w:r>
      <w:r/>
    </w:p>
    <w:p>
      <w:pPr>
        <w:pStyle w:val="ListNumber"/>
        <w:spacing w:line="240" w:lineRule="auto"/>
        <w:ind w:left="720"/>
      </w:pPr>
      <w:r/>
      <w:hyperlink r:id="rId10">
        <w:r>
          <w:rPr>
            <w:color w:val="0000EE"/>
            <w:u w:val="single"/>
          </w:rPr>
          <w:t>https://www.brooklinelibrary.org/2023/05/17/pride-2023/</w:t>
        </w:r>
      </w:hyperlink>
      <w:r>
        <w:t xml:space="preserve"> - The Public Library of Brookline is celebrating Pride Month with a variety of programs and displays for all ages. Events include Pride Month Scavenger Hunts, Drag Queen Story Hour, and Pride Button Making sessions at different library locations. These activities aim to promote self-love, creativity, and literacy within the LGBTQIA+ community. The library encourages residents to participate in these events throughout June to foster inclusivity and celebrate LGBTQIA+ history and culture.</w:t>
      </w:r>
      <w:r/>
    </w:p>
    <w:p>
      <w:pPr>
        <w:pStyle w:val="ListNumber"/>
        <w:spacing w:line="240" w:lineRule="auto"/>
        <w:ind w:left="720"/>
      </w:pPr>
      <w:r/>
      <w:hyperlink r:id="rId14">
        <w:r>
          <w:rPr>
            <w:color w:val="0000EE"/>
            <w:u w:val="single"/>
          </w:rPr>
          <w:t>https://www.tbzbrookline.org/events/pride-liberation-seder/</w:t>
        </w:r>
      </w:hyperlink>
      <w:r>
        <w:t xml:space="preserve"> - Temple Beth Zion is hosting a Pride Liberation Seder on June 13, 2023, at 6:00 p.m. The event adapts the Passover Haggadah to tell the story of LGBTQ+ liberation, providing queer history and a platform for personal stories. All are welcome to learn about LGBTQ+ liberation history. The event is co-sponsored by Temple Sinai, Temple Israel, TBZ, and Congregation Am Tikva, and will be held at Temple Sinai, 50 Sewall Avenue, Brookline, MA 02446.</w:t>
      </w:r>
      <w:r/>
    </w:p>
    <w:p>
      <w:pPr>
        <w:pStyle w:val="ListNumber"/>
        <w:spacing w:line="240" w:lineRule="auto"/>
        <w:ind w:left="720"/>
      </w:pPr>
      <w:r/>
      <w:hyperlink r:id="rId11">
        <w:r>
          <w:rPr>
            <w:color w:val="0000EE"/>
            <w:u w:val="single"/>
          </w:rPr>
          <w:t>https://www.brooklinelibrary.org/2023/05/30/celebrating-pride-month-in-brookline/</w:t>
        </w:r>
      </w:hyperlink>
      <w:r>
        <w:t xml:space="preserve"> - In May 2019, the Brookline Select Board approved the first painting of a Pride Crosswalk outside of Town Hall, marking the beginning of Brookline's official recognition of Pride Month. Since then, Pride Crosswalks have been painted in collaboration with the Department of Public Works and local schools, including Town Hall, Brookline High School, and all Brookline Elementary Schools. This initiative aims to celebrate LGBTQIA+ history and culture within the community.</w:t>
      </w:r>
      <w:r/>
    </w:p>
    <w:p>
      <w:pPr>
        <w:pStyle w:val="ListNumber"/>
        <w:spacing w:line="240" w:lineRule="auto"/>
        <w:ind w:left="720"/>
      </w:pPr>
      <w:r/>
      <w:hyperlink r:id="rId12">
        <w:r>
          <w:rPr>
            <w:color w:val="0000EE"/>
            <w:u w:val="single"/>
          </w:rPr>
          <w:t>https://brookline.com/town-of-brookline-invites-community-members-to-brookline-day-2023/</w:t>
        </w:r>
      </w:hyperlink>
      <w:r>
        <w:t xml:space="preserve"> - Brookline Day 2023 is scheduled for Sunday, September 10, 2023, from 11:00 a.m. to 3:00 p.m. in Coolidge Corner. The event aims to celebrate the community as a great place to live, work, and play, fostering connections among residents, neighbors, and businesses. It will feature a Mini Town Hall, games, food, live music, prizes, and other special activities, with 100 vendors expected to participate. The event is sponsored by various local organizations and encourages residents to use public transportation to attend.</w:t>
      </w:r>
      <w:r/>
    </w:p>
    <w:p>
      <w:pPr>
        <w:pStyle w:val="ListNumber"/>
        <w:spacing w:line="240" w:lineRule="auto"/>
        <w:ind w:left="720"/>
      </w:pPr>
      <w:r/>
      <w:hyperlink r:id="rId15">
        <w:r>
          <w:rPr>
            <w:color w:val="0000EE"/>
            <w:u w:val="single"/>
          </w:rPr>
          <w:t>https://www.jewishboston.com/events/lgbtq-intergenerational-shabes-shabbat/</w:t>
        </w:r>
      </w:hyperlink>
      <w:r>
        <w:t xml:space="preserve"> - Boston Workers Circle is hosting an intergenerational Shabes gathering on October 27, 2023, in honor of LGBTQ+ History Month. The event aims to honor those who paved the way for the community and celebrate its members. It is a hybrid event, taking place at the BWC building and on Zoom, and is pay-what-you-can, with a suggested donation of $5 to $10+. Registration is required, and the event will be held at Boston Workers Circle, 6 Webster St, Brookline, MA 02446.</w:t>
      </w:r>
      <w:r/>
    </w:p>
    <w:p>
      <w:pPr>
        <w:pStyle w:val="ListNumber"/>
        <w:spacing w:line="240" w:lineRule="auto"/>
        <w:ind w:left="720"/>
      </w:pPr>
      <w:r/>
      <w:hyperlink r:id="rId13">
        <w:r>
          <w:rPr>
            <w:color w:val="0000EE"/>
            <w:u w:val="single"/>
          </w:rPr>
          <w:t>https://spectrumnews1.com/ma/worcester/news/2023/06/24/north-brookfield-pride-festival-and-drag-show-go-on-as-planned</w:t>
        </w:r>
      </w:hyperlink>
      <w:r>
        <w:t xml:space="preserve"> - The Pride festival and drag show in North Brookfield proceeded as scheduled despite previous opposition from the town's Board of Selectmen and residents. Organizers faced challenges but successfully held the event, which included performances and community support. Attendees used rainbow umbrellas to shield themselves from protestors, highlighting the community's resilience and commitment to celebrating LGBTQ+ rights in the face of adversity.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brookline-pride-26/" TargetMode="External"/><Relationship Id="rId10" Type="http://schemas.openxmlformats.org/officeDocument/2006/relationships/hyperlink" Target="https://www.brooklinelibrary.org/2023/05/17/pride-2023/" TargetMode="External"/><Relationship Id="rId11" Type="http://schemas.openxmlformats.org/officeDocument/2006/relationships/hyperlink" Target="https://www.brooklinelibrary.org/2023/05/30/celebrating-pride-month-in-brookline/" TargetMode="External"/><Relationship Id="rId12" Type="http://schemas.openxmlformats.org/officeDocument/2006/relationships/hyperlink" Target="https://brookline.com/town-of-brookline-invites-community-members-to-brookline-day-2023/" TargetMode="External"/><Relationship Id="rId13" Type="http://schemas.openxmlformats.org/officeDocument/2006/relationships/hyperlink" Target="https://spectrumnews1.com/ma/worcester/news/2023/06/24/north-brookfield-pride-festival-and-drag-show-go-on-as-planned" TargetMode="External"/><Relationship Id="rId14" Type="http://schemas.openxmlformats.org/officeDocument/2006/relationships/hyperlink" Target="https://www.tbzbrookline.org/events/pride-liberation-seder/" TargetMode="External"/><Relationship Id="rId15" Type="http://schemas.openxmlformats.org/officeDocument/2006/relationships/hyperlink" Target="https://www.jewishboston.com/events/lgbtq-intergenerational-shabes-shabba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