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2026 Emmy Awards fashion and biggest TV wins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saw the 2026 Emmy Awards deliver bold red-carpet fashion, emotional victories and a few memorable upsets. From Colman Domingo's polished Miami Vice-inspired tailoring to Meg Stalter's wonderfully literal Emmy costume, the ceremony offered plenty to discuss beyond the winners' list.</w:t>
      </w:r>
      <w:r/>
    </w:p>
    <w:p>
      <w:pPr>
        <w:pStyle w:val="Heading2"/>
      </w:pPr>
      <w:r>
        <w:t>Essential Takeaways</w:t>
      </w:r>
      <w:r/>
      <w:r/>
    </w:p>
    <w:p>
      <w:pPr>
        <w:pStyle w:val="ListBullet"/>
        <w:spacing w:line="240" w:lineRule="auto"/>
        <w:ind w:left="720"/>
      </w:pPr>
      <w:r/>
      <w:r>
        <w:rPr>
          <w:b/>
        </w:rPr>
        <w:t>Bold fashion led the night:</w:t>
      </w:r>
      <w:r>
        <w:t xml:space="preserve"> Colman Domingo brought a polished, regal twist to Miami Vice style.</w:t>
      </w:r>
      <w:r/>
    </w:p>
    <w:p>
      <w:pPr>
        <w:pStyle w:val="ListBullet"/>
        <w:spacing w:line="240" w:lineRule="auto"/>
        <w:ind w:left="720"/>
      </w:pPr>
      <w:r/>
      <w:r>
        <w:rPr>
          <w:b/>
        </w:rPr>
        <w:t>Meg Stalter made the joke visual:</w:t>
      </w:r>
      <w:r>
        <w:t xml:space="preserve"> The Hacks favourite arrived painted gold, complete with robes, wings and a globe.</w:t>
      </w:r>
      <w:r/>
    </w:p>
    <w:p>
      <w:pPr>
        <w:pStyle w:val="ListBullet"/>
        <w:spacing w:line="240" w:lineRule="auto"/>
        <w:ind w:left="720"/>
      </w:pPr>
      <w:r/>
      <w:r>
        <w:rPr>
          <w:b/>
        </w:rPr>
        <w:t>Widows Bay had a strong evening:</w:t>
      </w:r>
      <w:r>
        <w:t xml:space="preserve"> Stephen Root and Kate O'Flynn took home major comedy acting awards.</w:t>
      </w:r>
      <w:r/>
    </w:p>
    <w:p>
      <w:pPr>
        <w:pStyle w:val="ListBullet"/>
        <w:spacing w:line="240" w:lineRule="auto"/>
        <w:ind w:left="720"/>
      </w:pPr>
      <w:r/>
      <w:r>
        <w:rPr>
          <w:b/>
        </w:rPr>
        <w:t>Rhea Seehorn finally won:</w:t>
      </w:r>
      <w:r>
        <w:t xml:space="preserve"> Her fifth nomination brought a long-awaited lead actress in a drama victory.</w:t>
      </w:r>
      <w:r/>
    </w:p>
    <w:p>
      <w:pPr>
        <w:pStyle w:val="ListBullet"/>
        <w:spacing w:line="240" w:lineRule="auto"/>
        <w:ind w:left="720"/>
      </w:pPr>
      <w:r/>
      <w:r>
        <w:rPr>
          <w:b/>
        </w:rPr>
        <w:t>Law Roach paid tribute:</w:t>
      </w:r>
      <w:r>
        <w:t xml:space="preserve"> His golden floral robe honoured his friendship with the late designer Bob Mackie.</w:t>
      </w:r>
      <w:r/>
      <w:r/>
    </w:p>
    <w:p>
      <w:pPr>
        <w:pStyle w:val="Heading2"/>
      </w:pPr>
      <w:r>
        <w:t>The 2026 Emmys belonged to risk-taking style</w:t>
      </w:r>
      <w:r/>
    </w:p>
    <w:p>
      <w:r/>
      <w:r>
        <w:t>The strongest red-carpet looks at the 2026 Emmy Awards weren't timid, and that's exactly why they worked. Colman Domingo combined sharp tailoring with a sultry Miami Vice mood and a hint of royal drama, producing the sort of outfit that feels instantly recognisable without looking predictable.</w:t>
      </w:r>
      <w:r/>
    </w:p>
    <w:p>
      <w:r/>
      <w:r>
        <w:t>His nomination for supporting actor in a comedy series was for The Four Seasons, but the trophy went elsewhere. According to The Atlantic, Widows Bay emerged as one of the evening's notable success stories, with its darkly comic tone translating into real awards momentum.</w:t>
      </w:r>
      <w:r/>
    </w:p>
    <w:p>
      <w:r/>
      <w:r>
        <w:t>Domingo may not have taken home the statuette, but he still understood the assignment. At an awards show increasingly shaped by visual storytelling, the outfit can become part of the performance.</w:t>
      </w:r>
      <w:r/>
    </w:p>
    <w:p>
      <w:pPr>
        <w:pStyle w:val="Heading2"/>
      </w:pPr>
      <w:r>
        <w:t>Meg Stalter turned herself into an Emmy</w:t>
      </w:r>
      <w:r/>
    </w:p>
    <w:p>
      <w:r/>
      <w:r>
        <w:t>Meg Stalter's entrance was perhaps the evening's purest fashion joke. The Hacks favourite appeared entirely in gold, wearing robes and wings while holding a globe above her head, effectively transforming herself into a human version of the award.</w:t>
      </w:r>
      <w:r/>
    </w:p>
    <w:p>
      <w:r/>
      <w:r>
        <w:t>It was theatrical, silly and completely in keeping with Stalter's comic instincts. She was nominated for her work in Hacks' final season, though Kate O'Flynn won supporting actress in a comedy for Widows Bay, according to El Pais.</w:t>
      </w:r>
      <w:r/>
    </w:p>
    <w:p>
      <w:r/>
      <w:r>
        <w:t>There was a charming confidence to the look. Stalter didn't simply dress for the ceremony; she arrived as its punchline, its ornament and, arguably, its largest trophy.</w:t>
      </w:r>
      <w:r/>
    </w:p>
    <w:p>
      <w:pPr>
        <w:pStyle w:val="Heading2"/>
      </w:pPr>
      <w:r>
        <w:t>Widows Bay claimed the comedy spotlight</w:t>
      </w:r>
      <w:r/>
    </w:p>
    <w:p>
      <w:r/>
      <w:r>
        <w:t>Widows Bay made a particularly strong impression among the comedy categories. Stephen Root won supporting actor, while Kate O'Flynn took supporting actress, giving the new horror comedy a pair of prominent acting victories.</w:t>
      </w:r>
      <w:r/>
    </w:p>
    <w:p>
      <w:r/>
      <w:r>
        <w:t>That double win added weight to the show's wider reception. As The Atlantic reported, the programme's success was one of the key talking points around the ceremony, particularly as established favourites faced competition from newer, more unusual television.</w:t>
      </w:r>
      <w:r/>
    </w:p>
    <w:p>
      <w:r/>
      <w:r>
        <w:t>For viewers choosing what to watch next, that kind of awards performance is a useful signal. A comedy with horror elements and a cast strong enough to dominate both supporting categories clearly deserves a place on the weekend list.</w:t>
      </w:r>
      <w:r/>
    </w:p>
    <w:p>
      <w:pPr>
        <w:pStyle w:val="Heading2"/>
      </w:pPr>
      <w:r>
        <w:t>Rhea Seehorn's long wait finally ended</w:t>
      </w:r>
      <w:r/>
    </w:p>
    <w:p>
      <w:r/>
      <w:r>
        <w:t>Rhea Seehorn's victory carried the night's biggest sense of release. She won lead actress in a drama for Pluribus, the Apple TV series directed by Vince Gilligan, after reaching her fifth nomination.</w:t>
      </w:r>
      <w:r/>
    </w:p>
    <w:p>
      <w:r/>
      <w:r>
        <w:t>The win was widely treated as a significant career moment. The Los Angeles Times highlighted Seehorn's performance as the show's morally complex centre, while Variety also reported on her breakthrough victory in the category.</w:t>
      </w:r>
      <w:r/>
    </w:p>
    <w:p>
      <w:r/>
      <w:r>
        <w:t>Awards nights often celebrate the newest breakout, but Seehorn's success offered something more satisfying: recognition that arrived after years of admired work. Sometimes the most moving speech is the name being read out after everyone has begun to wonder whether it ever will be.</w:t>
      </w:r>
      <w:r/>
    </w:p>
    <w:p>
      <w:pPr>
        <w:pStyle w:val="Heading2"/>
      </w:pPr>
      <w:r>
        <w:t>Law Roach brought glamour with a memory attached</w:t>
      </w:r>
      <w:r/>
    </w:p>
    <w:p>
      <w:r/>
      <w:r>
        <w:t>Law Roach added another layer of meaning to the red carpet in a flowing golden robe embroidered with flowers. The look was extravagant, but his appearance also became a tribute to his late friend Bob Mackie.</w:t>
      </w:r>
      <w:r/>
    </w:p>
    <w:p>
      <w:r/>
      <w:r>
        <w:t>Speaking to Live From E! at the ceremony, Roach recalled meeting Mackie after the designer praised his work with Zendaya and compared their creative partnership with Mackie's relationship with Cher. Roach described spending five hours with Mackie and listening to his Hollywood stories, before calling him one of America's greatest fashion designers.</w:t>
      </w:r>
      <w:r/>
    </w:p>
    <w:p>
      <w:r/>
      <w:r>
        <w:t>Roach also created Zendaya's Emmy look. She was nominated for the final season of Euphoria, but lost lead actress in a drama to Seehorn, according to the Los Angeles Times and Variety. Still, between the styling, the tribute and the emotional history behind it, Roach ensured the evening's fashion had something to say.</w:t>
      </w:r>
      <w:r/>
    </w:p>
    <w:p>
      <w:pPr>
        <w:pStyle w:val="Heading2"/>
      </w:pPr>
      <w:r>
        <w:t>More than one kind of winner</w:t>
      </w:r>
      <w:r/>
    </w:p>
    <w:p>
      <w:r/>
      <w:r>
        <w:t>The 2026 Emmy Awards offered the usual mixture of triumphs and disappointments, but its most memorable moments often came from the space between the two. Domingo and Stalter didn't win in their categories, yet both made lasting impressions, while Seehorn's eventual victory showed why nominations can matter long before the trophy arrives.</w:t>
      </w:r>
      <w:r/>
    </w:p>
    <w:p>
      <w:r/>
      <w:r>
        <w:t>The ceremony also suggested a broader appetite for television that can be funny, strange, stylish and emotionally serious at once. Industry coverage from The Associated Press and El Pais pointed to a varied winners' list, rather than one title sweeping everything in sight.</w:t>
      </w:r>
      <w:r/>
    </w:p>
    <w:p>
      <w:r/>
      <w:r>
        <w:t>That feels like a healthy direction for awards season. The best nights don't just tell viewers what won; they send them back to the shows, performances and looks they might otherwise have missed.</w:t>
      </w:r>
      <w:r/>
    </w:p>
    <w:p>
      <w:r/>
      <w:r>
        <w:t>It's a small screen, but the 2026 Emmys made it feel wonderfully full.</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[7]</w:t>
        </w:r>
      </w:hyperlink>
      <w:r>
        <w:t xml:space="preserve">- Paragraph 3: </w:t>
      </w:r>
      <w:hyperlink r:id="rId14">
        <w:r>
          <w:rPr>
            <w:color w:val="0000EE"/>
            <w:u w:val="single"/>
          </w:rPr>
          <w:t>[5]</w:t>
        </w:r>
      </w:hyperlink>
      <w:r>
        <w:t xml:space="preserve">, </w:t>
      </w:r>
      <w:hyperlink r:id="rId15">
        <w:r>
          <w:rPr>
            <w:color w:val="0000EE"/>
            <w:u w:val="single"/>
          </w:rPr>
          <w:t>[6]</w:t>
        </w:r>
      </w:hyperlink>
      <w:r>
        <w:t xml:space="preserve">- Paragraph 4: </w:t>
      </w:r>
      <w:hyperlink r:id="rId11">
        <w:r>
          <w:rPr>
            <w:color w:val="0000EE"/>
            <w:u w:val="single"/>
          </w:rPr>
          <w:t>[4]</w:t>
        </w:r>
      </w:hyperlink>
      <w:r>
        <w:t xml:space="preserve">, </w:t>
      </w:r>
      <w:hyperlink r:id="rId15">
        <w:r>
          <w:rPr>
            <w:color w:val="0000EE"/>
            <w:u w:val="single"/>
          </w:rPr>
          <w:t>[6]</w:t>
        </w:r>
      </w:hyperlink>
      <w:r>
        <w:t xml:space="preserve">- Paragraph 5: </w:t>
      </w:r>
      <w:hyperlink r:id="rId10">
        <w:r>
          <w:rPr>
            <w:color w:val="0000EE"/>
            <w:u w:val="single"/>
          </w:rPr>
          <w:t>[2]</w:t>
        </w:r>
      </w:hyperlink>
      <w:r>
        <w:t xml:space="preserve">, </w:t>
      </w:r>
      <w:hyperlink r:id="rId13">
        <w:r>
          <w:rPr>
            <w:color w:val="0000EE"/>
            <w:u w:val="single"/>
          </w:rPr>
          <w:t>[7]</w:t>
        </w:r>
      </w:hyperlink>
      <w:r>
        <w:t xml:space="preserve">- Paragraph 6: </w:t>
      </w:r>
      <w:hyperlink r:id="rId12">
        <w:r>
          <w:rPr>
            <w:color w:val="0000EE"/>
            <w:u w:val="single"/>
          </w:rPr>
          <w:t>[3]</w:t>
        </w:r>
      </w:hyperlink>
      <w:r>
        <w:t xml:space="preserve">, </w:t>
      </w:r>
      <w:hyperlink r:id="rId14">
        <w:r>
          <w:rPr>
            <w:color w:val="0000EE"/>
            <w:u w:val="single"/>
          </w:rPr>
          <w:t>[5]</w:t>
        </w:r>
      </w:hyperlink>
      <w:r>
        <w:t xml:space="preserve">- Paragraph 7: </w:t>
      </w:r>
      <w:hyperlink r:id="rId11">
        <w:r>
          <w:rPr>
            <w:color w:val="0000EE"/>
            <w:u w:val="single"/>
          </w:rPr>
          <w:t>[4]</w:t>
        </w:r>
      </w:hyperlink>
      <w:r>
        <w:t xml:space="preserve">, </w:t>
      </w:r>
      <w:hyperlink r:id="rId15">
        <w:r>
          <w:rPr>
            <w:color w:val="0000EE"/>
            <w:u w:val="single"/>
          </w:rPr>
          <w:t>[6]</w:t>
        </w:r>
      </w:hyperlink>
      <w:r>
        <w:t xml:space="preserve">- Paragraph 8: </w:t>
      </w:r>
      <w:hyperlink r:id="rId11">
        <w:r>
          <w:rPr>
            <w:color w:val="0000EE"/>
            <w:u w:val="single"/>
          </w:rPr>
          <w:t>[4]</w:t>
        </w:r>
      </w:hyperlink>
      <w:r>
        <w:t xml:space="preserve">, </w:t>
      </w:r>
      <w:hyperlink r:id="rId15">
        <w:r>
          <w:rPr>
            <w:color w:val="0000EE"/>
            <w:u w:val="single"/>
          </w:rPr>
          <w:t>[6]</w:t>
        </w:r>
      </w:hyperlink>
      <w:r>
        <w:t xml:space="preserve">- Paragraph 9: </w:t>
      </w:r>
      <w:hyperlink r:id="rId14">
        <w:r>
          <w:rPr>
            <w:color w:val="0000EE"/>
            <w:u w:val="single"/>
          </w:rPr>
          <w:t>[5]</w:t>
        </w:r>
      </w:hyperlink>
      <w:r>
        <w:t xml:space="preserve">, </w:t>
      </w:r>
      <w:hyperlink r:id="rId13">
        <w:r>
          <w:rPr>
            <w:color w:val="0000EE"/>
            <w:u w:val="single"/>
          </w:rPr>
          <w:t>[7]</w:t>
        </w:r>
      </w:hyperlink>
      <w:r>
        <w:t xml:space="preserve">- Paragraph 10: </w:t>
      </w:r>
      <w:hyperlink r:id="rId10">
        <w:r>
          <w:rPr>
            <w:color w:val="0000EE"/>
            <w:u w:val="single"/>
          </w:rPr>
          <w:t>[2]</w:t>
        </w:r>
      </w:hyperlink>
      <w:r>
        <w:t xml:space="preserve">, </w:t>
      </w:r>
      <w:hyperlink r:id="rId14">
        <w:r>
          <w:rPr>
            <w:color w:val="0000EE"/>
            <w:u w:val="single"/>
          </w:rPr>
          <w:t>[5]</w:t>
        </w:r>
      </w:hyperlink>
      <w:r>
        <w:t xml:space="preserve">- Paragraph 11: </w:t>
      </w:r>
      <w:hyperlink r:id="rId11">
        <w:r>
          <w:rPr>
            <w:color w:val="0000EE"/>
            <w:u w:val="single"/>
          </w:rPr>
          <w:t>[4]</w:t>
        </w:r>
      </w:hyperlink>
      <w:r>
        <w:t xml:space="preserve">, </w:t>
      </w:r>
      <w:hyperlink r:id="rId15">
        <w:r>
          <w:rPr>
            <w:color w:val="0000EE"/>
            <w:u w:val="single"/>
          </w:rPr>
          <w:t>[6]</w:t>
        </w:r>
      </w:hyperlink>
      <w:r>
        <w:t xml:space="preserve">- Paragraph 12: </w:t>
      </w:r>
      <w:hyperlink r:id="rId10">
        <w:r>
          <w:rPr>
            <w:color w:val="0000EE"/>
            <w:u w:val="single"/>
          </w:rPr>
          <w:t>[2]</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https://gcn.ie/2026-emmy-award-show/</w:t>
        </w:r>
      </w:hyperlink>
      <w:r>
        <w:t xml:space="preserve"> - Please view link - unable to able to access data</w:t>
      </w:r>
      <w:r/>
    </w:p>
    <w:p>
      <w:pPr>
        <w:pStyle w:val="ListNumber"/>
        <w:spacing w:line="240" w:lineRule="auto"/>
        <w:ind w:left="720"/>
      </w:pPr>
      <w:r/>
      <w:hyperlink r:id="rId10">
        <w:r>
          <w:rPr>
            <w:color w:val="0000EE"/>
            <w:u w:val="single"/>
          </w:rPr>
          <w:t>https://apnews.com/article/9a1b7ffa7853fcc405665cb95635f8e1</w:t>
        </w:r>
      </w:hyperlink>
      <w:r>
        <w:t xml:space="preserve"> - The 78th annual Primetime Emmy Awards, held in Los Angeles, saw 'The Pitt' winning Best Drama Series for the second consecutive year, with Noah Wyle receiving Best Actor in a Drama. Jean Smart secured her fifth consecutive win for Lead Actress in a Comedy Series for 'Hacks', tying Cloris Leachman and Julia Louis-Dreyfus for most acting Emmys. 'Widow's Bay' earned Best Comedy Series and swept four acting categories, including Matthew Rhys for Lead Actor, Kate O'Flynn for Supporting Actress, and Stephen Root for Supporting Actor. Rhea Seehorn won Lead Actress in a Drama Series for 'Pluribus'.</w:t>
      </w:r>
      <w:r/>
    </w:p>
    <w:p>
      <w:pPr>
        <w:pStyle w:val="ListNumber"/>
        <w:spacing w:line="240" w:lineRule="auto"/>
        <w:ind w:left="720"/>
      </w:pPr>
      <w:r/>
      <w:hyperlink r:id="rId12">
        <w:r>
          <w:rPr>
            <w:color w:val="0000EE"/>
            <w:u w:val="single"/>
          </w:rPr>
          <w:t>https://www.theatlantic.com/culture/2026/09/emmys-2026-matthew-rhys-widows-bay/688625/?utm_source=openai</w:t>
        </w:r>
      </w:hyperlink>
      <w:r>
        <w:t xml:space="preserve"> - The 2026 Emmys celebrated television's seasoned and versatile performers rather than big-name movie stars, with Apple TV's 'Widow's Bay' emerging as the evening's standout. The haunted comedy-drama swept six awards, including Outstanding Comedy Series. Star Matthew Rhys made history by becoming the first actor to win Emmys in lead categories for comedy, drama, and limited series roles. His co-stars Kate O'Flynn and Stephen Root also secured acting awards, signaling recognition for actors known for depth rather than star power.</w:t>
      </w:r>
      <w:r/>
    </w:p>
    <w:p>
      <w:pPr>
        <w:pStyle w:val="ListNumber"/>
        <w:spacing w:line="240" w:lineRule="auto"/>
        <w:ind w:left="720"/>
      </w:pPr>
      <w:r/>
      <w:hyperlink r:id="rId11">
        <w:r>
          <w:rPr>
            <w:color w:val="0000EE"/>
            <w:u w:val="single"/>
          </w:rPr>
          <w:t>https://www.latimes.com/entertainment-arts/awards/story/2026-09-14/emmys-2026-rhea-seehorn-pluribus-lead-actress-drama</w:t>
        </w:r>
      </w:hyperlink>
      <w:r>
        <w:t xml:space="preserve"> - Rhea Seehorn secured her first Emmy for her portrayal of Carol Sturka in Apple TV's post-apocalyptic sci-fi drama 'Pluribus'. She beat out fellow nominees including Keri Russell ('The Diplomat'), Carrie Coon ('The Gilded Age'), Chase Infiniti ('The Testaments'), and Zendaya ('Euphoria'). Seehorn's win was anticipated, as she had previously earned critical acclaim and two supporting Emmy nominations for her role as Kim Wexler on 'Better Call Saul' without a win. 'Pluribus' reunites Seehorn with Vince Gilligan, who previously worked together on 'Breaking Bad's' prequel spinoff.</w:t>
      </w:r>
      <w:r/>
    </w:p>
    <w:p>
      <w:pPr>
        <w:pStyle w:val="ListNumber"/>
        <w:spacing w:line="240" w:lineRule="auto"/>
        <w:ind w:left="720"/>
      </w:pPr>
      <w:r/>
      <w:hyperlink r:id="rId14">
        <w:r>
          <w:rPr>
            <w:color w:val="0000EE"/>
            <w:u w:val="single"/>
          </w:rPr>
          <w:t>https://apnews.com/article/b70e33e5cd1ebc43cb968715a8ffe12b</w:t>
        </w:r>
      </w:hyperlink>
      <w:r>
        <w:t xml:space="preserve"> - 'Widow's Bay' shattered records at the 2026 Emmy Awards with 14 wins, including Best Comedy Series and Best Actor for Matthew Rhys, who earned three Emmys total, including one as an executive producer and another for Best Actor in a Limited Series for 'The Beast in Me'. The show, created by Katie Dippold, was celebrated for its blend of horror and comedy, and Dippold won for writing while Hiro Murai won for directing. Supporting actors Stephen Root and Kate O'Flynn also earned accolades. 'The Pitt' claimed Best Drama and Best Actor (Noah Wyle), but underperformed otherwise. Jean Smart won her fifth consecutive Best Actress in a Comedy for 'Hacks', making Emmy history. Rhea Seehorn won her first Emmy for 'Pluribus', while Allison Janney and Tom Pelphrey took home drama supporting awards. 'DTF St. Louis' won Best Limited Series. Stephen Colbert’s canceled late-night show earned six Emmys, including Best Variety Series. The ceremony featured heartfelt tributes to the late Dolly Parton, Catherine O’Hara, and Rob Reiner, the latter honored posthumously by Jamie Lee Curtis. The event was hosted by Mariska Hargitay and concluded in under three hours.</w:t>
      </w:r>
      <w:r/>
    </w:p>
    <w:p>
      <w:pPr>
        <w:pStyle w:val="ListNumber"/>
        <w:spacing w:line="240" w:lineRule="auto"/>
        <w:ind w:left="720"/>
      </w:pPr>
      <w:r/>
      <w:hyperlink r:id="rId15">
        <w:r>
          <w:rPr>
            <w:color w:val="0000EE"/>
            <w:u w:val="single"/>
          </w:rPr>
          <w:t>https://au.variety.com/2026/tv/news/pluribus-rhea-seehorn-wins-emmy-lead-actress-drama-40314/</w:t>
        </w:r>
      </w:hyperlink>
      <w:r>
        <w:t xml:space="preserve"> - Rhea Seehorn won the outstanding drama Emmy for playing novelist Carol Sturka in the Apple TV series 'Pluribus'. She beat out fellow nominees Carrie Coon ('The Gilded Age'), Chase Infiniti ('The Testaments'), Keri Russell ('The Diplomat'), and Zendaya ('Euphoria'). This represents Seehorn's first Primetime Emmy win. She was previously nominated in 2023 and 2022 for outstanding supporting actress in a drama series for 'Better Call Saul', as Kim Wexler. 'Pluribus' reunites Seehorn and Vince Gilligan, who previously worked together on the 'Breaking Bad' prequel spinoff.</w:t>
      </w:r>
      <w:r/>
    </w:p>
    <w:p>
      <w:pPr>
        <w:pStyle w:val="ListNumber"/>
        <w:spacing w:line="240" w:lineRule="auto"/>
        <w:ind w:left="720"/>
      </w:pPr>
      <w:r/>
      <w:hyperlink r:id="rId13">
        <w:r>
          <w:rPr>
            <w:color w:val="0000EE"/>
            <w:u w:val="single"/>
          </w:rPr>
          <w:t>https://elpais.com/television/series/2026-09-15/todos-los-ganadores-a-los-premios-emmy-2026.html</w:t>
        </w:r>
      </w:hyperlink>
      <w:r>
        <w:t xml:space="preserve"> - The 78th ceremony of the 2026 Emmy Awards, hosted by Mariska Hargitay, celebrated the best of American television. The big winner of the night was 'La maldición de Widow's Bay', which won awards for Best Comedy Series and acting recognitions for Kate O'Flynn, Stephen Root, and Betty Gilpin, as well as direction and writing. In drama, 'The Pitt' and its protagonist Noah Wyle were awarded, while Rhea Seehorn won Best Actress for her role in 'Pluribus'. Jean Smart made history by winning again for her role in 'Hacks', being the only performer to win the award for all seasons of her series.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cn.ie/2026-emmy-award-show/" TargetMode="External"/><Relationship Id="rId10" Type="http://schemas.openxmlformats.org/officeDocument/2006/relationships/hyperlink" Target="https://apnews.com/article/9a1b7ffa7853fcc405665cb95635f8e1" TargetMode="External"/><Relationship Id="rId11" Type="http://schemas.openxmlformats.org/officeDocument/2006/relationships/hyperlink" Target="https://www.latimes.com/entertainment-arts/awards/story/2026-09-14/emmys-2026-rhea-seehorn-pluribus-lead-actress-drama" TargetMode="External"/><Relationship Id="rId12" Type="http://schemas.openxmlformats.org/officeDocument/2006/relationships/hyperlink" Target="https://www.theatlantic.com/culture/2026/09/emmys-2026-matthew-rhys-widows-bay/688625/?utm_source=openai" TargetMode="External"/><Relationship Id="rId13" Type="http://schemas.openxmlformats.org/officeDocument/2006/relationships/hyperlink" Target="https://elpais.com/television/series/2026-09-15/todos-los-ganadores-a-los-premios-emmy-2026.html" TargetMode="External"/><Relationship Id="rId14" Type="http://schemas.openxmlformats.org/officeDocument/2006/relationships/hyperlink" Target="https://apnews.com/article/b70e33e5cd1ebc43cb968715a8ffe12b" TargetMode="External"/><Relationship Id="rId15" Type="http://schemas.openxmlformats.org/officeDocument/2006/relationships/hyperlink" Target="https://au.variety.com/2026/tv/news/pluribus-rhea-seehorn-wins-emmy-lead-actress-drama-4031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