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This Couple’s Colonoscopy Video Makes Screening Less Scary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Jonathan Bennett and Jaymes Vaughan have turned an awkward health appointment into an unexpectedly funny public-service moment. Their pre-colonoscopy video shows the reality of bowel preparation, while opening a wider conversation about early screening, colorectal cancer risk and why finding problems before symptoms appear can matter.</w:t>
      </w:r>
      <w:r/>
    </w:p>
    <w:p>
      <w:pPr>
        <w:pStyle w:val="Heading2"/>
      </w:pPr>
      <w:r>
        <w:t>Essential Takeaways</w:t>
      </w:r>
      <w:r/>
      <w:r/>
    </w:p>
    <w:p>
      <w:pPr>
        <w:pStyle w:val="ListBullet"/>
        <w:spacing w:line="240" w:lineRule="auto"/>
        <w:ind w:left="720"/>
      </w:pPr>
      <w:r/>
      <w:r>
        <w:rPr>
          <w:b/>
        </w:rPr>
        <w:t>The video is light-hearted but useful:</w:t>
      </w:r>
      <w:r>
        <w:t xml:space="preserve"> The couple’s bowel-prep challenge makes an unfamiliar process feel more approachable.</w:t>
      </w:r>
      <w:r/>
    </w:p>
    <w:p>
      <w:pPr>
        <w:pStyle w:val="ListBullet"/>
        <w:spacing w:line="240" w:lineRule="auto"/>
        <w:ind w:left="720"/>
      </w:pPr>
      <w:r/>
      <w:r>
        <w:rPr>
          <w:b/>
        </w:rPr>
        <w:t>Preparation is the messy bit:</w:t>
      </w:r>
      <w:r>
        <w:t xml:space="preserve"> Patients usually follow a prescribed clear-liquid diet and take medication to empty the bowel.</w:t>
      </w:r>
      <w:r/>
    </w:p>
    <w:p>
      <w:pPr>
        <w:pStyle w:val="ListBullet"/>
        <w:spacing w:line="240" w:lineRule="auto"/>
        <w:ind w:left="720"/>
      </w:pPr>
      <w:r/>
      <w:r>
        <w:rPr>
          <w:b/>
        </w:rPr>
        <w:t>A colonoscopy can find hidden changes:</w:t>
      </w:r>
      <w:r>
        <w:t xml:space="preserve"> Doctors can spot and sometimes remove polyps before they become cancerous.</w:t>
      </w:r>
      <w:r/>
    </w:p>
    <w:p>
      <w:pPr>
        <w:pStyle w:val="ListBullet"/>
        <w:spacing w:line="240" w:lineRule="auto"/>
        <w:ind w:left="720"/>
      </w:pPr>
      <w:r/>
      <w:r>
        <w:rPr>
          <w:b/>
        </w:rPr>
        <w:t>Screening depends on personal risk:</w:t>
      </w:r>
      <w:r>
        <w:t xml:space="preserve"> Age, family history, previous polyps and symptoms can all affect the timing.</w:t>
      </w:r>
      <w:r/>
    </w:p>
    <w:p>
      <w:pPr>
        <w:pStyle w:val="ListBullet"/>
        <w:spacing w:line="240" w:lineRule="auto"/>
        <w:ind w:left="720"/>
      </w:pPr>
      <w:r/>
      <w:r>
        <w:rPr>
          <w:b/>
        </w:rPr>
        <w:t>Gay and bisexual men should discuss risk with clinicians:</w:t>
      </w:r>
      <w:r>
        <w:t xml:space="preserve"> A private, honest conversation can help tailor screening and prevention advice.</w:t>
      </w:r>
      <w:r/>
      <w:r/>
    </w:p>
    <w:p>
      <w:pPr>
        <w:pStyle w:val="Heading2"/>
      </w:pPr>
      <w:r>
        <w:t>A very glamorous health update</w:t>
      </w:r>
      <w:r/>
    </w:p>
    <w:p>
      <w:r/>
      <w:r>
        <w:t>There’s something disarmingly human about watching two husbands sit around, drink colonoscopy preparation and wait to see who needs the bathroom first. It’s not polished wellness content, and that’s precisely why it works.</w:t>
      </w:r>
      <w:r/>
    </w:p>
    <w:p>
      <w:r/>
      <w:r>
        <w:t>Jonathan Bennett and Jaymes Vaughan’s video brings a usually private part of healthcare into public view, with plenty of nervous laughter along the way. According to the American Cancer Society, a colonoscopy allows clinicians to examine the bowel for abnormal growths and other signs that may need attention.</w:t>
      </w:r>
      <w:r/>
    </w:p>
    <w:p>
      <w:r/>
      <w:r>
        <w:t>The joke is the race to the loo. The useful message is that screening doesn’t have to wait until something feels wrong.</w:t>
      </w:r>
      <w:r/>
    </w:p>
    <w:p>
      <w:pPr>
        <w:pStyle w:val="Heading2"/>
      </w:pPr>
      <w:r>
        <w:t>Why the preparation matters</w:t>
      </w:r>
      <w:r/>
    </w:p>
    <w:p>
      <w:r/>
      <w:r>
        <w:t>The camera examination itself is only one part of the process. Before it can happen, the bowel needs to be as clear as possible, which is why patients are given specific instructions about food, fluids and bowel-cleansing medication.</w:t>
      </w:r>
      <w:r/>
    </w:p>
    <w:p>
      <w:r/>
      <w:r>
        <w:t>That preparation can be inconvenient, intense and, frankly, rather undignified. But it gives clinicians a better view of the bowel lining, helping them identify small polyps or suspicious areas. Cancer Research UK explains that a colonoscopy can also allow doctors to take tissue samples or remove polyps during the procedure.</w:t>
      </w:r>
      <w:r/>
    </w:p>
    <w:p>
      <w:r/>
      <w:r>
        <w:t>Anyone booked for one should follow their own hospital’s instructions rather than copying advice from social media. Medication, medical conditions and other prescriptions can all affect the preparation plan.</w:t>
      </w:r>
      <w:r/>
    </w:p>
    <w:p>
      <w:pPr>
        <w:pStyle w:val="Heading2"/>
      </w:pPr>
      <w:r>
        <w:t>Screening can spot trouble before symptoms</w:t>
      </w:r>
      <w:r/>
    </w:p>
    <w:p>
      <w:r/>
      <w:r>
        <w:t>Colorectal cancer can develop without obvious warning signs, which is one reason screening matters. A colonoscopy may detect polyps before they become cancerous, as well as cancers at an earlier stage when treatment can be more effective.</w:t>
      </w:r>
      <w:r/>
    </w:p>
    <w:p>
      <w:r/>
      <w:r>
        <w:t>The American Cancer Society’s screening information makes clear that testing schedules aren’t identical for everyone. Age-based recommendations vary by health system, while people with a close family history, previous polyps or certain inherited conditions may need earlier or more frequent checks.</w:t>
      </w:r>
      <w:r/>
    </w:p>
    <w:p>
      <w:r/>
      <w:r>
        <w:t>So, if you’ve noticed persistent changes in bowel habits, blood in the stool, unexplained weight loss or ongoing abdominal discomfort, don’t wait for a routine screening invitation. Speak to a GP or healthcare professional.</w:t>
      </w:r>
      <w:r/>
    </w:p>
    <w:p>
      <w:pPr>
        <w:pStyle w:val="Heading2"/>
      </w:pPr>
      <w:r>
        <w:t>The LGBTQ+ health conversation needs room for nuance</w:t>
      </w:r>
      <w:r/>
    </w:p>
    <w:p>
      <w:r/>
      <w:r>
        <w:t>The couple’s post also lands in a wider discussion about gay and bisexual men’s health. The American Cancer Society notes that cancer risk can be influenced by a mixture of factors, including lifestyle, infections, access to care and whether someone receives preventive healthcare consistently.</w:t>
      </w:r>
      <w:r/>
    </w:p>
    <w:p>
      <w:r/>
      <w:r>
        <w:t>That doesn’t mean every gay or bisexual man needs the same screening timetable. It does mean medical conversations should be respectful, individual and free from assumptions. Patients should feel able to mention sexual health, family history and any relevant symptoms without being made to feel awkward.</w:t>
      </w:r>
      <w:r/>
    </w:p>
    <w:p>
      <w:r/>
      <w:r>
        <w:t>A funny video can’t replace medical advice, but it can lower the emotional barrier to asking questions. Sometimes that first conversation is the hardest part.</w:t>
      </w:r>
      <w:r/>
    </w:p>
    <w:p>
      <w:pPr>
        <w:pStyle w:val="Heading2"/>
      </w:pPr>
      <w:r>
        <w:t>What to ask before booking or attending</w:t>
      </w:r>
      <w:r/>
    </w:p>
    <w:p>
      <w:r/>
      <w:r>
        <w:t>If you’re unsure whether you need a colonoscopy, start with your GP or screening service. Ask when screening is recommended for you, whether your family history changes the timing and what symptoms should prompt an earlier appointment.</w:t>
      </w:r>
      <w:r/>
    </w:p>
    <w:p>
      <w:r/>
      <w:r>
        <w:t>It’s also worth checking what you can eat and drink beforehand, when to take the bowel-prep medication and whether your regular medicines need adjusting. The Colorectal Cancer Alliance and Memorial Sloan Kettering Cancer Center both provide patient-friendly explanations of screening and preparation, but your clinical team’s instructions should always come first.</w:t>
      </w:r>
      <w:r/>
    </w:p>
    <w:p>
      <w:r/>
      <w:r>
        <w:t>And yes, arrange easy access to a bathroom. That may be the least glamorous advice here, but it’s probably the most practical.</w:t>
      </w:r>
      <w:r/>
    </w:p>
    <w:p>
      <w:r/>
      <w:r>
        <w:t>A little humour can make a daunting test feel more manageable, but early action is the real takeaway.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https://www.queerty.com/jonathan-bennett-and-jaymes-vaughan-prep-for-colonoscopies-together-and-wait-what-20260914/</w:t>
        </w:r>
      </w:hyperlink>
      <w:r>
        <w:t xml:space="preserve"> - Please view link - unable to able to access data</w:t>
      </w:r>
      <w:r/>
    </w:p>
    <w:p>
      <w:pPr>
        <w:pStyle w:val="ListNumber"/>
        <w:spacing w:line="240" w:lineRule="auto"/>
        <w:ind w:left="720"/>
      </w:pPr>
      <w:r/>
      <w:hyperlink r:id="rId10">
        <w:r>
          <w:rPr>
            <w:color w:val="0000EE"/>
            <w:u w:val="single"/>
          </w:rPr>
          <w:t>https://www.cancer.org/cancer/types/colon-rectal-cancer/detection-diagnosis-staging/video-colonoscopy.html</w:t>
        </w:r>
      </w:hyperlink>
      <w:r>
        <w:t xml:space="preserve"> - The American Cancer Society provides a comprehensive video explaining the colonoscopy procedure, including preparation, execution, and the advantages and disadvantages of this screening method. The video aims to educate individuals on what to expect during a colonoscopy and its role in detecting colorectal cancer. It also discusses the importance of regular screenings and how they can aid in early detection and prevention of colorectal cancer. The content is designed to alleviate concerns and provide clear information about the process.</w:t>
      </w:r>
      <w:r/>
    </w:p>
    <w:p>
      <w:pPr>
        <w:pStyle w:val="ListNumber"/>
        <w:spacing w:line="240" w:lineRule="auto"/>
        <w:ind w:left="720"/>
      </w:pPr>
      <w:r/>
      <w:hyperlink r:id="rId11">
        <w:r>
          <w:rPr>
            <w:color w:val="0000EE"/>
            <w:u w:val="single"/>
          </w:rPr>
          <w:t>https://www.cancer.org/cancer/risk-prevention/understanding-cancer-risk/cancer-facts/cancer-facts-for-gay-and-bisexual-men.html</w:t>
        </w:r>
      </w:hyperlink>
      <w:r>
        <w:t xml:space="preserve"> - The American Cancer Society outlines specific cancer risks for gay and bisexual men, highlighting that they may be at a slightly higher risk for certain cancers, including colorectal cancer. The article emphasizes the importance of regular screenings and provides guidelines on when to start and how often to undergo colorectal cancer screenings. It also discusses factors that may increase risk and offers recommendations for preventive measures and early detection strategies tailored to the LGBTQ+ community.</w:t>
      </w:r>
      <w:r/>
    </w:p>
    <w:p>
      <w:pPr>
        <w:pStyle w:val="ListNumber"/>
        <w:spacing w:line="240" w:lineRule="auto"/>
        <w:ind w:left="720"/>
      </w:pPr>
      <w:r/>
      <w:hyperlink r:id="rId12">
        <w:r>
          <w:rPr>
            <w:color w:val="0000EE"/>
            <w:u w:val="single"/>
          </w:rPr>
          <w:t>https://colorectalcancer.org/screening-prevention/screening-methods/colonoscopy</w:t>
        </w:r>
      </w:hyperlink>
      <w:r>
        <w:t xml:space="preserve"> - The Colorectal Cancer Alliance details the colonoscopy procedure, describing it as the gold standard in colorectal cancer screening. The article explains how a colonoscope is used to examine the colon and rectum, allowing for the removal of polyps during the same procedure. It outlines the steps involved, including preparation, the procedure itself, and post-procedure care. The content also discusses the benefits and potential risks associated with colonoscopy, aiming to inform individuals about this screening method's effectiveness in preventing colorectal cancer.</w:t>
      </w:r>
      <w:r/>
    </w:p>
    <w:p>
      <w:pPr>
        <w:pStyle w:val="ListNumber"/>
        <w:spacing w:line="240" w:lineRule="auto"/>
        <w:ind w:left="720"/>
      </w:pPr>
      <w:r/>
      <w:hyperlink r:id="rId13">
        <w:r>
          <w:rPr>
            <w:color w:val="0000EE"/>
            <w:u w:val="single"/>
          </w:rPr>
          <w:t>https://www.cancerresearchuk.org/about-cancer/tests-and-scans/colonoscopy</w:t>
        </w:r>
      </w:hyperlink>
      <w:r>
        <w:t xml:space="preserve"> - Cancer Research UK provides an overview of the colonoscopy procedure, explaining its purpose in examining the inside of the large bowel to detect abnormalities. The article describes how a flexible tube with a camera is used to view the bowel lining and identify potential issues. It also discusses the reasons for undergoing a colonoscopy, such as investigating bowel symptoms, screening for early signs of bowel cancer, and monitoring after treatment. The content aims to educate individuals on the procedure's role in colorectal health.</w:t>
      </w:r>
      <w:r/>
    </w:p>
    <w:p>
      <w:pPr>
        <w:pStyle w:val="ListNumber"/>
        <w:spacing w:line="240" w:lineRule="auto"/>
        <w:ind w:left="720"/>
      </w:pPr>
      <w:r/>
      <w:hyperlink r:id="rId14">
        <w:r>
          <w:rPr>
            <w:color w:val="0000EE"/>
            <w:u w:val="single"/>
          </w:rPr>
          <w:t>https://www.mskcc.org/videos/colonoscopy-other-screening-tests-colorectal</w:t>
        </w:r>
      </w:hyperlink>
      <w:r>
        <w:t xml:space="preserve"> - Memorial Sloan Kettering Cancer Center presents a video explaining how colonoscopy can help prevent colon and rectal cancers. The video illustrates the procedure, showing real footage from inside a colon during a routine screening. It emphasizes that colonoscopy is unique in its ability to detect and prevent cancer simultaneously by identifying and removing polyps that could develop into cancer. The content aims to educate viewers on the importance of regular screenings and the role of colonoscopy in colorectal cancer prevention.</w:t>
      </w:r>
      <w:r/>
    </w:p>
    <w:p>
      <w:pPr>
        <w:pStyle w:val="ListNumber"/>
        <w:spacing w:line="240" w:lineRule="auto"/>
        <w:ind w:left="720"/>
      </w:pPr>
      <w:r/>
      <w:hyperlink r:id="rId15">
        <w:r>
          <w:rPr>
            <w:color w:val="0000EE"/>
            <w:u w:val="single"/>
          </w:rPr>
          <w:t>https://www.uchicagomedicine.org/cancer/types-treatments/colorectal-cancer/screening-diagnosis/colonoscopy</w:t>
        </w:r>
      </w:hyperlink>
      <w:r>
        <w:t xml:space="preserve"> - UChicago Medicine provides detailed instructions and expectations for preparing for a colonoscopy. The article emphasizes the importance of bowel preparation to ensure a clear view during the procedure, which is crucial for detecting colorectal cancer. It outlines the steps involved in preparation, including dietary restrictions and the use of prescribed laxatives. The content also discusses the procedure itself, what to expect during the exam, and post-procedure care, aiming to prepare individuals for a successful and effective screening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jonathan-bennett-and-jaymes-vaughan-prep-for-colonoscopies-together-and-wait-what-20260914/" TargetMode="External"/><Relationship Id="rId10" Type="http://schemas.openxmlformats.org/officeDocument/2006/relationships/hyperlink" Target="https://www.cancer.org/cancer/types/colon-rectal-cancer/detection-diagnosis-staging/video-colonoscopy.html" TargetMode="External"/><Relationship Id="rId11" Type="http://schemas.openxmlformats.org/officeDocument/2006/relationships/hyperlink" Target="https://www.cancer.org/cancer/risk-prevention/understanding-cancer-risk/cancer-facts/cancer-facts-for-gay-and-bisexual-men.html" TargetMode="External"/><Relationship Id="rId12" Type="http://schemas.openxmlformats.org/officeDocument/2006/relationships/hyperlink" Target="https://colorectalcancer.org/screening-prevention/screening-methods/colonoscopy" TargetMode="External"/><Relationship Id="rId13" Type="http://schemas.openxmlformats.org/officeDocument/2006/relationships/hyperlink" Target="https://www.cancerresearchuk.org/about-cancer/tests-and-scans/colonoscopy" TargetMode="External"/><Relationship Id="rId14" Type="http://schemas.openxmlformats.org/officeDocument/2006/relationships/hyperlink" Target="https://www.mskcc.org/videos/colonoscopy-other-screening-tests-colorectal" TargetMode="External"/><Relationship Id="rId15" Type="http://schemas.openxmlformats.org/officeDocument/2006/relationships/hyperlink" Target="https://www.uchicagomedicine.org/cancer/types-treatments/colorectal-cancer/screening-diagnosis/colonoscop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