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Kink Deserves More Honest, Inclusive Conversations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familiar with early internet culture may recognise Rule 34, but the bigger story is how online sexual curiosity connects with real-world conversations about queer intimacy and kink. Research suggests these interests are widespread, while educators stress that exploration should be grounded in consent, communication and safety.</w:t>
      </w:r>
      <w:r/>
    </w:p>
    <w:p>
      <w:pPr>
        <w:pStyle w:val="Heading2"/>
      </w:pPr>
      <w:r>
        <w:t>The internet’s strangest rule still says something about us</w:t>
      </w:r>
      <w:r/>
    </w:p>
    <w:p>
      <w:r/>
      <w:r>
        <w:t>Rule 34 became an early web shorthand for the idea that almost any subject could inspire sexual content. Its shock value came from the sheer breadth of the claim, but its staying power reflects something more interesting: people are endlessly inventive, curious and occasionally very weird online.</w:t>
      </w:r>
      <w:r/>
    </w:p>
    <w:p>
      <w:r/>
      <w:r>
        <w:t>Explainers from Wikipedia and Know Your Meme trace the phrase to internet culture in the 2000s, when forums, image boards and personal websites made niche material easier to find. The joke was exaggerated, of course, but the underlying observation was remarkably durable. If someone could imagine it, someone else had probably already made it.</w:t>
      </w:r>
      <w:r/>
    </w:p>
    <w:p>
      <w:r/>
      <w:r>
        <w:t>That doesn't mean online pornography offers a realistic picture of intimacy. It is usually staged, edited and designed to entertain, not to teach. The gap matters, because fantasy can be playful while real-life sexual activity requires negotiation, trust and attention.</w:t>
      </w:r>
      <w:r/>
    </w:p>
    <w:p>
      <w:pPr>
        <w:pStyle w:val="Heading2"/>
      </w:pPr>
      <w:r>
        <w:t>Kink is far more common than many people assume</w:t>
      </w:r>
      <w:r/>
    </w:p>
    <w:p>
      <w:r/>
      <w:r>
        <w:t>Research cited by CT Voice suggests that sexual fantasies involving kink are widespread, with a Canadian study finding that close to 85 per cent of surveyed adults had experienced them. Even categories described as unusual or rare appeared among a sizeable minority of participants.</w:t>
      </w:r>
      <w:r/>
    </w:p>
    <w:p>
      <w:r/>
      <w:r>
        <w:t>Those findings don't mean everyone wants to act on every fantasy. A thought, a private interest and a mutually agreed activity are three different things. Still, the figures challenge the old assumption that kink belongs only to a tiny, mysterious subculture.</w:t>
      </w:r>
      <w:r/>
    </w:p>
    <w:p>
      <w:r/>
      <w:r>
        <w:t>Online reference sources help explain why Rule 34 became such a familiar cultural reference, but they don't settle questions about healthy sexual behaviour. For that, people need reliable information rather than sensational headlines or scripted adult content.</w:t>
      </w:r>
      <w:r/>
    </w:p>
    <w:p>
      <w:pPr>
        <w:pStyle w:val="Heading2"/>
      </w:pPr>
      <w:r>
        <w:t>Why queer communities often approach sex differently</w:t>
      </w:r>
      <w:r/>
    </w:p>
    <w:p>
      <w:r/>
      <w:r>
        <w:t>Queer people have historically had to build intimacy without relying on the standard heterosexual script. For many couples, familiar assumptions about bodies, roles and expectations simply don't apply, which can create space for more deliberate conversations about what feels good and what each person actually wants.</w:t>
      </w:r>
      <w:r/>
    </w:p>
    <w:p>
      <w:r/>
      <w:r>
        <w:t>That doesn't mean LGBTQ+ people are automatically kinky, or that queer relationships are inherently more adventurous. It does suggest that communities accustomed to questioning mainstream rules may be more comfortable treating sexuality as something to design together rather than inherit unchanged.</w:t>
      </w:r>
      <w:r/>
    </w:p>
    <w:p>
      <w:r/>
      <w:r>
        <w:t>There is also a long-standing overlap between queer liberation and kink communities. Both have pushed back against shame and narrow ideas about acceptable desire, although each remains diverse and should never be reduced to a single experience.</w:t>
      </w:r>
      <w:r/>
    </w:p>
    <w:p>
      <w:pPr>
        <w:pStyle w:val="Heading2"/>
      </w:pPr>
      <w:r>
        <w:t>Consent is the foundation, not a footnote</w:t>
      </w:r>
      <w:r/>
    </w:p>
    <w:p>
      <w:r/>
      <w:r>
        <w:t>Creative sex still needs careful preparation. Before trying anything unfamiliar, partners should discuss boundaries, interests, health concerns and how they’ll pause or stop. Clear, enthusiastic consent should be ongoing, specific and free from pressure.</w:t>
      </w:r>
      <w:r/>
    </w:p>
    <w:p>
      <w:r/>
      <w:r>
        <w:t>Practical safety matters too. Depending on the activity, that may include agreed safe words or signals, checking equipment, avoiding intoxication and allowing time for aftercare. If a practice involves injury risk, restricted breathing or significant power exchange, specialist education is especially important.</w:t>
      </w:r>
      <w:r/>
    </w:p>
    <w:p>
      <w:r/>
      <w:r>
        <w:t>The digital world can help people find reputable guides and communities, but it can also spread confident nonsense. Look for established sexual-health organisations, experienced educators and groups that make consent central. A glossy video is not a training manual, however convincing it looks.</w:t>
      </w:r>
      <w:r/>
    </w:p>
    <w:p>
      <w:pPr>
        <w:pStyle w:val="Heading2"/>
      </w:pPr>
      <w:r>
        <w:t>Curiosity doesn't need to come with shame</w:t>
      </w:r>
      <w:r/>
    </w:p>
    <w:p>
      <w:r/>
      <w:r>
        <w:t>The lasting lesson of Rule 34 isn't really that the internet contains everything. It's that human desire is broader than the scripts many people are given at school, at home or in mainstream media.</w:t>
      </w:r>
      <w:r/>
    </w:p>
    <w:p>
      <w:r/>
      <w:r>
        <w:t>For queer people especially, exploring intimacy can be a way to question inherited expectations and create something more personal. That exploration doesn't have to involve kink, and kink doesn't have to define anyone's identity. The useful question is whether everyone involved feels informed, respected and genuinely willing.</w:t>
      </w:r>
      <w:r/>
    </w:p>
    <w:p>
      <w:r/>
      <w:r>
        <w:t>A little awkwardness is normal when people start talking honestly about sex. In many cases, that conversation is far safer and more rewarding than relying on the internet to fill in the blanks.</w:t>
      </w:r>
      <w:r/>
    </w:p>
    <w:p>
      <w:r/>
      <w:r>
        <w:t>Explore desire with curiosity, consent and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https://ctvoice.com/2026/09/14/sex-talk-kinky-and-queer/</w:t>
        </w:r>
      </w:hyperlink>
      <w:r>
        <w:t xml:space="preserve"> - Please view link - unable to able to access data</w:t>
      </w:r>
      <w:r/>
    </w:p>
    <w:p>
      <w:pPr>
        <w:pStyle w:val="ListNumber"/>
        <w:spacing w:line="240" w:lineRule="auto"/>
        <w:ind w:left="720"/>
      </w:pPr>
      <w:r/>
      <w:hyperlink r:id="rId10">
        <w:r>
          <w:rPr>
            <w:color w:val="0000EE"/>
            <w:u w:val="single"/>
          </w:rPr>
          <w:t>https://en.wikipedia.org/wiki/Rule_34</w:t>
        </w:r>
      </w:hyperlink>
      <w:r>
        <w:t xml:space="preserve"> - Rule 34 is an internet meme asserting that for every conceivable topic, there exists some form of pornography related to it. The concept is often depicted through fan art and other media forms, illustrating the ubiquity of adult content across the internet. The term originated from a 2003 webcomic captioned 'Rule #34: There is porn of it. No exceptions.' This meme has since become a notable part of internet culture, reflecting the vast and diverse nature of online content.</w:t>
      </w:r>
      <w:r/>
    </w:p>
    <w:p>
      <w:pPr>
        <w:pStyle w:val="ListNumber"/>
        <w:spacing w:line="240" w:lineRule="auto"/>
        <w:ind w:left="720"/>
      </w:pPr>
      <w:r/>
      <w:hyperlink r:id="rId11">
        <w:r>
          <w:rPr>
            <w:color w:val="0000EE"/>
            <w:u w:val="single"/>
          </w:rPr>
          <w:t>https://knowyourmeme.com/editorials/guides/what-is-rule-34-the-most-iconic-rule-of-the-internet-explained</w:t>
        </w:r>
      </w:hyperlink>
      <w:r>
        <w:t xml:space="preserve"> - Rule 34 is a prominent internet adage stating that if something exists, there is adult content featuring it. This concept is commonly depicted in fan art and fanfiction, where fictional characters from TV shows and cartoons are portrayed engaging in mature activities. The phenomenon is similar to 'Ruined Childhood' memes, where beloved characters are placed in unexpected, adult-themed scenarios, often serving as a humorous and subversive take on pop culture.</w:t>
      </w:r>
      <w:r/>
    </w:p>
    <w:p>
      <w:pPr>
        <w:pStyle w:val="ListNumber"/>
        <w:spacing w:line="240" w:lineRule="auto"/>
        <w:ind w:left="720"/>
      </w:pPr>
      <w:r/>
      <w:hyperlink r:id="rId12">
        <w:r>
          <w:rPr>
            <w:color w:val="0000EE"/>
            <w:u w:val="single"/>
          </w:rPr>
          <w:t>https://knowyourmeme.com/sensitive/memes/rule-34</w:t>
        </w:r>
      </w:hyperlink>
      <w:r>
        <w:t xml:space="preserve"> - Rule 34 is an internet adage in the 'Rules of the Internet' list, asserting that 'if something exists, there is porn of it.' The concept is often playfully illustrated in fan art and fanfiction, where fictional TV and cartoon characters engage in sexual behaviour, similar to Ruined Childhood memes. The term originated from a 2003 webcomic captioned 'Rule #34: There is porn of it. No exceptions.'</w:t>
      </w:r>
      <w:r/>
    </w:p>
    <w:p>
      <w:pPr>
        <w:pStyle w:val="ListNumber"/>
        <w:spacing w:line="240" w:lineRule="auto"/>
        <w:ind w:left="720"/>
      </w:pPr>
      <w:r/>
      <w:hyperlink r:id="rId13">
        <w:r>
          <w:rPr>
            <w:color w:val="0000EE"/>
            <w:u w:val="single"/>
          </w:rPr>
          <w:t>https://www.dictionary.com/culture/slang/rule-34</w:t>
        </w:r>
      </w:hyperlink>
      <w:r>
        <w:t xml:space="preserve"> - Rule 34 is an internet meme stating that if something exists, there is adult-oriented content about it. This concept reflects the vast and diverse nature of online content, where virtually any subject imaginable has been transformed into some form of adult material. The term originated from a 2003 webcomic captioned 'Rule #34: There is porn of it. No exceptions.'</w:t>
      </w:r>
      <w:r/>
    </w:p>
    <w:p>
      <w:pPr>
        <w:pStyle w:val="ListNumber"/>
        <w:spacing w:line="240" w:lineRule="auto"/>
        <w:ind w:left="720"/>
      </w:pPr>
      <w:r/>
      <w:hyperlink r:id="rId14">
        <w:r>
          <w:rPr>
            <w:color w:val="0000EE"/>
            <w:u w:val="single"/>
          </w:rPr>
          <w:t>https://rule34.cv/</w:t>
        </w:r>
      </w:hyperlink>
      <w:r>
        <w:t xml:space="preserve"> - Rule34 is an internet adage claiming that if something exists, adult content exists about it. It's part of the larger 'Rules of the Internet' lore and is often referenced as a joke, a warning, or a 'don't Google that' moment. The term originated from a 2003 webcomic captioned 'Rule #34: There is porn of it. No exceptions.'</w:t>
      </w:r>
      <w:r/>
    </w:p>
    <w:p>
      <w:pPr>
        <w:pStyle w:val="ListNumber"/>
        <w:spacing w:line="240" w:lineRule="auto"/>
        <w:ind w:left="720"/>
      </w:pPr>
      <w:r/>
      <w:hyperlink r:id="rId15">
        <w:r>
          <w:rPr>
            <w:color w:val="0000EE"/>
            <w:u w:val="single"/>
          </w:rPr>
          <w:t>https://rule34.food/</w:t>
        </w:r>
      </w:hyperlink>
      <w:r>
        <w:t xml:space="preserve"> - Rule34 is an internet saying that claims if something exists, someone has made adult content about it. It started as a webcomic caption and spread through 'Rules of the Internet' culture, then became shorthand for NSFW fan art. The term originated from a 2003 webcomic captioned 'Rule #34: There is porn of it. No exceptions.'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tvoice.com/2026/09/14/sex-talk-kinky-and-queer/" TargetMode="External"/><Relationship Id="rId10" Type="http://schemas.openxmlformats.org/officeDocument/2006/relationships/hyperlink" Target="https://en.wikipedia.org/wiki/Rule_34" TargetMode="External"/><Relationship Id="rId11" Type="http://schemas.openxmlformats.org/officeDocument/2006/relationships/hyperlink" Target="https://knowyourmeme.com/editorials/guides/what-is-rule-34-the-most-iconic-rule-of-the-internet-explained" TargetMode="External"/><Relationship Id="rId12" Type="http://schemas.openxmlformats.org/officeDocument/2006/relationships/hyperlink" Target="https://knowyourmeme.com/sensitive/memes/rule-34" TargetMode="External"/><Relationship Id="rId13" Type="http://schemas.openxmlformats.org/officeDocument/2006/relationships/hyperlink" Target="https://www.dictionary.com/culture/slang/rule-34" TargetMode="External"/><Relationship Id="rId14" Type="http://schemas.openxmlformats.org/officeDocument/2006/relationships/hyperlink" Target="https://rule34.cv/" TargetMode="External"/><Relationship Id="rId15" Type="http://schemas.openxmlformats.org/officeDocument/2006/relationships/hyperlink" Target="https://rule34.foo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