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Philly Pride Visitor Center recognised for LGBTQ+ travel leadership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Philadelphia's Gayborhood have a new reason to stop at 1139 Locust Street: the Philly Pride Visitor Center has received 6abc's Philly Proud Community Leader Award for making LGBTQ+ history, travel information and a warm welcome easier to find.</w:t>
      </w:r>
      <w:r/>
    </w:p>
    <w:p>
      <w:pPr>
        <w:pStyle w:val="Heading2"/>
      </w:pPr>
      <w:r>
        <w:t>Essential Takeaways</w:t>
      </w:r>
      <w:r/>
      <w:r/>
    </w:p>
    <w:p>
      <w:pPr>
        <w:pStyle w:val="ListBullet"/>
        <w:spacing w:line="240" w:lineRule="auto"/>
        <w:ind w:left="720"/>
      </w:pPr>
      <w:r/>
      <w:r>
        <w:rPr>
          <w:b/>
        </w:rPr>
        <w:t>A central welcome point:</w:t>
      </w:r>
      <w:r>
        <w:t xml:space="preserve"> The centre sits in Philadelphia's Gayborhood at 1139 Locust Street.</w:t>
      </w:r>
      <w:r/>
    </w:p>
    <w:p>
      <w:pPr>
        <w:pStyle w:val="ListBullet"/>
        <w:spacing w:line="240" w:lineRule="auto"/>
        <w:ind w:left="720"/>
      </w:pPr>
      <w:r/>
      <w:r>
        <w:rPr>
          <w:b/>
        </w:rPr>
        <w:t>More than a tourist desk:</w:t>
      </w:r>
      <w:r>
        <w:t xml:space="preserve"> Visitors can explore LGBTQ+ history and find suggestions for local attractions, restaurants and shops.</w:t>
      </w:r>
      <w:r/>
    </w:p>
    <w:p>
      <w:pPr>
        <w:pStyle w:val="ListBullet"/>
        <w:spacing w:line="240" w:lineRule="auto"/>
        <w:ind w:left="720"/>
      </w:pPr>
      <w:r/>
      <w:r>
        <w:rPr>
          <w:b/>
        </w:rPr>
        <w:t>A shared effort:</w:t>
      </w:r>
      <w:r>
        <w:t xml:space="preserve"> The project brings together Philadelphia Gay News, the Philadelphia Visitor Center, Visit Philadelphia and Visit Pennsylvania.</w:t>
      </w:r>
      <w:r/>
    </w:p>
    <w:p>
      <w:pPr>
        <w:pStyle w:val="ListBullet"/>
        <w:spacing w:line="240" w:lineRule="auto"/>
        <w:ind w:left="720"/>
      </w:pPr>
      <w:r/>
      <w:r>
        <w:rPr>
          <w:b/>
        </w:rPr>
        <w:t>A useful planning stop:</w:t>
      </w:r>
      <w:r>
        <w:t xml:space="preserve"> The space is designed to help LGBTQ+ travellers discover the city with greater confidence.</w:t>
      </w:r>
      <w:r/>
    </w:p>
    <w:p>
      <w:pPr>
        <w:pStyle w:val="ListBullet"/>
        <w:spacing w:line="240" w:lineRule="auto"/>
        <w:ind w:left="720"/>
      </w:pPr>
      <w:r/>
      <w:r>
        <w:rPr>
          <w:b/>
        </w:rPr>
        <w:t>Recognition matters:</w:t>
      </w:r>
      <w:r>
        <w:t xml:space="preserve"> 6abc's award highlights the centre's role in strengthening representation and community visibility.</w:t>
      </w:r>
      <w:r/>
      <w:r/>
    </w:p>
    <w:p>
      <w:pPr>
        <w:pStyle w:val="Heading2"/>
      </w:pPr>
      <w:r>
        <w:t>A new landmark in Philadelphia's Gayborhood</w:t>
      </w:r>
      <w:r/>
    </w:p>
    <w:p>
      <w:r/>
      <w:r>
        <w:t>The Philly Pride Visitor Center has been recognised with 6abc's Philly Proud Community Leader Award, putting a bright spotlight on a space built for welcome, discovery and belonging. Located in the heart of the Gayborhood, it gives visitors somewhere purposeful to begin exploring Philadelphia's LGBTQ+ story.</w:t>
      </w:r>
      <w:r/>
    </w:p>
    <w:p>
      <w:r/>
      <w:r>
        <w:t>According to 6abc, the centre was honoured by meteorologist Adam Joseph as part of the broadcaster's wider Pride coverage. It isn't simply another information counter with a pile of leaflets. The idea is to connect people with the places, stories and businesses that give this part of the city its character.</w:t>
      </w:r>
      <w:r/>
    </w:p>
    <w:p>
      <w:pPr>
        <w:pStyle w:val="Heading2"/>
      </w:pPr>
      <w:r>
        <w:t>Why the centre matters to LGBTQ+ travellers</w:t>
      </w:r>
      <w:r/>
    </w:p>
    <w:p>
      <w:r/>
      <w:r>
        <w:t>For visitors, the practical appeal is clear. The centre offers information about local sites, restaurants and shops, while also presenting the history of the gay rights movement in a setting that feels relevant rather than tucked away in a distant archive.</w:t>
      </w:r>
      <w:r/>
    </w:p>
    <w:p>
      <w:r/>
      <w:r>
        <w:t>Visit Philadelphia describes the Philly Pride Visitor Center as a dedicated resource for people looking to experience the city's LGBTQ+ attractions and history. That makes it particularly useful for first-time visitors, who may want a thoughtful starting point instead of trying to piece together an itinerary from scattered online searches.</w:t>
      </w:r>
      <w:r/>
    </w:p>
    <w:p>
      <w:pPr>
        <w:pStyle w:val="Heading2"/>
      </w:pPr>
      <w:r>
        <w:t>History, guidance and a human welcome</w:t>
      </w:r>
      <w:r/>
    </w:p>
    <w:p>
      <w:r/>
      <w:r>
        <w:t>The centre's strength lies in the combination of context and convenience. One moment, visitors can be learning about the movement that shaped Philadelphia's LGBTQ+ community; the next, they can be planning where to eat, browse or continue their walk through the neighbourhood.</w:t>
      </w:r>
      <w:r/>
    </w:p>
    <w:p>
      <w:r/>
      <w:r>
        <w:t>The Philadelphia Visitor Center also presents the location as part of the city's wider visitor network. That connection gives the project a useful balance: it can celebrate community history while still helping travellers make the most of their time on the ground.</w:t>
      </w:r>
      <w:r/>
    </w:p>
    <w:p>
      <w:pPr>
        <w:pStyle w:val="Heading2"/>
      </w:pPr>
      <w:r>
        <w:t>A collaborative project with a wider reach</w:t>
      </w:r>
      <w:r/>
    </w:p>
    <w:p>
      <w:r/>
      <w:r>
        <w:t>The award recognises several organisations behind the centre, including Philadelphia Gay News, the Philadelphia Visitor Center, Visit Philadelphia and Visit Pennsylvania. Their involvement reflects a broader shift in travel: visitors increasingly want destination advice that includes lived history and local identity, not just headline attractions.</w:t>
      </w:r>
      <w:r/>
    </w:p>
    <w:p>
      <w:r/>
      <w:r>
        <w:t>That approach has continued through partnerships and visitor initiatives. Visit Philadelphia has highlighted links between the Philly Pride Visitor Center and the Stonewall National Monument Visitor Center, including a Pride Passport created around America's 250th anniversary. It gives the project a national dimension while keeping Philadelphia's own stories firmly in view.</w:t>
      </w:r>
      <w:r/>
    </w:p>
    <w:p>
      <w:pPr>
        <w:pStyle w:val="Heading2"/>
      </w:pPr>
      <w:r>
        <w:t>Planning your visit to the Philly Pride Visitor Center</w:t>
      </w:r>
      <w:r/>
    </w:p>
    <w:p>
      <w:r/>
      <w:r>
        <w:t>If you're exploring Philadelphia's Gayborhood, the centre makes sense as an early stop. Check the latest opening details before travelling, then use the information on offer to shape a walk around nearby history, independent businesses and LGBTQ+ landmarks.</w:t>
      </w:r>
      <w:r/>
    </w:p>
    <w:p>
      <w:r/>
      <w:r>
        <w:t>It's also worth leaving room for spontaneity. The best visitor advice often comes with a personal recommendation, and a quick conversation can reveal a restaurant, shop or event that wouldn't have appeared on a standard city checklist. For many travellers, that friendly human detail is what turns a useful visit into a memorable one.</w:t>
      </w:r>
      <w:r/>
    </w:p>
    <w:p>
      <w:r/>
      <w:r>
        <w:t>The 6abc award is welcome recognition, but the centre's real value will be measured in everyday encounters: people finding their bearings, learning something new and feeling that Philadelphia has made space for them.</w:t>
      </w:r>
      <w:r/>
    </w:p>
    <w:p>
      <w:r/>
      <w:r>
        <w:t>A thoughtful first stop can make the whole city feel more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4">
        <w:r>
          <w:rPr>
            <w:color w:val="0000EE"/>
            <w:u w:val="single"/>
          </w:rPr>
          <w:t>[3]</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[6]</w:t>
        </w:r>
      </w:hyperlink>
      <w:r>
        <w:t xml:space="preserve">- Paragraph 6: </w:t>
      </w:r>
      <w:hyperlink r:id="rId14">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4">
        <w:r>
          <w:rPr>
            <w:color w:val="0000EE"/>
            <w:u w:val="single"/>
          </w:rPr>
          <w:t>[3]</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4">
        <w:r>
          <w:rPr>
            <w:color w:val="0000EE"/>
            <w:u w:val="single"/>
          </w:rPr>
          <w:t>[3]</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https://6abc.com/post/organizers-philly-pride-visitor-center-receive-6abc-proud-community-leader-award/19830459/</w:t>
        </w:r>
      </w:hyperlink>
      <w:r>
        <w:t xml:space="preserve"> - Please view link - unable to able to access data</w:t>
      </w:r>
      <w:r/>
    </w:p>
    <w:p>
      <w:pPr>
        <w:pStyle w:val="ListNumber"/>
        <w:spacing w:line="240" w:lineRule="auto"/>
        <w:ind w:left="720"/>
      </w:pPr>
      <w:r/>
      <w:hyperlink r:id="rId10">
        <w:r>
          <w:rPr>
            <w:color w:val="0000EE"/>
            <w:u w:val="single"/>
          </w:rPr>
          <w:t>https://www.visitphilly.com/things-to-do/attractions/philly-pride-visitor-center/</w:t>
        </w:r>
      </w:hyperlink>
      <w:r>
        <w:t xml:space="preserve"> - The Philly Pride Visitor Center, located at 12th and Locust streets in Philadelphia's Gayborhood, serves as a welcoming hub for LGBTQ+ resources and travel-planning services. Opened in February 2026, it offers comprehensive visitor services, including itinerary planning, attraction ticketing, and travel information, with a special focus on LGBTQ+-affirming destinations, businesses, and cultural institutions. The center also features a curated gift shop showcasing local art and merchandise by LGBTQ+ creators, reaffirming Philadelphia's commitment to inclusivity and diversity.</w:t>
      </w:r>
      <w:r/>
    </w:p>
    <w:p>
      <w:pPr>
        <w:pStyle w:val="ListNumber"/>
        <w:spacing w:line="240" w:lineRule="auto"/>
        <w:ind w:left="720"/>
      </w:pPr>
      <w:r/>
      <w:hyperlink r:id="rId14">
        <w:r>
          <w:rPr>
            <w:color w:val="0000EE"/>
            <w:u w:val="single"/>
          </w:rPr>
          <w:t>https://www.visitphilly.com/media-center/press-releases/philly-pride-visitor-center-and-stonewall-national-monument-visitor-center-launch-pride-passport-for-americas-250th/</w:t>
        </w:r>
      </w:hyperlink>
      <w:r>
        <w:t xml:space="preserve"> - In June 2026, the Philly Pride Visitor Center and the Stonewall National Monument Visitor Center launched the inaugural Pride Passport, a limited-edition commemorative tote featuring Baron von Steuben. This initiative connects Philadelphia and New York City, honouring LGBTQ+ civil rights history and encouraging travel between the two cities. The Pride Passport aims to deepen connections to LGBTQ+ history and promote exploration of queer-friendly experiences across both Philadelphia and New York.</w:t>
      </w:r>
      <w:r/>
    </w:p>
    <w:p>
      <w:pPr>
        <w:pStyle w:val="ListNumber"/>
        <w:spacing w:line="240" w:lineRule="auto"/>
        <w:ind w:left="720"/>
      </w:pPr>
      <w:r/>
      <w:hyperlink r:id="rId11">
        <w:r>
          <w:rPr>
            <w:color w:val="0000EE"/>
            <w:u w:val="single"/>
          </w:rPr>
          <w:t>https://www.phlvisitorcenter.com/things-to-do/philly-pride-visitor-center</w:t>
        </w:r>
      </w:hyperlink>
      <w:r>
        <w:t xml:space="preserve"> - The Philly Pride Visitor Center, located at 12th and Locust streets in Philadelphia's Gayborhood, is a collaborative effort between the Philadelphia Visitor Center, Visit Philadelphia, Visit PA, and the Philadelphia Gay News. It serves as a hub for LGBTQ+ travellers and locals, offering exhibits that highlight Philadelphia's leading role in the fight for gay rights. Friendly local staff are available to answer questions, sell tickets, plan itineraries, and welcome travellers to LGBTQ+ communities and activities across the city and the Commonwealth.</w:t>
      </w:r>
      <w:r/>
    </w:p>
    <w:p>
      <w:pPr>
        <w:pStyle w:val="ListNumber"/>
        <w:spacing w:line="240" w:lineRule="auto"/>
        <w:ind w:left="720"/>
      </w:pPr>
      <w:r/>
      <w:hyperlink r:id="rId12">
        <w:r>
          <w:rPr>
            <w:color w:val="0000EE"/>
            <w:u w:val="single"/>
          </w:rPr>
          <w:t>https://6abc.com/proud/</w:t>
        </w:r>
      </w:hyperlink>
      <w:r>
        <w:t xml:space="preserve"> - 6abc's 'Philly Proud' initiative celebrates individuals and organisations making significant contributions to the community. The 2025 6abc Philly Proud Community Leader Awards recognised honourees for their representation of the community, excellence in their careers, and advocacy for LGBTQ+ visibility and dignity. The awards ceremony, hosted by meteorologist Adam Joseph, highlighted the achievements of various leaders and organisations dedicated to promoting inclusivity and equality within the Philadelphia area.</w:t>
      </w:r>
      <w:r/>
    </w:p>
    <w:p>
      <w:pPr>
        <w:pStyle w:val="ListNumber"/>
        <w:spacing w:line="240" w:lineRule="auto"/>
        <w:ind w:left="720"/>
      </w:pPr>
      <w:r/>
      <w:hyperlink r:id="rId13">
        <w:r>
          <w:rPr>
            <w:color w:val="0000EE"/>
            <w:u w:val="single"/>
          </w:rPr>
          <w:t>https://www.cbsnews.com/amp/philadelphia/news/philadelphia-pride-visitor-center-gayborhood-history-guide/</w:t>
        </w:r>
      </w:hyperlink>
      <w:r>
        <w:t xml:space="preserve"> - The Philly Pride Visitor Center, located in the heart of Philadelphia's Gayborhood at 12th and Locust streets, opened in February 2026. It serves as one of America's first visitor centers dedicated to welcoming LGBTQ+ travellers and allies. The center offers resources such as maps, itinerary planning, and a curated introduction to queer and queer-friendly experiences across Philadelphia and Pennsylvania. It also showcases Philadelphia's pioneering role in the fight for equal rights.</w:t>
      </w:r>
      <w:r/>
    </w:p>
    <w:p>
      <w:pPr>
        <w:pStyle w:val="ListNumber"/>
        <w:spacing w:line="240" w:lineRule="auto"/>
        <w:ind w:left="720"/>
      </w:pPr>
      <w:r/>
      <w:hyperlink r:id="rId15">
        <w:r>
          <w:rPr>
            <w:color w:val="0000EE"/>
            <w:u w:val="single"/>
          </w:rPr>
          <w:t>https://www.inquirer.com/news/philly-pride-visitor-center-lgbtq-20260225.html</w:t>
        </w:r>
      </w:hyperlink>
      <w:r>
        <w:t xml:space="preserve"> - The Philly Pride Visitor Center, located at 1130 Locust Street in Philadelphia's Gayborhood, opened on February 25, 2026. It offers visitor services, including itinerary planning and travel information, with a focus on LGBTQ+-affirming destinations. The center aims to provide a welcoming space for LGBTQ+ travellers and locals, highlighting Philadelphia's role in the fight for equal rights and offering resources for queer-friendly experiences across the city and the Commonwealth of Pennsylvania.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6abc.com/post/organizers-philly-pride-visitor-center-receive-6abc-proud-community-leader-award/19830459/" TargetMode="External"/><Relationship Id="rId10" Type="http://schemas.openxmlformats.org/officeDocument/2006/relationships/hyperlink" Target="https://www.visitphilly.com/things-to-do/attractions/philly-pride-visitor-center/" TargetMode="External"/><Relationship Id="rId11" Type="http://schemas.openxmlformats.org/officeDocument/2006/relationships/hyperlink" Target="https://www.phlvisitorcenter.com/things-to-do/philly-pride-visitor-center" TargetMode="External"/><Relationship Id="rId12" Type="http://schemas.openxmlformats.org/officeDocument/2006/relationships/hyperlink" Target="https://6abc.com/proud/" TargetMode="External"/><Relationship Id="rId13" Type="http://schemas.openxmlformats.org/officeDocument/2006/relationships/hyperlink" Target="https://www.cbsnews.com/amp/philadelphia/news/philadelphia-pride-visitor-center-gayborhood-history-guide/" TargetMode="External"/><Relationship Id="rId14" Type="http://schemas.openxmlformats.org/officeDocument/2006/relationships/hyperlink" Target="https://www.visitphilly.com/media-center/press-releases/philly-pride-visitor-center-and-stonewall-national-monument-visitor-center-launch-pride-passport-for-americas-250th/" TargetMode="External"/><Relationship Id="rId15" Type="http://schemas.openxmlformats.org/officeDocument/2006/relationships/hyperlink" Target="https://www.inquirer.com/news/philly-pride-visitor-center-lgbtq-20260225.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