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Peaches delivers an unforgettable queer joy concert in Kansas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Concertgoers found a vivid escape at Liberty Hall in Lawrence, Kansas, where Peaches turned a difficult moment for the local queer community into an evening of fearless performance, outrageous costumes and genuine connection. With Wheelchair Sports Camp opening, the show offered both catharsis and celebration.</w:t>
      </w:r>
      <w:r/>
    </w:p>
    <w:p>
      <w:pPr>
        <w:pStyle w:val="Heading2"/>
      </w:pPr>
      <w:r>
        <w:t>Essential Takeaways</w:t>
      </w:r>
      <w:r/>
      <w:r/>
    </w:p>
    <w:p>
      <w:pPr>
        <w:pStyle w:val="ListBullet"/>
        <w:spacing w:line="240" w:lineRule="auto"/>
        <w:ind w:left="720"/>
      </w:pPr>
      <w:r/>
      <w:r>
        <w:rPr>
          <w:b/>
        </w:rPr>
        <w:t>A full-body spectacle:</w:t>
      </w:r>
      <w:r>
        <w:t xml:space="preserve"> Peaches combined provocative costumes, inflatable stage props and mobile lighting with an energetic, close-up performance.</w:t>
      </w:r>
      <w:r/>
    </w:p>
    <w:p>
      <w:pPr>
        <w:pStyle w:val="ListBullet"/>
        <w:spacing w:line="240" w:lineRule="auto"/>
        <w:ind w:left="720"/>
      </w:pPr>
      <w:r/>
      <w:r>
        <w:rPr>
          <w:b/>
        </w:rPr>
        <w:t>No distant stage presence:</w:t>
      </w:r>
      <w:r>
        <w:t xml:space="preserve"> She moved through the venue, danced with fans and made even the furthest seats feel involved.</w:t>
      </w:r>
      <w:r/>
    </w:p>
    <w:p>
      <w:pPr>
        <w:pStyle w:val="ListBullet"/>
        <w:spacing w:line="240" w:lineRule="auto"/>
        <w:ind w:left="720"/>
      </w:pPr>
      <w:r/>
      <w:r>
        <w:rPr>
          <w:b/>
        </w:rPr>
        <w:t>A strong opening act:</w:t>
      </w:r>
      <w:r>
        <w:t xml:space="preserve"> Wheelchair Sports Camp brought experimental hip-hop, punk energy and sharply funny social commentary.</w:t>
      </w:r>
      <w:r/>
    </w:p>
    <w:p>
      <w:pPr>
        <w:pStyle w:val="ListBullet"/>
        <w:spacing w:line="240" w:lineRule="auto"/>
        <w:ind w:left="720"/>
      </w:pPr>
      <w:r/>
      <w:r>
        <w:rPr>
          <w:b/>
        </w:rPr>
        <w:t>A communal finale:</w:t>
      </w:r>
      <w:r>
        <w:t xml:space="preserve"> Local drag performers and Kalyn Rose Heffernan joined Peaches for a celebratory closing stretch.</w:t>
      </w:r>
      <w:r/>
    </w:p>
    <w:p>
      <w:pPr>
        <w:pStyle w:val="ListBullet"/>
        <w:spacing w:line="240" w:lineRule="auto"/>
        <w:ind w:left="720"/>
      </w:pPr>
      <w:r/>
      <w:r>
        <w:rPr>
          <w:b/>
        </w:rPr>
        <w:t>More than shock value:</w:t>
      </w:r>
      <w:r>
        <w:t xml:space="preserve"> Beneath the theatrics, the evening focused on affection, belonging and relief.</w:t>
      </w:r>
      <w:r/>
      <w:r/>
    </w:p>
    <w:p>
      <w:pPr>
        <w:pStyle w:val="Heading2"/>
      </w:pPr>
      <w:r>
        <w:t>Peaches brings a burst of colour to a difficult moment</w:t>
      </w:r>
      <w:r/>
    </w:p>
    <w:p>
      <w:r/>
      <w:r>
        <w:t>The strongest impression from Peaches' Liberty Hall show wasn't simply the noise, the bodies or the deliberately outrageous props. It was the warmth. In a state where many queer and trans people have faced an exhausting run of political hostility, the Lawrence crowd was given permission to relax, laugh loudly and be entirely themselves.</w:t>
      </w:r>
      <w:r/>
    </w:p>
    <w:p>
      <w:r/>
      <w:r>
        <w:t>The result felt less like a conventional gig and more like a temporary refuge. Concert listings from the event place Peaches alongside Wheelchair Sports Camp at Liberty Hall, while the wider context of her touring career shows an artist who has long treated live performance as both music and theatre.</w:t>
      </w:r>
      <w:r/>
    </w:p>
    <w:p>
      <w:r/>
      <w:r>
        <w:t>That blend mattered here. The evening made space for silliness and confrontation, but it also carried a surprisingly tender message: people deserve somewhere to feel safe, seen and wanted.</w:t>
      </w:r>
      <w:r/>
    </w:p>
    <w:p>
      <w:pPr>
        <w:pStyle w:val="Heading2"/>
      </w:pPr>
      <w:r>
        <w:t>Minimal staging, maximum impact</w:t>
      </w:r>
      <w:r/>
    </w:p>
    <w:p>
      <w:r/>
      <w:r>
        <w:t>Peaches' production proved that spectacle doesn't always require a towering set or a screen-filled arena. A handful of movable platforms, practical lighting and one enormous inflatable colon were enough to create a world that felt playful, confrontational and unmistakably hers.</w:t>
      </w:r>
      <w:r/>
    </w:p>
    <w:p>
      <w:r/>
      <w:r>
        <w:t>The costumes did much of the heavy lifting. A penis-covered outfit, a meat-inspired dress and several flamboyant displays of body hair transformed the stage into a rotating gallery of sexual politics and camp. It's the sort of visual language that could easily become repetitive, but Peaches' commitment keeps it sharp.</w:t>
      </w:r>
      <w:r/>
    </w:p>
    <w:p>
      <w:r/>
      <w:r>
        <w:t>Her performance style also made the room feel much larger than it was. Rather than staying behind a microphone, she moved through the crowd, danced beside attendees and climbed towards the balcony with the help of the audience. The venue's layout became part of the show, not a barrier to it.</w:t>
      </w:r>
      <w:r/>
    </w:p>
    <w:p>
      <w:pPr>
        <w:pStyle w:val="Heading2"/>
      </w:pPr>
      <w:r>
        <w:t>Why the crowd felt like part of the performance</w:t>
      </w:r>
      <w:r/>
    </w:p>
    <w:p>
      <w:r/>
      <w:r>
        <w:t>Many artists talk about audience participation, but Peaches makes it physical. She brought the energy right into the room, turning spectators into witnesses, collaborators and occasionally very useful climbing equipment.</w:t>
      </w:r>
      <w:r/>
    </w:p>
    <w:p>
      <w:r/>
      <w:r>
        <w:t>That closeness created an unusual sense of equality. Fans in the balcony weren't left watching a tiny figure onstage, and those near the front weren't treated as a separate inner circle. The performance travelled around Liberty Hall, giving the whole venue a shared pulse.</w:t>
      </w:r>
      <w:r/>
    </w:p>
    <w:p>
      <w:r/>
      <w:r>
        <w:t>According to the published setlist, the concert included familiar Peaches material, including "Fuck the Pain Away" and "No Lube So Rude". Those songs landed as more than nostalgic crowd-pleasers. In this setting, they became communal release valves, with people shouting, laughing and dancing together.</w:t>
      </w:r>
      <w:r/>
    </w:p>
    <w:p>
      <w:pPr>
        <w:pStyle w:val="Heading2"/>
      </w:pPr>
      <w:r>
        <w:t>Wheelchair Sports Camp sets the tone early</w:t>
      </w:r>
      <w:r/>
    </w:p>
    <w:p>
      <w:r/>
      <w:r>
        <w:t>Wheelchair Sports Camp opened the night with a performance that was as pointed as it was entertaining. Led by Kalyn Rose Heffernan, the experimental hip-hop and punk project mixed a laptop, live drums, dark humour and rapid-fire commentary into a compact but powerful set.</w:t>
      </w:r>
      <w:r/>
    </w:p>
    <w:p>
      <w:r/>
      <w:r>
        <w:t>Heffernan's presence also challenged the usual assumptions about who gets to command a stage. Performing from a wheelchair while wearing a wedding dress, she made the visual statement part of the music without allowing it to overshadow the wit and skill of the set.</w:t>
      </w:r>
      <w:r/>
    </w:p>
    <w:p>
      <w:r/>
      <w:r>
        <w:t>The pairing made sense. Both acts use humour, confrontation and theatricality to make room for people who are often pushed towards the margins. Wheelchair Sports Camp didn't merely warm up the crowd; it helped establish the evening's sense of defiance.</w:t>
      </w:r>
      <w:r/>
    </w:p>
    <w:p>
      <w:pPr>
        <w:pStyle w:val="Heading2"/>
      </w:pPr>
      <w:r>
        <w:t>The finale turned a gig into a gathering</w:t>
      </w:r>
      <w:r/>
    </w:p>
    <w:p>
      <w:r/>
      <w:r>
        <w:t>Near the end, Heffernan returned to join Peaches for "Fuck the Pain Away", giving the show a neat musical circle. Local drag performers then appeared for "No Lube So Rude", bringing the surrounding queer scene directly into the spotlight.</w:t>
      </w:r>
      <w:r/>
    </w:p>
    <w:p>
      <w:r/>
      <w:r>
        <w:t>That closing stretch gave the concert a distinctly local heartbeat. Peaches may have been the headline act, but the night didn't feel imported or sealed off from Lawrence. It felt connected to the people who filled the room and the performers who help shape its culture.</w:t>
      </w:r>
      <w:r/>
    </w:p>
    <w:p>
      <w:r/>
      <w:r>
        <w:t>Peaches' touring choices have also carried her into places that don't always receive this kind of production or queer-focused celebration. That makes the stop feel especially timely. A show can be loud, filthy and hilarious, yet still offer something quietly important: a reminder that joy is not frivolous when people are under pressure.</w:t>
      </w:r>
      <w:r/>
    </w:p>
    <w:p>
      <w:pPr>
        <w:pStyle w:val="Heading2"/>
      </w:pPr>
      <w:r>
        <w:t>A little outrageousness, a lot of heart</w:t>
      </w:r>
      <w:r/>
    </w:p>
    <w:p>
      <w:r/>
      <w:r>
        <w:t>There were plenty of deliberate shocks, from the costumes to the phallic imagery, but reducing the night to provocation would miss its real achievement. The spectacle created an atmosphere where affection could be expressed without embarrassment and strangers could share a sense of belonging.</w:t>
      </w:r>
      <w:r/>
    </w:p>
    <w:p>
      <w:r/>
      <w:r>
        <w:t>For many attendees, that may have been the most memorable part. Not the most extravagant costume or the biggest laugh, but the feeling of being briefly unguarded in a room full of people who understood the assignment.</w:t>
      </w:r>
      <w:r/>
    </w:p>
    <w:p>
      <w:r/>
      <w:r>
        <w:t>The wider lesson is simple. When communities are being asked to endure yet another round of hostility, gathering together still matters. Peaches offered Lawrence a noisy, sweaty and gloriously strange reminder that love can be an act of resistance, too.</w:t>
      </w:r>
      <w:r/>
    </w:p>
    <w:p>
      <w:r/>
      <w:r>
        <w:t>A daring night of music became a much-needed lesson in queer joy.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[6]</w:t>
        </w:r>
      </w:hyperlink>
      <w:r>
        <w:t xml:space="preserve">, </w:t>
      </w:r>
      <w:hyperlink r:id="rId13">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[7]</w:t>
        </w:r>
      </w:hyperlink>
      <w:r>
        <w:t xml:space="preserve">- Paragraph 6: </w:t>
      </w:r>
      <w:hyperlink r:id="rId15">
        <w:r>
          <w:rPr>
            <w:color w:val="0000EE"/>
            <w:u w:val="single"/>
          </w:rPr>
          <w:t>[5]</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5">
        <w:r>
          <w:rPr>
            <w:color w:val="0000EE"/>
            <w:u w:val="single"/>
          </w:rPr>
          <w:t>[5]</w:t>
        </w:r>
      </w:hyperlink>
      <w:r>
        <w:t xml:space="preserve">- Paragraph 9: </w:t>
      </w:r>
      <w:hyperlink r:id="rId15">
        <w:r>
          <w:rPr>
            <w:color w:val="0000EE"/>
            <w:u w:val="single"/>
          </w:rPr>
          <w:t>[5]</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4">
        <w:r>
          <w:rPr>
            <w:color w:val="0000EE"/>
            <w:u w:val="single"/>
          </w:rPr>
          <w:t>[6]</w:t>
        </w:r>
      </w:hyperlink>
      <w:r>
        <w:t xml:space="preserve">- Paragraph 12: </w:t>
      </w:r>
      <w:hyperlink r:id="rId15">
        <w:r>
          <w:rPr>
            <w:color w:val="0000EE"/>
            <w:u w:val="single"/>
          </w:rPr>
          <w:t>[5]</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4">
        <w:r>
          <w:rPr>
            <w:color w:val="0000EE"/>
            <w:u w:val="single"/>
          </w:rPr>
          <w:t>[6]</w:t>
        </w:r>
      </w:hyperlink>
      <w:r>
        <w:t xml:space="preserve">- Paragraph 15: </w:t>
      </w:r>
      <w:hyperlink r:id="rId15">
        <w:r>
          <w:rPr>
            <w:color w:val="0000EE"/>
            <w:u w:val="single"/>
          </w:rPr>
          <w:t>[5]</w:t>
        </w:r>
      </w:hyperlink>
      <w:r>
        <w:t xml:space="preserve">, </w:t>
      </w:r>
      <w:hyperlink r:id="rId13">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https://iheartlocalmusic.com/2026/09/14/peaches-brought-unapologetic-and-uncensored-joy-to-the-queer-community-at-liberty-hall/</w:t>
        </w:r>
      </w:hyperlink>
      <w:r>
        <w:t xml:space="preserve"> - Please view link - unable to able to access data</w:t>
      </w:r>
      <w:r/>
    </w:p>
    <w:p>
      <w:pPr>
        <w:pStyle w:val="ListNumber"/>
        <w:spacing w:line="240" w:lineRule="auto"/>
        <w:ind w:left="720"/>
      </w:pPr>
      <w:r/>
      <w:hyperlink r:id="rId10">
        <w:r>
          <w:rPr>
            <w:color w:val="0000EE"/>
            <w:u w:val="single"/>
          </w:rPr>
          <w:t>https://www.concertowl.com/concert/peaches-wheelchair-sports-camp-liberty-hall-10-september</w:t>
        </w:r>
      </w:hyperlink>
      <w:r>
        <w:t xml:space="preserve"> - Peaches and Wheelchair Sports Camp performed at Liberty Hall in Lawrence, Kansas, on September 10, 2026. The event was part of Peaches' 'No Lube So Rude Tour' and featured Wheelchair Sports Camp as the opening act. The concert was promoted by the venue, Liberty Hall, and included general admission and reserved seating options. The show aimed to support grassroots organisations working to protect reproductive rights, with a portion of ticket sales going to Noise for Now.</w:t>
      </w:r>
      <w:r/>
    </w:p>
    <w:p>
      <w:pPr>
        <w:pStyle w:val="ListNumber"/>
        <w:spacing w:line="240" w:lineRule="auto"/>
        <w:ind w:left="720"/>
      </w:pPr>
      <w:r/>
      <w:hyperlink r:id="rId11">
        <w:r>
          <w:rPr>
            <w:color w:val="0000EE"/>
            <w:u w:val="single"/>
          </w:rPr>
          <w:t>https://www.keentogo.com/shows/peaches-liberty-hall-2026-09-10</w:t>
        </w:r>
      </w:hyperlink>
      <w:r>
        <w:t xml:space="preserve"> - Peaches performed at Liberty Hall in Lawrence, Kansas, on September 10, 2026, with Wheelchair Sports Camp as the supporting act. The concert was scheduled to start at 8:00 PM. Liberty Hall is a historic theatre located at 644 Massachusetts Street in downtown Lawrence, known for hosting touring bands, films, and community events. Peaches, born Merrill Nisker, is a Canadian electroclash musician and producer, active since 1990.</w:t>
      </w:r>
      <w:r/>
    </w:p>
    <w:p>
      <w:pPr>
        <w:pStyle w:val="ListNumber"/>
        <w:spacing w:line="240" w:lineRule="auto"/>
        <w:ind w:left="720"/>
      </w:pPr>
      <w:r/>
      <w:hyperlink r:id="rId12">
        <w:r>
          <w:rPr>
            <w:color w:val="0000EE"/>
            <w:u w:val="single"/>
          </w:rPr>
          <w:t>https://wheelchairsportscamp.co/press</w:t>
        </w:r>
      </w:hyperlink>
      <w:r>
        <w:t xml:space="preserve"> - Wheelchair Sports Camp is an experimental hip-hop and punk act led by Kalyn Rose Heffernan, an activist who raps from her wheelchair while donning a wedding dress. The band combines beats with live instrumentation, delivering performances full of dark humor. Heffernan, born with osteogenesis imperfecta, has been recognised for her activism and musical contributions, including being named Best Activist Musician by Westword in 2018.</w:t>
      </w:r>
      <w:r/>
    </w:p>
    <w:p>
      <w:pPr>
        <w:pStyle w:val="ListNumber"/>
        <w:spacing w:line="240" w:lineRule="auto"/>
        <w:ind w:left="720"/>
      </w:pPr>
      <w:r/>
      <w:hyperlink r:id="rId15">
        <w:r>
          <w:rPr>
            <w:color w:val="0000EE"/>
            <w:u w:val="single"/>
          </w:rPr>
          <w:t>https://www.setlist.fm/setlist/peaches/2026/liberty-hall-lawrence-ks-637e3ea7.html</w:t>
        </w:r>
      </w:hyperlink>
      <w:r>
        <w:t xml:space="preserve"> - The setlist for Peaches' concert at Liberty Hall in Lawrence, Kansas, on September 10, 2026, included a mix of her popular tracks. The performance featured songs such as '9 to 5' (Dolly Parton cover), 'Hanging Titties', 'Whatcha Gonna Do About It', 'Rub', 'I U She', 'Fuck Your Face', 'Vaginoplasty', 'Slippery Dick', 'Panna Cotta Delight', 'Flip This', 'Light in Places', 'AA XXX', 'Operate', 'I Mean Something', 'Fuck How You Wanna Fuck', 'Not in Your Mouth None of Your Business', 'Grip', 'You’re Alright', 'Boys Wanna Be Her', 'Take It', 'Be Love', and encores including 'Gloria' (Laura Branigan cover), 'Dick in the Air', 'Fuck the Pain Away' (with Wheelchair Sports Camp), 'No Lube So Rude', and 'People' (Jule Styne cover).</w:t>
      </w:r>
      <w:r/>
    </w:p>
    <w:p>
      <w:pPr>
        <w:pStyle w:val="ListNumber"/>
        <w:spacing w:line="240" w:lineRule="auto"/>
        <w:ind w:left="720"/>
      </w:pPr>
      <w:r/>
      <w:hyperlink r:id="rId14">
        <w:r>
          <w:rPr>
            <w:color w:val="0000EE"/>
            <w:u w:val="single"/>
          </w:rPr>
          <w:t>https://lawrencekstimes.com/2026/01/16/girl-bar-liberty-hall/</w:t>
        </w:r>
      </w:hyperlink>
      <w:r>
        <w:t xml:space="preserve"> - Liberty Hall in Lawrence, Kansas, hosts a monthly sapphic night called Girl Bar, aiming to create a community haven for queer women and nonbinary individuals. The event features screenings of films that inspired the name, such as the 1994 lesbian romcom. The initiative reflects Liberty Hall's commitment to providing spaces for underrepresented queer communities, with the cinema manager noting that women are the biggest demographic attending the venue's events.</w:t>
      </w:r>
      <w:r/>
    </w:p>
    <w:p>
      <w:pPr>
        <w:pStyle w:val="ListNumber"/>
        <w:spacing w:line="240" w:lineRule="auto"/>
        <w:ind w:left="720"/>
      </w:pPr>
      <w:r/>
      <w:hyperlink r:id="rId13">
        <w:r>
          <w:rPr>
            <w:color w:val="0000EE"/>
            <w:u w:val="single"/>
          </w:rPr>
          <w:t>https://en.wikipedia.org/wiki/Peaches_(musician)</w:t>
        </w:r>
      </w:hyperlink>
      <w:r>
        <w:t xml:space="preserve"> - Peaches, born Merrill Nisker on November 11, 1966, is a Canadian electroclash musician and producer. She has been described as a 'feminist and queer icon' by Variety. Peaches is known for her provocative and boundary-pushing music, blending elements of electroclash, electropunk, dance-punk, punk rock, alternative hip hop, synth-pop, and alternative dance. She has been active in the music industry since 1990 and has released several influential albums.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heartlocalmusic.com/2026/09/14/peaches-brought-unapologetic-and-uncensored-joy-to-the-queer-community-at-liberty-hall/" TargetMode="External"/><Relationship Id="rId10" Type="http://schemas.openxmlformats.org/officeDocument/2006/relationships/hyperlink" Target="https://www.concertowl.com/concert/peaches-wheelchair-sports-camp-liberty-hall-10-september" TargetMode="External"/><Relationship Id="rId11" Type="http://schemas.openxmlformats.org/officeDocument/2006/relationships/hyperlink" Target="https://www.keentogo.com/shows/peaches-liberty-hall-2026-09-10" TargetMode="External"/><Relationship Id="rId12" Type="http://schemas.openxmlformats.org/officeDocument/2006/relationships/hyperlink" Target="https://wheelchairsportscamp.co/press" TargetMode="External"/><Relationship Id="rId13" Type="http://schemas.openxmlformats.org/officeDocument/2006/relationships/hyperlink" Target="https://en.wikipedia.org/wiki/Peaches_(musician)" TargetMode="External"/><Relationship Id="rId14" Type="http://schemas.openxmlformats.org/officeDocument/2006/relationships/hyperlink" Target="https://lawrencekstimes.com/2026/01/16/girl-bar-liberty-hall/" TargetMode="External"/><Relationship Id="rId15" Type="http://schemas.openxmlformats.org/officeDocument/2006/relationships/hyperlink" Target="https://www.setlist.fm/setlist/peaches/2026/liberty-hall-lawrence-ks-637e3ea7.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