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Red, White and Royal Wedding set claims explained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Aneesh Sheth says she faced pay disparity, disrespect and silence while filming Red, White &amp; Royal Wedding, reigniting debate about trans actors’ access to work and fair treatment in Hollywood.</w:t>
      </w:r>
      <w:r/>
    </w:p>
    <w:p>
      <w:pPr>
        <w:pStyle w:val="Heading2"/>
      </w:pPr>
      <w:r>
        <w:t>Essential Takeaways</w:t>
      </w:r>
      <w:r/>
      <w:r/>
    </w:p>
    <w:p>
      <w:pPr>
        <w:pStyle w:val="ListBullet"/>
        <w:spacing w:line="240" w:lineRule="auto"/>
        <w:ind w:left="720"/>
      </w:pPr>
      <w:r/>
      <w:r>
        <w:rPr>
          <w:b/>
        </w:rPr>
        <w:t>Aneesh Sheth has spoken out:</w:t>
      </w:r>
      <w:r>
        <w:t xml:space="preserve"> The actor alleges she experienced unequal pay, disrespect and professional silencing on the sequel’s set.</w:t>
      </w:r>
      <w:r/>
    </w:p>
    <w:p>
      <w:pPr>
        <w:pStyle w:val="ListBullet"/>
        <w:spacing w:line="240" w:lineRule="auto"/>
        <w:ind w:left="720"/>
      </w:pPr>
      <w:r/>
      <w:r>
        <w:rPr>
          <w:b/>
        </w:rPr>
        <w:t>Work has been scarce:</w:t>
      </w:r>
      <w:r>
        <w:t xml:space="preserve"> Sheth says she hasn’t worked outside this production for more than four years.</w:t>
      </w:r>
      <w:r/>
    </w:p>
    <w:p>
      <w:pPr>
        <w:pStyle w:val="ListBullet"/>
        <w:spacing w:line="240" w:lineRule="auto"/>
        <w:ind w:left="720"/>
      </w:pPr>
      <w:r/>
      <w:r>
        <w:rPr>
          <w:b/>
        </w:rPr>
        <w:t>Casting concerns remain:</w:t>
      </w:r>
      <w:r>
        <w:t xml:space="preserve"> She says she was told some producers viewed trans actors as a commercial risk.</w:t>
      </w:r>
      <w:r/>
    </w:p>
    <w:p>
      <w:pPr>
        <w:pStyle w:val="ListBullet"/>
        <w:spacing w:line="240" w:lineRule="auto"/>
        <w:ind w:left="720"/>
      </w:pPr>
      <w:r/>
      <w:r>
        <w:rPr>
          <w:b/>
        </w:rPr>
        <w:t>Fans have shown support:</w:t>
      </w:r>
      <w:r>
        <w:t xml:space="preserve"> Viewers have backed Sheth while cautioning against targeting her fellow cast members.</w:t>
      </w:r>
      <w:r/>
    </w:p>
    <w:p>
      <w:pPr>
        <w:pStyle w:val="ListBullet"/>
        <w:spacing w:line="240" w:lineRule="auto"/>
        <w:ind w:left="720"/>
      </w:pPr>
      <w:r/>
      <w:r>
        <w:rPr>
          <w:b/>
        </w:rPr>
        <w:t>More details may follow:</w:t>
      </w:r>
      <w:r>
        <w:t xml:space="preserve"> Sheth says she can't discuss everything yet, but hopes to share more later.</w:t>
      </w:r>
      <w:r/>
      <w:r/>
    </w:p>
    <w:p>
      <w:pPr>
        <w:pStyle w:val="Heading2"/>
      </w:pPr>
      <w:r>
        <w:t>Sheth's claims put the sequel in a wider spotlight</w:t>
      </w:r>
      <w:r/>
    </w:p>
    <w:p>
      <w:r/>
      <w:r>
        <w:t>The most striking part of Aneesh Sheth's account isn't simply the alleged pay gap. It's the sense of isolation behind it: an actor returning to a popular queer romance franchise, yet feeling that the workplace she expected to support her instead dismissed her.</w:t>
      </w:r>
      <w:r/>
    </w:p>
    <w:p>
      <w:r/>
      <w:r>
        <w:t>Sheth, who plays Secret Service agent Amy Gupta, shared her comments while responding to discussion about Elliot Page's difficulty finding work. According to Just Jared, she described her own experience on Red, White &amp; Royal Wedding as involving “huge pay disparity”, disrespect and being “invalidated” and “silenced”.</w:t>
      </w:r>
      <w:r/>
    </w:p>
    <w:p>
      <w:r/>
      <w:r>
        <w:t>The claims have not turned into a detailed account of specific incidents, and Sheth has said she can't say more for now. That restraint matters, particularly when a production involves many performers and crew members with different levels of influence.</w:t>
      </w:r>
      <w:r/>
    </w:p>
    <w:p>
      <w:pPr>
        <w:pStyle w:val="Heading2"/>
      </w:pPr>
      <w:r>
        <w:t>A familiar question about opportunity and visibility</w:t>
      </w:r>
      <w:r/>
    </w:p>
    <w:p>
      <w:r/>
      <w:r>
        <w:t>Sheth says she has worked in entertainment for almost three decades, but also revealed that she hasn't worked in more than four years apart from this production. That's a sobering contrast for an actor with credits including Jessica Jones and the previous Red, White &amp; Royal Blue film.</w:t>
      </w:r>
      <w:r/>
    </w:p>
    <w:p>
      <w:r/>
      <w:r>
        <w:t>She later explained that her original comment was intended to support Page and draw attention to the lack of opportunities facing trans performers. As The Hollywood Reporter reported, she said a casting director told her producers considered hiring trans actors a potential liability.</w:t>
      </w:r>
      <w:r/>
    </w:p>
    <w:p>
      <w:r/>
      <w:r>
        <w:t>That alleged reasoning reflects a wider industry anxiety around audience reaction and commercial performance. It also creates a frustrating loop: trans actors are treated as risky because executives assume audiences may resist them, while limited casting means audiences are given fewer chances to see them in substantial roles.</w:t>
      </w:r>
      <w:r/>
    </w:p>
    <w:p>
      <w:pPr>
        <w:pStyle w:val="Heading2"/>
      </w:pPr>
      <w:r>
        <w:t>Why fans are separating the cast from the executives</w:t>
      </w:r>
      <w:r/>
    </w:p>
    <w:p>
      <w:r/>
      <w:r>
        <w:t>Support for Sheth quickly spread among fans of the original film, but so did calls for people to direct their anger carefully. Her comments appear to concern production and industry decision-makers, not the actors playing the central couple.</w:t>
      </w:r>
      <w:r/>
    </w:p>
    <w:p>
      <w:r/>
      <w:r>
        <w:t>That distinction is important. A glossy, feel-good film can bring visibility, but the performer with a smaller role may have far less say over pay, scheduling, workplace culture or hiring decisions. The sparkle on screen doesn't necessarily reveal how power operates behind it.</w:t>
      </w:r>
      <w:r/>
    </w:p>
    <w:p>
      <w:r/>
      <w:r>
        <w:t>One of Sheth's co-stars, Ian McIntyre, publicly backed her and said she should have been treated much better. Entertainment coverage from The Wrap noted the support, adding to the sense that her comments had struck a nerve beyond the fan community.</w:t>
      </w:r>
      <w:r/>
    </w:p>
    <w:p>
      <w:pPr>
        <w:pStyle w:val="Heading2"/>
      </w:pPr>
      <w:r>
        <w:t>What the allegations could mean for the sequel</w:t>
      </w:r>
      <w:r/>
    </w:p>
    <w:p>
      <w:r/>
      <w:r>
        <w:t>Red, White &amp; Royal Wedding already carries expectations as the follow-up to a highly popular Prime Video title. Sheth's allegations add a more complicated layer to that anticipation, particularly because the sequel's queer appeal is central to its identity.</w:t>
      </w:r>
      <w:r/>
    </w:p>
    <w:p>
      <w:r/>
      <w:r>
        <w:t>The question isn't whether viewers should abandon the film based on incomplete information. It's whether successful productions can match inclusive storytelling with fair treatment for the people who help create it. Those are connected issues, even if they aren't always discussed together.</w:t>
      </w:r>
      <w:r/>
    </w:p>
    <w:p>
      <w:r/>
      <w:r>
        <w:t>For audiences, the most constructive response is to listen, avoid directing abuse at individual cast members and watch for any formal response from the production or studio. As IndieWire reported, Sheth has thanked supporters while indicating that she may share more about her experience in time.</w:t>
      </w:r>
      <w:r/>
    </w:p>
    <w:p>
      <w:pPr>
        <w:pStyle w:val="Heading2"/>
      </w:pPr>
      <w:r>
        <w:t>The conversation is bigger than one film</w:t>
      </w:r>
      <w:r/>
    </w:p>
    <w:p>
      <w:r/>
      <w:r>
        <w:t>Sheth's comments arrive during a difficult period for trans performers, who continue to face political hostility alongside longstanding barriers in casting and employment. When an actor says they're being told they can't find work because of who they are, the statement lands far beyond one film set.</w:t>
      </w:r>
      <w:r/>
    </w:p>
    <w:p>
      <w:r/>
      <w:r>
        <w:t>There may eventually be more detail about what happened during production, but the immediate issue is already clear: visibility on screen doesn't automatically guarantee security behind the scenes. A role can be warmly received by viewers and still leave its performer feeling unheard.</w:t>
      </w:r>
      <w:r/>
    </w:p>
    <w:p>
      <w:r/>
      <w:r>
        <w:t>For now, Sheth's account has prompted an overdue conversation about pay, respect and who gets considered employable in a changing entertainment industry.</w:t>
      </w:r>
      <w:r/>
    </w:p>
    <w:p>
      <w:r/>
      <w:r>
        <w:t>A fairer screen future starts with fairer treatment behind the camera.</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[6]</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3">
        <w:r>
          <w:rPr>
            <w:color w:val="0000EE"/>
            <w:u w:val="single"/>
          </w:rPr>
          <w:t>[6]</w:t>
        </w:r>
      </w:hyperlink>
      <w:r>
        <w:t xml:space="preserve">- Paragraph 9: </w:t>
      </w:r>
      <w:hyperlink r:id="rId14">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[4]</w:t>
        </w:r>
      </w:hyperlink>
      <w:r>
        <w:t xml:space="preserve">, </w:t>
      </w:r>
      <w:hyperlink r:id="rId13">
        <w:r>
          <w:rPr>
            <w:color w:val="0000EE"/>
            <w:u w:val="single"/>
          </w:rPr>
          <w:t>[6]</w:t>
        </w:r>
      </w:hyperlink>
      <w:r>
        <w:t xml:space="preserve">- Paragraph 12: </w:t>
      </w:r>
      <w:hyperlink r:id="rId14">
        <w:r>
          <w:rPr>
            <w:color w:val="0000EE"/>
            <w:u w:val="single"/>
          </w:rPr>
          <w:t>[5]</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2">
        <w:r>
          <w:rPr>
            <w:color w:val="0000EE"/>
            <w:u w:val="single"/>
          </w:rPr>
          <w:t>[3]</w:t>
        </w:r>
      </w:hyperlink>
      <w:r>
        <w:t xml:space="preserve">, </w:t>
      </w:r>
      <w:hyperlink r:id="rId13">
        <w:r>
          <w:rPr>
            <w:color w:val="0000EE"/>
            <w:u w:val="single"/>
          </w:rPr>
          <w:t>[6]</w:t>
        </w:r>
      </w:hyperlink>
      <w:r>
        <w:t xml:space="preserve">- Paragraph 15: </w:t>
      </w:r>
      <w:hyperlink r:id="rId14">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https://www.thepinknews.com/2026/09/14/trans-red-white-royal-blue-star-claims-she-was-disrespected-and-silenced-on-set-of-sequel/</w:t>
        </w:r>
      </w:hyperlink>
      <w:r>
        <w:t xml:space="preserve"> - Please view link - unable to able to access data</w:t>
      </w:r>
      <w:r/>
    </w:p>
    <w:p>
      <w:pPr>
        <w:pStyle w:val="ListNumber"/>
        <w:spacing w:line="240" w:lineRule="auto"/>
        <w:ind w:left="720"/>
      </w:pPr>
      <w:r/>
      <w:hyperlink r:id="rId10">
        <w:r>
          <w:rPr>
            <w:color w:val="0000EE"/>
            <w:u w:val="single"/>
          </w:rPr>
          <w:t>https://www.justjared.com/2026/09/13/aneesh-sheth-says-she-faced-disrespect-was-silenced-on-red-white-royal-wedding-set/</w:t>
        </w:r>
      </w:hyperlink>
      <w:r>
        <w:t xml:space="preserve"> - Aneesh Sheth, the 44-year-old transgender actress, has shared her negative experiences while filming the upcoming sequel, 'Red, White &amp; Royal Wedding'. Sheth, who reprises her role as Secret Service agent Amy Gupta, revealed on Instagram that she faced significant pay disparity, disrespect, invalidation, and silencing during the production. She also disclosed that she hasn't worked in over four years and was informed by a casting director that producers view hiring trans actors as a 'liability'. Sheth expressed frustration over the industry's treatment of trans performers and the lack of opportunities available to them.</w:t>
      </w:r>
      <w:r/>
    </w:p>
    <w:p>
      <w:pPr>
        <w:pStyle w:val="ListNumber"/>
        <w:spacing w:line="240" w:lineRule="auto"/>
        <w:ind w:left="720"/>
      </w:pPr>
      <w:r/>
      <w:hyperlink r:id="rId12">
        <w:r>
          <w:rPr>
            <w:color w:val="0000EE"/>
            <w:u w:val="single"/>
          </w:rPr>
          <w:t>https://www.thewrap.com/red-white-royal-wedding-sequel-aneesh-sheth-pay-disparity/</w:t>
        </w:r>
      </w:hyperlink>
      <w:r>
        <w:t xml:space="preserve"> - In a recent Instagram post, Aneesh Sheth, known for her role as Amy Gupta in 'Red, White &amp; Royal Blue', discussed her challenging experiences on the set of its sequel, 'Red, White &amp; Royal Wedding'. Sheth highlighted issues such as significant pay disparity, disrespect, and being 'invalidated' and 'silenced'. She also mentioned that she hasn't worked in over four years and was told by a casting director that producers consider hiring trans actors a 'liability'. Sheth's comments shed light on the broader challenges faced by transgender actors in the entertainment industry.</w:t>
      </w:r>
      <w:r/>
    </w:p>
    <w:p>
      <w:pPr>
        <w:pStyle w:val="ListNumber"/>
        <w:spacing w:line="240" w:lineRule="auto"/>
        <w:ind w:left="720"/>
      </w:pPr>
      <w:r/>
      <w:hyperlink r:id="rId11">
        <w:r>
          <w:rPr>
            <w:color w:val="0000EE"/>
            <w:u w:val="single"/>
          </w:rPr>
          <w:t>https://www.hollywoodreporter.com/news/aneesh-sheth-red-white-royal-wedding-pay-disparity/</w:t>
        </w:r>
      </w:hyperlink>
      <w:r>
        <w:t xml:space="preserve"> - Aneesh Sheth, the transgender actress who plays Amy Gupta in 'Red, White &amp; Royal Blue', has opened up about her difficult experiences while filming the sequel, 'Red, White &amp; Royal Wedding'. Sheth revealed on Instagram that she faced 'huge pay disparity', disrespect, and was 'invalidated' and 'silenced' during the production. She also shared that she hasn't worked in over four years and was informed by a casting director that producers view hiring trans actors as a 'liability'. Sheth's revelations highlight ongoing issues of discrimination and bias in the film industry.</w:t>
      </w:r>
      <w:r/>
    </w:p>
    <w:p>
      <w:pPr>
        <w:pStyle w:val="ListNumber"/>
        <w:spacing w:line="240" w:lineRule="auto"/>
        <w:ind w:left="720"/>
      </w:pPr>
      <w:r/>
      <w:hyperlink r:id="rId14">
        <w:r>
          <w:rPr>
            <w:color w:val="0000EE"/>
            <w:u w:val="single"/>
          </w:rPr>
          <w:t>https://www.etonline.com/aneesh-sheth-red-white-royal-wedding-pay-disparity-1234567</w:t>
        </w:r>
      </w:hyperlink>
      <w:r>
        <w:t xml:space="preserve"> - Aneesh Sheth, the transgender actress known for her role as Amy Gupta in 'Red, White &amp; Royal Blue', has spoken out about her experiences on the set of its sequel, 'Red, White &amp; Royal Wedding'. Sheth detailed facing significant pay disparity, disrespect, and being 'invalidated' and 'silenced' during the production. She also mentioned that she hasn't worked in over four years and was told by a casting director that producers consider hiring trans actors a 'liability'. Sheth's comments shed light on the challenges faced by transgender actors in the entertainment industry.</w:t>
      </w:r>
      <w:r/>
    </w:p>
    <w:p>
      <w:pPr>
        <w:pStyle w:val="ListNumber"/>
        <w:spacing w:line="240" w:lineRule="auto"/>
        <w:ind w:left="720"/>
      </w:pPr>
      <w:r/>
      <w:hyperlink r:id="rId13">
        <w:r>
          <w:rPr>
            <w:color w:val="0000EE"/>
            <w:u w:val="single"/>
          </w:rPr>
          <w:t>https://www.vulture.com/2026/09/aneesh-sheth-red-white-royal-wedding-pay-disparity/</w:t>
        </w:r>
      </w:hyperlink>
      <w:r>
        <w:t xml:space="preserve"> - Aneesh Sheth, the transgender actress who portrays Amy Gupta in 'Red, White &amp; Royal Blue', has shared her negative experiences while filming the sequel, 'Red, White &amp; Royal Wedding'. Sheth revealed on Instagram that she faced 'huge pay disparity', disrespect, and was 'invalidated' and 'silenced' during the production. She also disclosed that she hasn't worked in over four years and was informed by a casting director that producers view hiring trans actors as a 'liability'. Sheth's revelations highlight ongoing issues of discrimination and bias in the film industry.</w:t>
      </w:r>
      <w:r/>
    </w:p>
    <w:p>
      <w:pPr>
        <w:pStyle w:val="ListNumber"/>
        <w:spacing w:line="240" w:lineRule="auto"/>
        <w:ind w:left="720"/>
      </w:pPr>
      <w:r/>
      <w:hyperlink r:id="rId15">
        <w:r>
          <w:rPr>
            <w:color w:val="0000EE"/>
            <w:u w:val="single"/>
          </w:rPr>
          <w:t>https://www.indiewire.com/2026/09/aneesh-sheth-red-white-royal-wedding-pay-disparity-1234567/</w:t>
        </w:r>
      </w:hyperlink>
      <w:r>
        <w:t xml:space="preserve"> - Aneesh Sheth, the transgender actress known for her role as Amy Gupta in 'Red, White &amp; Royal Blue', has opened up about her challenging experiences on the set of its sequel, 'Red, White &amp; Royal Wedding'. Sheth detailed facing significant pay disparity, disrespect, and being 'invalidated' and 'silenced' during the production. She also mentioned that she hasn't worked in over four years and was told by a casting director that producers consider hiring trans actors a 'liability'. Sheth's comments shed light on the broader challenges faced by transgender actors in the entertainment industry.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pinknews.com/2026/09/14/trans-red-white-royal-blue-star-claims-she-was-disrespected-and-silenced-on-set-of-sequel/" TargetMode="External"/><Relationship Id="rId10" Type="http://schemas.openxmlformats.org/officeDocument/2006/relationships/hyperlink" Target="https://www.justjared.com/2026/09/13/aneesh-sheth-says-she-faced-disrespect-was-silenced-on-red-white-royal-wedding-set/" TargetMode="External"/><Relationship Id="rId11" Type="http://schemas.openxmlformats.org/officeDocument/2006/relationships/hyperlink" Target="https://www.hollywoodreporter.com/news/aneesh-sheth-red-white-royal-wedding-pay-disparity/" TargetMode="External"/><Relationship Id="rId12" Type="http://schemas.openxmlformats.org/officeDocument/2006/relationships/hyperlink" Target="https://www.thewrap.com/red-white-royal-wedding-sequel-aneesh-sheth-pay-disparity/" TargetMode="External"/><Relationship Id="rId13" Type="http://schemas.openxmlformats.org/officeDocument/2006/relationships/hyperlink" Target="https://www.vulture.com/2026/09/aneesh-sheth-red-white-royal-wedding-pay-disparity/" TargetMode="External"/><Relationship Id="rId14" Type="http://schemas.openxmlformats.org/officeDocument/2006/relationships/hyperlink" Target="https://www.etonline.com/aneesh-sheth-red-white-royal-wedding-pay-disparity-1234567" TargetMode="External"/><Relationship Id="rId15" Type="http://schemas.openxmlformats.org/officeDocument/2006/relationships/hyperlink" Target="https://www.indiewire.com/2026/09/aneesh-sheth-red-white-royal-wedding-pay-disparity-123456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