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Jinkx Monsoon shares funny story about college lesbian romance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Jinkx Monsoon has offered a wonderfully candid glimpse into her college years, recalling how making out with a lesbian friend became emotionally complicated. The two-time RuPaul's Drag Race winner also discussed dating, trans visibility, family, witchcraft and the gloriously chaotic stories that have made her such a magnetic queer icon.</w:t>
      </w:r>
      <w:r/>
    </w:p>
    <w:p>
      <w:pPr>
        <w:pStyle w:val="Heading2"/>
      </w:pPr>
      <w:r>
        <w:t>Essential Takeaways</w:t>
      </w:r>
      <w:r/>
      <w:r/>
    </w:p>
    <w:p>
      <w:pPr>
        <w:pStyle w:val="ListBullet"/>
        <w:spacing w:line="240" w:lineRule="auto"/>
        <w:ind w:left="720"/>
      </w:pPr>
      <w:r/>
      <w:r>
        <w:rPr>
          <w:b/>
        </w:rPr>
        <w:t>A college connection:</w:t>
      </w:r>
      <w:r>
        <w:t xml:space="preserve"> Jinkx Monsoon said she and a lesbian friend used to make out before feelings made the situation more complicated.</w:t>
      </w:r>
      <w:r/>
    </w:p>
    <w:p>
      <w:pPr>
        <w:pStyle w:val="ListBullet"/>
        <w:spacing w:line="240" w:lineRule="auto"/>
        <w:ind w:left="720"/>
      </w:pPr>
      <w:r/>
      <w:r>
        <w:rPr>
          <w:b/>
        </w:rPr>
        <w:t>A playful dating rule:</w:t>
      </w:r>
      <w:r>
        <w:t xml:space="preserve"> She joked that any lesbian dating her would need to be comfortable taking the lead.</w:t>
      </w:r>
      <w:r/>
    </w:p>
    <w:p>
      <w:pPr>
        <w:pStyle w:val="ListBullet"/>
        <w:spacing w:line="240" w:lineRule="auto"/>
        <w:ind w:left="720"/>
      </w:pPr>
      <w:r/>
      <w:r>
        <w:rPr>
          <w:b/>
        </w:rPr>
        <w:t>A wide-ranging interview:</w:t>
      </w:r>
      <w:r>
        <w:t xml:space="preserve"> The conversation also covered religion, witchcraft, family history and Jinkx's trans identity.</w:t>
      </w:r>
      <w:r/>
    </w:p>
    <w:p>
      <w:pPr>
        <w:pStyle w:val="ListBullet"/>
        <w:spacing w:line="240" w:lineRule="auto"/>
        <w:ind w:left="720"/>
      </w:pPr>
      <w:r/>
      <w:r>
        <w:rPr>
          <w:b/>
        </w:rPr>
        <w:t>A familiar brand of chaos:</w:t>
      </w:r>
      <w:r>
        <w:t xml:space="preserve"> Stories about drag, psychic relatives and a singed carpet added plenty of comic colour.</w:t>
      </w:r>
      <w:r/>
    </w:p>
    <w:p>
      <w:pPr>
        <w:pStyle w:val="ListBullet"/>
        <w:spacing w:line="240" w:lineRule="auto"/>
        <w:ind w:left="720"/>
      </w:pPr>
      <w:r/>
      <w:r>
        <w:rPr>
          <w:b/>
        </w:rPr>
        <w:t>Visibility still matters:</w:t>
      </w:r>
      <w:r>
        <w:t xml:space="preserve"> Jinkx has repeatedly spoken about the importance of being visible for young trans people.</w:t>
      </w:r>
      <w:r/>
      <w:r/>
    </w:p>
    <w:p>
      <w:pPr>
        <w:pStyle w:val="Heading2"/>
      </w:pPr>
      <w:r>
        <w:t>Jinkx Monsoon recalls when casual kissing got complicated</w:t>
      </w:r>
      <w:r/>
    </w:p>
    <w:p>
      <w:r/>
      <w:r>
        <w:t>Jinkx Monsoon's latest story begins with a familiar campus scenario: two friends, some kissing and the assumption that nobody's feelings will get involved. According to The PinkNews, that arrangement eventually became rather less straightforward when the pair started developing feelings for one another.</w:t>
      </w:r>
      <w:r/>
    </w:p>
    <w:p>
      <w:r/>
      <w:r>
        <w:t xml:space="preserve">The detail arrived during an appearance on </w:t>
      </w:r>
      <w:r>
        <w:rPr>
          <w:i/>
        </w:rPr>
        <w:t>By The Way By Harriet Rose</w:t>
      </w:r>
      <w:r>
        <w:t>, where Jinkx spoke openly about her experiences with women. It has the unmistakable shape of a story that starts as gossip and ends with everyone quietly realising the emotional stakes are much higher than expected.</w:t>
      </w:r>
      <w:r/>
    </w:p>
    <w:p>
      <w:r/>
      <w:r>
        <w:t>There was no grand romantic conclusion, but that may be what makes the anecdote so relatable. Sometimes the most memorable college relationships are the ones that never fit neatly into a label.</w:t>
      </w:r>
      <w:r/>
    </w:p>
    <w:p>
      <w:pPr>
        <w:pStyle w:val="Heading2"/>
      </w:pPr>
      <w:r>
        <w:t>"I've dabbled": Jinkx keeps the conversation playful</w:t>
      </w:r>
      <w:r/>
    </w:p>
    <w:p>
      <w:r/>
      <w:r>
        <w:t>When host Harriet Rose suggested that the experience might lead to Jinkx becoming a lesbian by the end of the year, the performer responded with her trademark mischief. She said she had "dabbled", before adding a cheeky condition for any woman interested in dating her.</w:t>
      </w:r>
      <w:r/>
    </w:p>
    <w:p>
      <w:r/>
      <w:r>
        <w:t>Jinkx joked that a lesbian dating her would need to be ready to take the top role. The line landed as flirtation rather than a serious dating manifesto, but it also captured the relaxed, teasing tone of the interview.</w:t>
      </w:r>
      <w:r/>
    </w:p>
    <w:p>
      <w:r/>
      <w:r>
        <w:t>That openness is part of Jinkx's appeal. Whether she's discussing romance, gender or a spectacularly questionable household ritual, she tends to make personal subjects feel conversational rather than heavily packaged.</w:t>
      </w:r>
      <w:r/>
    </w:p>
    <w:p>
      <w:pPr>
        <w:pStyle w:val="Heading2"/>
      </w:pPr>
      <w:r>
        <w:t>From drag family to trans visibility</w:t>
      </w:r>
      <w:r/>
    </w:p>
    <w:p>
      <w:r/>
      <w:r>
        <w:t>The interview went well beyond dating. The PinkNews reported that Jinkx discussed her trans identity, intersexuality in her family and the value of public visibility for young trans people.</w:t>
      </w:r>
      <w:r/>
    </w:p>
    <w:p>
      <w:r/>
      <w:r>
        <w:t>Those comments sit within a wider history of Jinkx speaking about identity in ways that are both personal and accessible. Earlier interviews with Teen Vogue and Autostraddle have explored her experiences in queer performance spaces, while her Drag Race success helped bring her distinctive style of comedy and theatricality to a much larger audience.</w:t>
      </w:r>
      <w:r/>
    </w:p>
    <w:p>
      <w:r/>
      <w:r>
        <w:t>For younger viewers, that visibility can carry real weight. A performer who is funny, complicated and openly themselves offers something more useful than a polished slogan: proof that identity can be lived with warmth, strangeness and plenty of room to grow.</w:t>
      </w:r>
      <w:r/>
    </w:p>
    <w:p>
      <w:pPr>
        <w:pStyle w:val="Heading2"/>
      </w:pPr>
      <w:r>
        <w:t>Witchcraft, Judy Garland and one very unlucky carpet</w:t>
      </w:r>
      <w:r/>
    </w:p>
    <w:p>
      <w:r/>
      <w:r>
        <w:t>Naturally, the conversation also veered into more flamboyant territory. Jinkx spoke about being raised around a formidable group of women, religious trauma, witchcraft and relatives who apparently had strong opinions about her drag long before she appeared on television.</w:t>
      </w:r>
      <w:r/>
    </w:p>
    <w:p>
      <w:r/>
      <w:r>
        <w:t>One story involved accidentally setting a carpet on fire during a Judy Garland ritual. It's the kind of detail that sounds too theatrical to be true, yet feels entirely consistent with Jinkx's storytelling universe.</w:t>
      </w:r>
      <w:r/>
    </w:p>
    <w:p>
      <w:r/>
      <w:r>
        <w:t>The anecdotes also help explain why audiences respond to her beyond the competition format. Her public persona combines old-school showbusiness, camp, family mythology and a little danger to the furnishings.</w:t>
      </w:r>
      <w:r/>
    </w:p>
    <w:p>
      <w:pPr>
        <w:pStyle w:val="Heading2"/>
      </w:pPr>
      <w:r>
        <w:t>Why Jinkx's candid interviews keep resonating</w:t>
      </w:r>
      <w:r/>
    </w:p>
    <w:p>
      <w:r/>
      <w:r>
        <w:t>Jinkx's appeal isn't only about punchlines or memorable characters. Her interviews often move quickly between the ridiculous and the vulnerable, allowing a story about college make-outs to sit alongside serious reflections on gender, family and belonging.</w:t>
      </w:r>
      <w:r/>
    </w:p>
    <w:p>
      <w:r/>
      <w:r>
        <w:t xml:space="preserve">Her career has also continued to stretch across stage and screen. The PinkNews has previously covered her work in </w:t>
      </w:r>
      <w:r>
        <w:rPr>
          <w:i/>
        </w:rPr>
        <w:t>Little Shop of Horrors</w:t>
      </w:r>
      <w:r>
        <w:t>, while entertainment coverage has linked her name with major genre projects and an expanding fan base beyond drag.</w:t>
      </w:r>
      <w:r/>
    </w:p>
    <w:p>
      <w:r/>
      <w:r>
        <w:t>That combination makes her stories especially enjoyable: there's a joke around the corner, but there's usually something sincere underneath it too. For fans, the real pleasure is never knowing whether the next revelation will involve romance, a ritual or another household accident.</w:t>
      </w:r>
      <w:r/>
    </w:p>
    <w:p>
      <w:r/>
      <w:r>
        <w:t>Jinkx Monsoon's college romance story is funny, messy and refreshingly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[7]</w:t>
        </w:r>
      </w:hyperlink>
      <w:r>
        <w:t xml:space="preserve">- Paragraph 6: </w:t>
      </w:r>
      <w:hyperlink r:id="rId13">
        <w:r>
          <w:rPr>
            <w:color w:val="0000EE"/>
            <w:u w:val="single"/>
          </w:rPr>
          <w:t>[5]</w:t>
        </w:r>
      </w:hyperlink>
      <w:r>
        <w:t xml:space="preserve">, </w:t>
      </w:r>
      <w:hyperlink r:id="rId10">
        <w:r>
          <w:rPr>
            <w:color w:val="0000EE"/>
            <w:u w:val="single"/>
          </w:rPr>
          <w:t>[6]</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[7]</w:t>
        </w:r>
      </w:hyperlink>
      <w:r>
        <w:t xml:space="preserve">- Paragraph 10: </w:t>
      </w:r>
      <w:hyperlink r:id="rId12">
        <w:r>
          <w:rPr>
            <w:color w:val="0000EE"/>
            <w:u w:val="single"/>
          </w:rPr>
          <w:t>[3]</w:t>
        </w:r>
      </w:hyperlink>
      <w:r>
        <w:t xml:space="preserve">, </w:t>
      </w:r>
      <w:hyperlink r:id="rId14">
        <w:r>
          <w:rPr>
            <w:color w:val="0000EE"/>
            <w:u w:val="single"/>
          </w:rPr>
          <w:t>[4]</w:t>
        </w:r>
      </w:hyperlink>
      <w:r>
        <w:t xml:space="preserve">- Paragraph 11: </w:t>
      </w:r>
      <w:hyperlink r:id="rId9">
        <w:r>
          <w:rPr>
            <w:color w:val="0000EE"/>
            <w:u w:val="single"/>
          </w:rPr>
          <w:t>[2]</w:t>
        </w:r>
      </w:hyperlink>
      <w:r>
        <w:t xml:space="preserve">, </w:t>
      </w:r>
      <w:hyperlink r:id="rId13">
        <w:r>
          <w:rPr>
            <w:color w:val="0000EE"/>
            <w:u w:val="single"/>
          </w:rPr>
          <w:t>[5]</w:t>
        </w:r>
      </w:hyperlink>
      <w:r>
        <w:t xml:space="preserve">- Paragraph 12: </w:t>
      </w:r>
      <w:hyperlink r:id="rId12">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https://www.thepinknews.com/2026/09/14/jinkx-monsoon-used-to-make-out-with-a-lesbian-in-college-but-things-got-weird/</w:t>
        </w:r>
      </w:hyperlink>
      <w:r>
        <w:t xml:space="preserve"> - Please view link - unable to able to access data</w:t>
      </w:r>
      <w:r/>
    </w:p>
    <w:p>
      <w:pPr>
        <w:pStyle w:val="ListNumber"/>
        <w:spacing w:line="240" w:lineRule="auto"/>
        <w:ind w:left="720"/>
      </w:pPr>
      <w:r/>
      <w:hyperlink r:id="rId9">
        <w:r>
          <w:rPr>
            <w:color w:val="0000EE"/>
            <w:u w:val="single"/>
          </w:rPr>
          <w:t>https://www.thepinknews.com/2026/09/14/jinkx-monsoon-used-to-make-out-with-a-lesbian-in-college-but-things-got-weird/</w:t>
        </w:r>
      </w:hyperlink>
      <w:r>
        <w:t xml:space="preserve"> - In a candid interview on 'By The Way By Harriet Rose', Jinkx Monsoon, a two-time winner of 'RuPaul’s Drag Race', shared her college experiences, revealing that she and a lesbian friend used to make out. However, as they developed feelings for each other, the situation became 'weird'. When prompted about her sexual orientation, Jinkx responded, 'I’ve dabbled', and added, 'Any lesbian who wants to date me has to be ready to be the top'. The conversation also touched upon her chaotic college years, witchcraft, religious trauma, and being raised by a 'coven' of formidable women. Additionally, Jinkx discussed her trans identity, the discovery of intersexuality within her family, and the importance of visibility for young trans individuals. She also shared anecdotes about her grandmother's critiques of her drag looks before her 'Drag Race' fame, a psychic aunt who predicted her future, and an incident where she accidentally set a carpet on fire during a Judy Garland ritual. The interview provided an intimate glimpse into Jinkx's personal life and experiences.</w:t>
      </w:r>
      <w:r/>
    </w:p>
    <w:p>
      <w:pPr>
        <w:pStyle w:val="ListNumber"/>
        <w:spacing w:line="240" w:lineRule="auto"/>
        <w:ind w:left="720"/>
      </w:pPr>
      <w:r/>
      <w:hyperlink r:id="rId12">
        <w:r>
          <w:rPr>
            <w:color w:val="0000EE"/>
            <w:u w:val="single"/>
          </w:rPr>
          <w:t>https://www.thepinknews.com/2024/04/09/jinkx-monsoon-little-shop-of-horrors-dates/</w:t>
        </w:r>
      </w:hyperlink>
      <w:r>
        <w:t xml:space="preserve"> - Jinkx Monsoon, a two-time winner of 'RuPaul’s Drag Race', has returned to the stage, taking on the role of Audrey in the off-Broadway production of 'Little Shop of Horrors'. This follows her Broadway debut in 2023, where she performed in 'Chicago'. The article highlights Jinkx's versatility and continued presence in the theatre scene, showcasing her ability to transition from drag performances to mainstream theatre roles.</w:t>
      </w:r>
      <w:r/>
    </w:p>
    <w:p>
      <w:pPr>
        <w:pStyle w:val="ListNumber"/>
        <w:spacing w:line="240" w:lineRule="auto"/>
        <w:ind w:left="720"/>
      </w:pPr>
      <w:r/>
      <w:hyperlink r:id="rId14">
        <w:r>
          <w:rPr>
            <w:color w:val="0000EE"/>
            <w:u w:val="single"/>
          </w:rPr>
          <w:t>https://www.gamesradar.com/games/fps/overwatch-fans-think-a-rupauls-drag-race-winner-and-doctor-who-star-is-teasing-another-new-hero-im-immediately-maining-them/</w:t>
        </w:r>
      </w:hyperlink>
      <w:r>
        <w:t xml:space="preserve"> - Overwatch fans are abuzz with speculation that Jinkx Monsoon, a two-time winner of 'RuPaul's Drag Race' and recent 'Doctor Who' star, might be voicing a new hero in the game. This speculation arose after Monsoon posted a photo at Blizzard headquarters, making a devil horn gesture next to the Overwatch sign. Blizzard's cryptic comment referencing 'Monsoon winds' further fueled the rumours. Fans are excited about the possibility of Monsoon bringing a flamboyant and chaotic character to the Overwatch universe, aligning with the game's diverse and colourful cast.</w:t>
      </w:r>
      <w:r/>
    </w:p>
    <w:p>
      <w:pPr>
        <w:pStyle w:val="ListNumber"/>
        <w:spacing w:line="240" w:lineRule="auto"/>
        <w:ind w:left="720"/>
      </w:pPr>
      <w:r/>
      <w:hyperlink r:id="rId13">
        <w:r>
          <w:rPr>
            <w:color w:val="0000EE"/>
            <w:u w:val="single"/>
          </w:rPr>
          <w:t>https://www.thepinknews.com/2020/03/04/jinkx-monsoon-drag-race-trans-non-binary-rupaul-interview-major-scales/</w:t>
        </w:r>
      </w:hyperlink>
      <w:r>
        <w:t xml:space="preserve"> - In an interview with PinkNews, Jinkx Monsoon, a two-time winner of 'RuPaul’s Drag Race', discussed her journey of self-discovery and coming out as non-binary. She shared that she knew from a young age that her gender did not align with the one assigned at birth, stating, 'My gender does not fit into the box assigned to my genitalia. I lie somewhere between the lines.' Growing up in Portland, Oregon, in the 1990s, Jinkx was fortunate to meet leading trans individuals, which influenced her understanding of gender identity. She emphasised that transitioning is not age-dependent, noting that if someone knows their true self at 14, they can transition at that age. The interview sheds light on Jinkx's personal experiences and the importance of self-acceptance.</w:t>
      </w:r>
      <w:r/>
    </w:p>
    <w:p>
      <w:pPr>
        <w:pStyle w:val="ListNumber"/>
        <w:spacing w:line="240" w:lineRule="auto"/>
        <w:ind w:left="720"/>
      </w:pPr>
      <w:r/>
      <w:hyperlink r:id="rId10">
        <w:r>
          <w:rPr>
            <w:color w:val="0000EE"/>
            <w:u w:val="single"/>
          </w:rPr>
          <w:t>https://www.autostraddle.com/jinkx-monsoon-interview/</w:t>
        </w:r>
      </w:hyperlink>
      <w:r>
        <w:t xml:space="preserve"> - In an interview with Autostraddle, Jinkx Monsoon, a two-time winner of 'RuPaul’s Drag Race', discussed her experiences growing up queer and the role of drag in her life. She reflected on her teenage years in Portland, Oregon, where she found community and self-expression through drag. Jinkx shared that her performance in 'The Ginger Snapped' was life-changing, providing her with a love for drag and self-acceptance at a time when she needed it most. The interview highlights Jinkx's unique sense of humour, voice, and her impact on the drag community.</w:t>
      </w:r>
      <w:r/>
    </w:p>
    <w:p>
      <w:pPr>
        <w:pStyle w:val="ListNumber"/>
        <w:spacing w:line="240" w:lineRule="auto"/>
        <w:ind w:left="720"/>
      </w:pPr>
      <w:r/>
      <w:hyperlink r:id="rId11">
        <w:r>
          <w:rPr>
            <w:color w:val="0000EE"/>
            <w:u w:val="single"/>
          </w:rPr>
          <w:t>https://www.teenvogue.com/story/jinkx-monsoon-sketchy-queens-winning-rupauls-drag-race-all-stars-interview</w:t>
        </w:r>
      </w:hyperlink>
      <w:r>
        <w:t xml:space="preserve"> - In an interview with Teen Vogue, Jinkx Monsoon, a two-time winner of 'RuPaul’s Drag Race', discussed her experiences on 'RuPaul’s Drag Race All Stars'. She reflected on her duality as both esoteric and accessible, catering to both in-the-know fans and the uninitiated. Jinkx shared insights into her performances, including her Snatch Game masterclass as Judy Garland and her 'cool mom' swagger in the viral dance challenge. She also discussed her strengths and weaknesses, such as her challenges with sewing, and her comedic moments in the Werk Room. The interview provides a deeper understanding of Jinkx's approach to drag and her journey on the show.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14/jinkx-monsoon-used-to-make-out-with-a-lesbian-in-college-but-things-got-weird/" TargetMode="External"/><Relationship Id="rId10" Type="http://schemas.openxmlformats.org/officeDocument/2006/relationships/hyperlink" Target="https://www.autostraddle.com/jinkx-monsoon-interview/" TargetMode="External"/><Relationship Id="rId11" Type="http://schemas.openxmlformats.org/officeDocument/2006/relationships/hyperlink" Target="https://www.teenvogue.com/story/jinkx-monsoon-sketchy-queens-winning-rupauls-drag-race-all-stars-interview" TargetMode="External"/><Relationship Id="rId12" Type="http://schemas.openxmlformats.org/officeDocument/2006/relationships/hyperlink" Target="https://www.thepinknews.com/2024/04/09/jinkx-monsoon-little-shop-of-horrors-dates/" TargetMode="External"/><Relationship Id="rId13" Type="http://schemas.openxmlformats.org/officeDocument/2006/relationships/hyperlink" Target="https://www.thepinknews.com/2020/03/04/jinkx-monsoon-drag-race-trans-non-binary-rupaul-interview-major-scales/" TargetMode="External"/><Relationship Id="rId14" Type="http://schemas.openxmlformats.org/officeDocument/2006/relationships/hyperlink" Target="https://www.gamesradar.com/games/fps/overwatch-fans-think-a-rupauls-drag-race-winner-and-doctor-who-star-is-teasing-another-new-hero-im-immediately-maining-the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