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Greater Palm Springs Pride 2026 Grand Marshals Honour Four Decades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Greater Palm Springs Pride has announced its 2026 grand marshals as the organisation prepares to mark its 40th anniversary in Palm Springs, California. The milestone celebration brings together community leaders, advocates and longtime supporters, giving this year’s parade extra emotional weight and a chance to reflect on how far the region’s LGBTQ+ movement has come.</w:t>
      </w:r>
      <w:r/>
    </w:p>
    <w:p>
      <w:pPr>
        <w:pStyle w:val="Heading2"/>
      </w:pPr>
      <w:r>
        <w:t>Essential Takeaways</w:t>
      </w:r>
      <w:r/>
      <w:r/>
    </w:p>
    <w:p>
      <w:pPr>
        <w:pStyle w:val="ListBullet"/>
        <w:spacing w:line="240" w:lineRule="auto"/>
        <w:ind w:left="720"/>
      </w:pPr>
      <w:r/>
      <w:r>
        <w:rPr>
          <w:b/>
        </w:rPr>
        <w:t>A milestone year:</w:t>
      </w:r>
      <w:r>
        <w:t xml:space="preserve"> Greater Palm Springs Pride is celebrating its 40th anniversary in 2026.</w:t>
      </w:r>
      <w:r/>
    </w:p>
    <w:p>
      <w:pPr>
        <w:pStyle w:val="ListBullet"/>
        <w:spacing w:line="240" w:lineRule="auto"/>
        <w:ind w:left="720"/>
      </w:pPr>
      <w:r/>
      <w:r>
        <w:rPr>
          <w:b/>
        </w:rPr>
        <w:t>New parade leaders:</w:t>
      </w:r>
      <w:r>
        <w:t xml:space="preserve"> The organisation has announced grand marshals for the anniversary festivities.</w:t>
      </w:r>
      <w:r/>
    </w:p>
    <w:p>
      <w:pPr>
        <w:pStyle w:val="ListBullet"/>
        <w:spacing w:line="240" w:lineRule="auto"/>
        <w:ind w:left="720"/>
      </w:pPr>
      <w:r/>
      <w:r>
        <w:rPr>
          <w:b/>
        </w:rPr>
        <w:t>A community focus:</w:t>
      </w:r>
      <w:r>
        <w:t xml:space="preserve"> The selections recognise advocacy, visibility and long-term local involvement.</w:t>
      </w:r>
      <w:r/>
    </w:p>
    <w:p>
      <w:pPr>
        <w:pStyle w:val="ListBullet"/>
        <w:spacing w:line="240" w:lineRule="auto"/>
        <w:ind w:left="720"/>
      </w:pPr>
      <w:r/>
      <w:r>
        <w:rPr>
          <w:b/>
        </w:rPr>
        <w:t>More than a parade:</w:t>
      </w:r>
      <w:r>
        <w:t xml:space="preserve"> Visitors can expect a wider programme of Pride events across Greater Palm Springs.</w:t>
      </w:r>
      <w:r/>
    </w:p>
    <w:p>
      <w:pPr>
        <w:pStyle w:val="ListBullet"/>
        <w:spacing w:line="240" w:lineRule="auto"/>
        <w:ind w:left="720"/>
      </w:pPr>
      <w:r/>
      <w:r>
        <w:rPr>
          <w:b/>
        </w:rPr>
        <w:t>Plan ahead:</w:t>
      </w:r>
      <w:r>
        <w:t xml:space="preserve"> Anniversary celebrations are likely to draw strong interest, so accommodation and event details are worth checking early.</w:t>
      </w:r>
      <w:r/>
      <w:r/>
    </w:p>
    <w:p>
      <w:pPr>
        <w:pStyle w:val="Heading2"/>
      </w:pPr>
      <w:r>
        <w:t>A landmark Pride celebration is taking shape</w:t>
      </w:r>
      <w:r/>
    </w:p>
    <w:p>
      <w:r/>
      <w:r>
        <w:t>Forty years is no small achievement, particularly for a community event that has grown alongside the city around it. In 2026, Greater Palm Springs Pride is turning that history into a public celebration, with its newly announced grand marshals placed at the centre of the anniversary story.</w:t>
      </w:r>
      <w:r/>
    </w:p>
    <w:p>
      <w:r/>
      <w:r>
        <w:t>The announcement gives the parade a human face. Rather than treating the milestone as a simple birthday, the organisation is using its honourees to highlight the people and causes that have helped shape LGBTQ+ life across the Coachella Valley, according to KESQ.</w:t>
      </w:r>
      <w:r/>
    </w:p>
    <w:p>
      <w:r/>
      <w:r>
        <w:t>That matters because Pride is always partly about the present and partly about memory. The bright flags, loud music and busy streets are the visible side; the quieter story is one of persistence, organising and people making space for one another.</w:t>
      </w:r>
      <w:r/>
    </w:p>
    <w:p>
      <w:pPr>
        <w:pStyle w:val="Heading2"/>
      </w:pPr>
      <w:r>
        <w:t>Who will lead Greater Palm Springs Pride 2026?</w:t>
      </w:r>
      <w:r/>
    </w:p>
    <w:p>
      <w:r/>
      <w:r>
        <w:t>The 2026 grand marshals represent the spirit of the anniversary and the breadth of the local community. Their selection reflects the role Pride plays as both a celebration and a platform for recognising people whose work may happen away from the spotlight.</w:t>
      </w:r>
      <w:r/>
    </w:p>
    <w:p>
      <w:r/>
      <w:r>
        <w:t>KESQ reported the announcement as part of the organisation’s preparations for its 40th anniversary. The honour also sits alongside the event’s wider Pride recognition programme, which includes separate Pride Honours awards for notable contributors.</w:t>
      </w:r>
      <w:r/>
    </w:p>
    <w:p>
      <w:r/>
      <w:r>
        <w:t>For visitors, that makes the parade feel less like a standalone spectacle and more like the centrepiece of a larger civic occasion. The grand marshals will bring their own stories to the day, adding warmth and meaning to the colourful procession.</w:t>
      </w:r>
      <w:r/>
    </w:p>
    <w:p>
      <w:pPr>
        <w:pStyle w:val="Heading2"/>
      </w:pPr>
      <w:r>
        <w:t>Why the 40th anniversary feels especially significant</w:t>
      </w:r>
      <w:r/>
    </w:p>
    <w:p>
      <w:r/>
      <w:r>
        <w:t>Greater Palm Springs has long been associated with LGBTQ+ tourism, nightlife and year-round community events. The area’s Pride celebration has become an important part of that identity, drawing residents and visitors into the same streets and venues.</w:t>
      </w:r>
      <w:r/>
    </w:p>
    <w:p>
      <w:r/>
      <w:r>
        <w:t>The 2026 anniversary theme, announced earlier in the year, provides the broader frame for the festivities. According to KESQ, organisers are presenting the celebration as a moment to honour the past while looking towards the future, a balance that feels particularly relevant during a major anniversary.</w:t>
      </w:r>
      <w:r/>
    </w:p>
    <w:p>
      <w:r/>
      <w:r>
        <w:t>That combination is likely to appeal to both regular attendees and first-time visitors. You can enjoy the sunny, high-energy atmosphere, but there’s also a sense that the weekend is telling a longer story about belonging in the desert.</w:t>
      </w:r>
      <w:r/>
    </w:p>
    <w:p>
      <w:pPr>
        <w:pStyle w:val="Heading2"/>
      </w:pPr>
      <w:r>
        <w:t>What visitors should know before travelling</w:t>
      </w:r>
      <w:r/>
    </w:p>
    <w:p>
      <w:r/>
      <w:r>
        <w:t>Anyone planning a trip for Greater Palm Springs Pride 2026 should keep an eye on the official event calendar as more details emerge. Visit Greater Palm Springs lists Pride among the area’s major LGBTQ+ events, while festival listings provide useful early context for dates, venues and the likely shape of the programme.</w:t>
      </w:r>
      <w:r/>
    </w:p>
    <w:p>
      <w:r/>
      <w:r>
        <w:t>It’s sensible to book accommodation sooner rather than later, especially if you want to stay close to downtown Palm Springs. The city is compact and walkable in many areas, but popular weekends can make rooms, parking and restaurant reservations surprisingly competitive.</w:t>
      </w:r>
      <w:r/>
    </w:p>
    <w:p>
      <w:r/>
      <w:r>
        <w:t>Comfort matters, too. Expect sunshine, crowds and plenty of time outdoors, so light clothing, water, sun protection and comfortable shoes are more useful than a dazzling outfit alone. Although, naturally, a little sparkle never hurts.</w:t>
      </w:r>
      <w:r/>
    </w:p>
    <w:p>
      <w:pPr>
        <w:pStyle w:val="Heading2"/>
      </w:pPr>
      <w:r>
        <w:t>A celebration with its eyes on the future</w:t>
      </w:r>
      <w:r/>
    </w:p>
    <w:p>
      <w:r/>
      <w:r>
        <w:t>The grand marshal announcement arrives alongside a series of Pride-related honours and programme updates, suggesting that the 2026 celebration will put recognition firmly at its heart. The Hollywood Times has also highlighted the anniversary’s Pride Honours activity, underlining the event’s growing cultural profile.</w:t>
      </w:r>
      <w:r/>
    </w:p>
    <w:p>
      <w:r/>
      <w:r>
        <w:t>That broader approach is encouraging. Big anniversaries can sometimes become exercises in nostalgia, but Greater Palm Springs Pride appears to be using its 40th year to connect history with current community work and future visibility.</w:t>
      </w:r>
      <w:r/>
    </w:p>
    <w:p>
      <w:r/>
      <w:r>
        <w:t>For attendees, the result should be a weekend that feels both festive and grounded. There will be music, colour and a lively crowd, but also the simple reminder that local Pride celebrations are built by people who keep showing up.</w:t>
      </w:r>
      <w:r/>
    </w:p>
    <w:p>
      <w:r/>
      <w:r>
        <w:t>A milestone this important deserves more than a quick glance at the parade route. It deserves time to listen, celebrate and recognise the community behind the banner.</w:t>
      </w:r>
      <w:r/>
    </w:p>
    <w:p>
      <w:r/>
      <w:r>
        <w:t>Explore the 2026 programme early and plan a Pride weekend that feels personal.</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9">
        <w:r>
          <w:rPr>
            <w:color w:val="0000EE"/>
            <w:u w:val="single"/>
          </w:rPr>
          <w:t>[2]</w:t>
        </w:r>
      </w:hyperlink>
      <w:r>
        <w:t xml:space="preserve">, </w:t>
      </w:r>
      <w:hyperlink r:id="rId11">
        <w:r>
          <w:rPr>
            <w:color w:val="0000EE"/>
            <w:u w:val="single"/>
          </w:rPr>
          <w:t>[7]</w:t>
        </w:r>
      </w:hyperlink>
      <w:r>
        <w:t xml:space="preserve">- Paragraph 3: </w:t>
      </w:r>
      <w:hyperlink r:id="rId12">
        <w:r>
          <w:rPr>
            <w:color w:val="0000EE"/>
            <w:u w:val="single"/>
          </w:rPr>
          <w:t>[3]</w:t>
        </w:r>
      </w:hyperlink>
      <w:r>
        <w:t xml:space="preserve">, </w:t>
      </w:r>
      <w:hyperlink r:id="rId13">
        <w:r>
          <w:rPr>
            <w:color w:val="0000EE"/>
            <w:u w:val="single"/>
          </w:rPr>
          <w:t>[6]</w:t>
        </w:r>
      </w:hyperlink>
      <w:r>
        <w:t xml:space="preserve">- Paragraph 4: </w:t>
      </w:r>
      <w:hyperlink r:id="rId10">
        <w:r>
          <w:rPr>
            <w:color w:val="0000EE"/>
            <w:u w:val="single"/>
          </w:rPr>
          <w:t>[4]</w:t>
        </w:r>
      </w:hyperlink>
      <w:r>
        <w:t xml:space="preserve">, </w:t>
      </w:r>
      <w:hyperlink r:id="rId14">
        <w:r>
          <w:rPr>
            <w:color w:val="0000EE"/>
            <w:u w:val="single"/>
          </w:rPr>
          <w:t>[5]</w:t>
        </w:r>
      </w:hyperlink>
      <w:r>
        <w:t xml:space="preserve">- Paragraph 5: </w:t>
      </w:r>
      <w:hyperlink r:id="rId9">
        <w:r>
          <w:rPr>
            <w:color w:val="0000EE"/>
            <w:u w:val="single"/>
          </w:rPr>
          <w:t>[2]</w:t>
        </w:r>
      </w:hyperlink>
      <w:r>
        <w:t xml:space="preserve">, </w:t>
      </w:r>
      <w:hyperlink r:id="rId12">
        <w:r>
          <w:rPr>
            <w:color w:val="0000EE"/>
            <w:u w:val="single"/>
          </w:rPr>
          <w:t>[3]</w:t>
        </w:r>
      </w:hyperlink>
      <w:r>
        <w:t xml:space="preserve">- Paragraph 6: </w:t>
      </w:r>
      <w:hyperlink r:id="rId10">
        <w:r>
          <w:rPr>
            <w:color w:val="0000EE"/>
            <w:u w:val="single"/>
          </w:rPr>
          <w:t>[4]</w:t>
        </w:r>
      </w:hyperlink>
      <w:r>
        <w:t xml:space="preserve">, </w:t>
      </w:r>
      <w:hyperlink r:id="rId14">
        <w:r>
          <w:rPr>
            <w:color w:val="0000EE"/>
            <w:u w:val="single"/>
          </w:rPr>
          <w:t>[5]</w:t>
        </w:r>
      </w:hyperlink>
      <w:r>
        <w:t xml:space="preserve">- Paragraph 7: </w:t>
      </w:r>
      <w:hyperlink r:id="rId13">
        <w:r>
          <w:rPr>
            <w:color w:val="0000EE"/>
            <w:u w:val="single"/>
          </w:rPr>
          <w:t>[6]</w:t>
        </w:r>
      </w:hyperlink>
      <w:r>
        <w:t xml:space="preserve">, </w:t>
      </w:r>
      <w:hyperlink r:id="rId11">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https://kesq.com/news/2026/09/14/greater-palm-springs-pride-announces-2026-grand-marshals-for-40th-anniversary/</w:t>
        </w:r>
      </w:hyperlink>
      <w:r>
        <w:t xml:space="preserve"> - Please view link - unable to able to access data</w:t>
      </w:r>
      <w:r/>
    </w:p>
    <w:p>
      <w:pPr>
        <w:pStyle w:val="ListNumber"/>
        <w:spacing w:line="240" w:lineRule="auto"/>
        <w:ind w:left="720"/>
      </w:pPr>
      <w:r/>
      <w:hyperlink r:id="rId9">
        <w:r>
          <w:rPr>
            <w:color w:val="0000EE"/>
            <w:u w:val="single"/>
          </w:rPr>
          <w:t>https://kesq.com/news/2026/09/14/greater-palm-springs-pride-announces-2026-grand-marshals-for-40th-anniversary/</w:t>
        </w:r>
      </w:hyperlink>
      <w:r>
        <w:t xml:space="preserve"> - Greater Palm Springs Pride has announced the honorees for its 40th Anniversary Pride Parade, taking place Sunday, Nov. 8, 2026, under the theme 'Be Included'. This year’s parade will recognise four individuals whose work and contributions have helped uplift the LGBTQIA+ community locally and nationally. Comedian, writer, and actor Fortune Feimster has been named National Grand Marshal. Known for her Netflix stand-up specials and roles in television and film, Feimster will also perform her show 'Fortune Feimster: Takin’ Care of Biscuits (Encore)' at the Plaza Theatre at 8 p.m. on Pride Sunday. Cheyenne Jackson, the GRAMMY- and Emmy-nominated actor, singer, and songwriter, will serve as Celebrity Grand Marshal. Jackson, whose credits include Broadway, American Horror Story, Glee, and 30 Rock, will perform at the McCallum Theatre at 6 p.m. Longtime Palm Springs entertainer and community figure Marshall Pearcy, known as Dottie DuBois of Dottie DuBois &amp; Maude, will be honoured as Pride Royalty for Life in recognition of decades of service and the legacy of Les Dames Du Soleil. Gary Moline will receive the Community Service Award for more than 25 years of civic and LGBTQIA+ community involvement, including his leadership with the Palm Springs Desert Winds and Greater Palm Springs Pride. The 40th Annual Greater Palm Springs Pride Parade steps off at 10 a.m. Nov. 8 on Palm Canyon Drive at Tachevah, travelling south through downtown Palm Springs before concluding at the entrance to the Pride Festival. The festival is free and open to the public, with live entertainment, vendors, resource booths, and community programming. The parade and festival are supported by the City of Palm Springs, Arenas Road Merchants, and PS Resorts.</w:t>
      </w:r>
      <w:r/>
    </w:p>
    <w:p>
      <w:pPr>
        <w:pStyle w:val="ListNumber"/>
        <w:spacing w:line="240" w:lineRule="auto"/>
        <w:ind w:left="720"/>
      </w:pPr>
      <w:r/>
      <w:hyperlink r:id="rId12">
        <w:r>
          <w:rPr>
            <w:color w:val="0000EE"/>
            <w:u w:val="single"/>
          </w:rPr>
          <w:t>https://kesq.com/pride/2026/04/01/greater-palm-springs-pride-announces-theme-for-2026-celebration/</w:t>
        </w:r>
      </w:hyperlink>
      <w:r>
        <w:t xml:space="preserve"> - Greater Palm Springs Pride announced today that the theme for this year's Pride celebration is 'Be Included.' 'Through our year-round efforts to educate the public, advocate for civil rights and foster authentic inclusion, we serve as a vital cultural touchstone and a powerful catalyst for the LGBTQ+ movement driving significant economic, artistic and social progress for the city we call home,' Ron deHarte, president of Greater Palm Springs Pride, said in a statement. The 40th annual event will be held from Nov. 6-8. A festival will take place along the downtown area and the Arenas District, which will feature live entertainment, an expansive marketplace and nightly block parties. The Pride parade will be held at 10 a.m. on Nov. 8, with more than 200 entries travelling along Palm Canyon Drive to Amado Road. Hailed as the largest event in Palm Springs, Pride Week usually attracts more than 20,000 attendees and is expected to generate $38 million for local hotels, restaurants and other stores throughout the city, organisers said. 'The theme is an invitation to embrace your full self,' Jasmine Sullivan Waits, the organisation's executive director, said in a statement. 'In a time when fundamental rights are under persistent legislative attack across the United States, being included is a meaningful act of community strength. Our goal is to ensure that every individual, regardless of where they are from, finds more than just a festival in Palm Springs; they find a foundation for empowerment and community solidarity.'</w:t>
      </w:r>
      <w:r/>
    </w:p>
    <w:p>
      <w:pPr>
        <w:pStyle w:val="ListNumber"/>
        <w:spacing w:line="240" w:lineRule="auto"/>
        <w:ind w:left="720"/>
      </w:pPr>
      <w:r/>
      <w:hyperlink r:id="rId10">
        <w:r>
          <w:rPr>
            <w:color w:val="0000EE"/>
            <w:u w:val="single"/>
          </w:rPr>
          <w:t>https://www.visitgreaterpalmsprings.com/events/events-and-festivals/greater-palm-springs-lgbtq-pride/</w:t>
        </w:r>
      </w:hyperlink>
      <w:r>
        <w:t xml:space="preserve"> - Celebrate 40 years of Palm Springs Pride in 2026! What started as a humble dinner and variety show at the Riviera Resort in 1986 has blossomed into the largest Pride celebration in Greater Palm Springs. Join more than 200,000 people to celebrate the LGBTQ+ community and its deep roots in Palm Springs. From interactive activations, a youth zone, and vendors selling handmade, artisan products to LGBTQ+ travel agencies, live music, and drag performances, Palm Springs Pride delivers a festival to remember. Several stages set up in downtown Palm Springs and in the Arenas District keep the energy high while food vendors cook up delicious and diverse offerings to fuel the fun. Visit pspride.com for the schedule of events and more information.</w:t>
      </w:r>
      <w:r/>
    </w:p>
    <w:p>
      <w:pPr>
        <w:pStyle w:val="ListNumber"/>
        <w:spacing w:line="240" w:lineRule="auto"/>
        <w:ind w:left="720"/>
      </w:pPr>
      <w:r/>
      <w:hyperlink r:id="rId14">
        <w:r>
          <w:rPr>
            <w:color w:val="0000EE"/>
            <w:u w:val="single"/>
          </w:rPr>
          <w:t>https://www.festivalsinamerica.com/festival/greater-palm-springs-pride-palm-springs</w:t>
        </w:r>
      </w:hyperlink>
      <w:r>
        <w:t xml:space="preserve"> - Greater Palm Springs Pride is the desert's flagship LGBTQ+ celebration, drawing huge crowds to downtown Palm Springs each November. Anchored by a massive Sunday parade down Palm Canyon Drive and a multi-day festival marketplace and entertainment stages, it is one of the largest Pride events in California. Held in a city long celebrated as a haven for the LGBTQ+ community, it blends activism, music, drag and street celebration across a packed weekend. The 40th Greater Palm Springs Pride is scheduled for November 5-8, 2026, with the main parade down Palm Canyon Drive on Sunday, November 8. As in previous years, the weekend is expected to include the free festival marketplace, multiple entertainment stages, the Dia de la Reina pageant, the Arenas District block party and a slate of affiliated events. The detailed program and 2026 theme will be confirmed by the organiser closer to the festival.</w:t>
      </w:r>
      <w:r/>
    </w:p>
    <w:p>
      <w:pPr>
        <w:pStyle w:val="ListNumber"/>
        <w:spacing w:line="240" w:lineRule="auto"/>
        <w:ind w:left="720"/>
      </w:pPr>
      <w:r/>
      <w:hyperlink r:id="rId13">
        <w:r>
          <w:rPr>
            <w:color w:val="0000EE"/>
            <w:u w:val="single"/>
          </w:rPr>
          <w:t>https://hollywoodtimes.net/palm-springs-pride-turns-40-the-hollywood-times-celebrates-the-2026-pride-honors-as-official-media-partner/</w:t>
        </w:r>
      </w:hyperlink>
      <w:r>
        <w:t xml:space="preserve"> - Palm Springs Pride is marking its historic 40th anniversary by honouring a remarkable group of individuals and organisations whose dedication has helped strengthen and support the LGBTQ+ community. The Hollywood Times is proud to once again serve as an official media partner of Greater Palm Springs Pride and to help share the stories of the people who continue to make a difference throughout Palm Springs and beyond. The 2026 Pride Honors Awards will be held Thursday, September 24, at the Hilton Palm Springs. Doors open at 5:30 p.m. and the program begins at 6 p.m. Tickets and additional information are available through Greater Palm Springs Pride at pspride.org.</w:t>
      </w:r>
      <w:r/>
    </w:p>
    <w:p>
      <w:pPr>
        <w:pStyle w:val="ListNumber"/>
        <w:spacing w:line="240" w:lineRule="auto"/>
        <w:ind w:left="720"/>
      </w:pPr>
      <w:r/>
      <w:hyperlink r:id="rId11">
        <w:r>
          <w:rPr>
            <w:color w:val="0000EE"/>
            <w:u w:val="single"/>
          </w:rPr>
          <w:t>https://kesq.com/news/2026/09/10/palm-springs-pride-announces-2026-pride-honors-award-recipients/</w:t>
        </w:r>
      </w:hyperlink>
      <w:r>
        <w:t xml:space="preserve"> - Greater Palm Springs Pride announced the honorees for the 2026 Pride Honors Awards. The awards celebrate individuals and organisations whose dedication, advocacy, and leadership have made a lasting impact on the LGBTQ+ community across the Coachella Valley and beyond. Organisers said this year’s ceremony carries special significance as Palm Springs marks the 40th Anniversary of Pride, a legacy sparked in 1986 when the Desert Business Association helped lay the foundation for the region's first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kesq.com/news/2026/09/14/greater-palm-springs-pride-announces-2026-grand-marshals-for-40th-anniversary/" TargetMode="External"/><Relationship Id="rId10" Type="http://schemas.openxmlformats.org/officeDocument/2006/relationships/hyperlink" Target="https://www.visitgreaterpalmsprings.com/events/events-and-festivals/greater-palm-springs-lgbtq-pride/" TargetMode="External"/><Relationship Id="rId11" Type="http://schemas.openxmlformats.org/officeDocument/2006/relationships/hyperlink" Target="https://kesq.com/news/2026/09/10/palm-springs-pride-announces-2026-pride-honors-award-recipients/" TargetMode="External"/><Relationship Id="rId12" Type="http://schemas.openxmlformats.org/officeDocument/2006/relationships/hyperlink" Target="https://kesq.com/pride/2026/04/01/greater-palm-springs-pride-announces-theme-for-2026-celebration/" TargetMode="External"/><Relationship Id="rId13" Type="http://schemas.openxmlformats.org/officeDocument/2006/relationships/hyperlink" Target="https://hollywoodtimes.net/palm-springs-pride-turns-40-the-hollywood-times-celebrates-the-2026-pride-honors-as-official-media-partner/" TargetMode="External"/><Relationship Id="rId14" Type="http://schemas.openxmlformats.org/officeDocument/2006/relationships/hyperlink" Target="https://www.festivalsinamerica.com/festival/greater-palm-springs-pride-palm-spring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