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Gillian Anderson Opens Up About Being Pansexual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Gillian Anderson has shared a deeply personal update in a new interview, explaining that she identifies as pansexual after years of relationships with both women and men. The actor’s comments offer a thoughtful look at attraction, identity and why love doesn’t always fit neatly into familiar labels.</w:t>
      </w:r>
      <w:r/>
    </w:p>
    <w:p>
      <w:pPr>
        <w:pStyle w:val="Heading2"/>
      </w:pPr>
      <w:r>
        <w:t>Gillian Anderson shares a personal revelation</w:t>
      </w:r>
      <w:r/>
    </w:p>
    <w:p>
      <w:r/>
      <w:r>
        <w:t>Gillian Anderson has spoken publicly about identifying as pansexual, describing an openness to attraction that isn’t defined by someone’s gender or sexual identity. Her comments appeared in an interview with The Australian and were subsequently reported by several international outlets, including El Pais and LGBTQ Nation.</w:t>
      </w:r>
      <w:r/>
    </w:p>
    <w:p>
      <w:r/>
      <w:r>
        <w:t>For Anderson, the disclosure seems less like a dramatic announcement and more like a clearer explanation of how she has understood her relationships over time. That understated tone matters. Sexual identity can be intensely personal, and not everyone arrives at a label quickly, or at all.</w:t>
      </w:r>
      <w:r/>
    </w:p>
    <w:p>
      <w:pPr>
        <w:pStyle w:val="Heading2"/>
      </w:pPr>
      <w:r>
        <w:t>Her relationships with women began when she was young</w:t>
      </w:r>
      <w:r/>
    </w:p>
    <w:p>
      <w:r/>
      <w:r>
        <w:t>Anderson has previously discussed having a relationship with an older woman while she was at secondary school. She said the relationship had to remain secret, a detail that underlines how different the social climate could be when she was growing up.</w:t>
      </w:r>
      <w:r/>
    </w:p>
    <w:p>
      <w:r/>
      <w:r>
        <w:t>She also revealed that she later had relationships with other women, although she didn’t always know how to describe her own sexuality. Her attraction to men made the picture feel less straightforward, particularly at a time when people were often expected to choose a single category. Reports from El Pais and LGBTQ Nation highlighted that part of her account.</w:t>
      </w:r>
      <w:r/>
    </w:p>
    <w:p>
      <w:pPr>
        <w:pStyle w:val="Heading2"/>
      </w:pPr>
      <w:r>
        <w:t>What does pansexual mean?</w:t>
      </w:r>
      <w:r/>
    </w:p>
    <w:p>
      <w:r/>
      <w:r>
        <w:t>Pansexuality generally refers to the capacity to feel attraction regardless of a person’s gender or gender identity. It doesn’t mean everyone is attractive to a pansexual person, nor does it suggest that gender is irrelevant in every relationship. Rather, gender isn’t necessarily the deciding boundary for attraction.</w:t>
      </w:r>
      <w:r/>
    </w:p>
    <w:p>
      <w:r/>
      <w:r>
        <w:t>That distinction is useful because labels are often treated as rigid boxes, when many people experience them as tools for self-understanding. Anderson’s story reflects that gradual process: she had the experiences first, while the language to describe them came later.</w:t>
      </w:r>
      <w:r/>
    </w:p>
    <w:p>
      <w:pPr>
        <w:pStyle w:val="Heading2"/>
      </w:pPr>
      <w:r>
        <w:t>Love, not gender, is at the heart of her view</w:t>
      </w:r>
      <w:r/>
    </w:p>
    <w:p>
      <w:r/>
      <w:r>
        <w:t>Anderson explained that her current life partner is a man, but said she believes she could feel the same sense of lasting partnership with a woman. It’s a simple idea, but a powerful one: the person and the relationship matter more to her than the gender of the person involved.</w:t>
      </w:r>
      <w:r/>
    </w:p>
    <w:p>
      <w:r/>
      <w:r>
        <w:t>The actor currently lives with Peter Morgan, the showrunner behind The Crown. She has also been married twice, first to X-Files assistant director Clyde Klotz and later to documentary filmmaker Julian Ozanne. Her relationship history has often attracted public attention, but this latest interview shifts the focus towards how she understands herself.</w:t>
      </w:r>
      <w:r/>
    </w:p>
    <w:p>
      <w:pPr>
        <w:pStyle w:val="Heading2"/>
      </w:pPr>
      <w:r>
        <w:t>Why her comments matter beyond celebrity news</w:t>
      </w:r>
      <w:r/>
    </w:p>
    <w:p>
      <w:r/>
      <w:r>
        <w:t>Celebrity disclosures can sometimes become headline shorthand, but Anderson’s remarks invite a more measured conversation about bisexual and pansexual identities. People don’t necessarily discover themselves in a straight line, and their understanding can evolve as they gain experience or find language that feels right.</w:t>
      </w:r>
      <w:r/>
    </w:p>
    <w:p>
      <w:r/>
      <w:r>
        <w:t>There’s also something reassuring in the lack of neatness. A person’s current partner doesn’t erase previous relationships, just as a past relationship doesn’t dictate every future one. Anderson’s comments offer a reminder that identity belongs to the individual describing it, not to outside observers trying to make it simpler.</w:t>
      </w:r>
      <w:r/>
    </w:p>
    <w:p>
      <w:r/>
      <w:r>
        <w:t>Her story may also resonate with older readers who grew up with fewer visible examples of queer identities. As LGBTQ Nation and other outlets noted, public conversations like this can make room for people who have spent years wondering whether their experiences “count”. They do, even when the label arrives later.</w:t>
      </w:r>
      <w:r/>
    </w:p>
    <w:p>
      <w:r/>
      <w:r>
        <w:t>Understanding yourself doesn’t have to happen all at once.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4">
        <w:r>
          <w:rPr>
            <w:color w:val="0000EE"/>
            <w:u w:val="single"/>
          </w:rPr>
          <w:t>[5]</w:t>
        </w:r>
      </w:hyperlink>
      <w:r>
        <w:t xml:space="preserve">- Paragraph 8: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https://24.hu/elet-stilus/2026/09/14/gillian-anderson-panszexualis/</w:t>
        </w:r>
      </w:hyperlink>
      <w:r>
        <w:t xml:space="preserve"> - Please view link - unable to able to access data</w:t>
      </w:r>
      <w:r/>
    </w:p>
    <w:p>
      <w:pPr>
        <w:pStyle w:val="ListNumber"/>
        <w:spacing w:line="240" w:lineRule="auto"/>
        <w:ind w:left="720"/>
      </w:pPr>
      <w:r/>
      <w:hyperlink r:id="rId10">
        <w:r>
          <w:rPr>
            <w:color w:val="0000EE"/>
            <w:u w:val="single"/>
          </w:rPr>
          <w:t>https://elpais.com/gente/2026-09-14/la-actriz-gillian-anderson-se-define-como-pansexual-en-mi-juventud-tuve-relaciones-con-mujeres.html</w:t>
        </w:r>
      </w:hyperlink>
      <w:r>
        <w:t xml:space="preserve"> - Gillian Anderson, renowned for her roles in 'The X-Files' and 'Sex Education', has publicly identified as pansexual in a recent interview with The Australian. At 58, Anderson openly discussed her sexual and emotional life, revealing past relationships with women and acknowledging that she lacked the terminology to define her sexuality at that time. She stated that her attraction to individuals is independent of gender. Anderson also shared that reading and listening to other women's experiences, which inspired her books, has helped her explore her own sexuality. She expressed feeling comfortable and autonomous, enjoying a fulfilling sexual life. Reflecting on her adolescence, she recounted discovering her sexuality through personal experiences and erotic literature. Currently, she is in a relationship with screenwriter Peter Morgan and believes that her life partner could equally be a woman, affirming her pansexual identity. Anderson had previously discussed her experiences with women and emphasizes how her open and direct attitude towards sex has been key to her personal and professional development.</w:t>
      </w:r>
      <w:r/>
    </w:p>
    <w:p>
      <w:pPr>
        <w:pStyle w:val="ListNumber"/>
        <w:spacing w:line="240" w:lineRule="auto"/>
        <w:ind w:left="720"/>
      </w:pPr>
      <w:r/>
      <w:hyperlink r:id="rId11">
        <w:r>
          <w:rPr>
            <w:color w:val="0000EE"/>
            <w:u w:val="single"/>
          </w:rPr>
          <w:t>https://www.lgbtqnation.com/2026/09/gillian-anderson-comes-out-as-pansexual-shares-what-turns-her-on-about-mens-womens-bodies/</w:t>
        </w:r>
      </w:hyperlink>
      <w:r>
        <w:t xml:space="preserve"> - Gillian Anderson, the 58-year-old American TV and film actress, came out as pansexual in a recent interview with The Australian, though she has previously discussed her past attraction to women. The interview’s author Nikki Gemmell wrote '[Anderson] tells me she’s pan, as in pansexual, as in attracted to all genders.' Anderson also revealed in the interview that she finds men’s forearms and hands physically attractive, as well as women’s lips, buttocks, and collarbones.</w:t>
      </w:r>
      <w:r/>
    </w:p>
    <w:p>
      <w:pPr>
        <w:pStyle w:val="ListNumber"/>
        <w:spacing w:line="240" w:lineRule="auto"/>
        <w:ind w:left="720"/>
      </w:pPr>
      <w:r/>
      <w:hyperlink r:id="rId12">
        <w:r>
          <w:rPr>
            <w:color w:val="0000EE"/>
            <w:u w:val="single"/>
          </w:rPr>
          <w:t>https://lgbtqnews.org/news/gillian-anderson-shares-that-she-is-pansexual</w:t>
        </w:r>
      </w:hyperlink>
      <w:r>
        <w:t xml:space="preserve"> - Gillian Anderson has shared that she is pansexual, indicating attraction to all genders. The X-Files star has previously discussed her sexual fluidity, including relationships with women, in interviews as far back as 2012 with Out magazine. Anderson's identification as pansexual was mentioned in a profile where she discussed her past relationships and attraction to all genders. This label is not entirely new for Anderson, who had touched on the concept in a 2024 conversation about her book. Further details about Anderson's thoughts on her identity are available from the source, including an interview with The Australian.</w:t>
      </w:r>
      <w:r/>
    </w:p>
    <w:p>
      <w:pPr>
        <w:pStyle w:val="ListNumber"/>
        <w:spacing w:line="240" w:lineRule="auto"/>
        <w:ind w:left="720"/>
      </w:pPr>
      <w:r/>
      <w:hyperlink r:id="rId14">
        <w:r>
          <w:rPr>
            <w:color w:val="0000EE"/>
            <w:u w:val="single"/>
          </w:rPr>
          <w:t>https://celebrityzones.com/2026/09/11/gillian-anderson-comes-out-as-pansexual-shares-what-turns-her-on-about-mens-womens-bodies/</w:t>
        </w:r>
      </w:hyperlink>
      <w:r>
        <w:t xml:space="preserve"> - Gillian Anderson, the 58-year-old American TV and film actress, came out as pansexual in a recent interview with The Australian, though she has previously discussed her past attraction to women. The interview’s author Nikki Gemmell wrote '[Anderson] tells me she’s pan, as in pansexual, as in attracted to all genders.' Anderson also revealed in the interview that she finds men’s forearms and hands physically attractive, as well as women’s lips, buttocks, and collarbones. Anderson currently stars in the sapphic horror romance Teenage Sex &amp; Death at Camp Miasma. She previously played bisexual detective Stella Gibson in the 2013-2016 crime thriller TV series The Fall. She told The Australian that she is 'a very sexual being' and that her understanding of sexuality has changed throughout her life.</w:t>
      </w:r>
      <w:r/>
    </w:p>
    <w:p>
      <w:pPr>
        <w:pStyle w:val="ListNumber"/>
        <w:spacing w:line="240" w:lineRule="auto"/>
        <w:ind w:left="720"/>
      </w:pPr>
      <w:r/>
      <w:hyperlink r:id="rId13">
        <w:r>
          <w:rPr>
            <w:color w:val="0000EE"/>
            <w:u w:val="single"/>
          </w:rPr>
          <w:t>https://www.gay-infos.de/news/medien-repraesentation/gillian-anderson-outet-sich-als-pansexuell.html</w:t>
        </w:r>
      </w:hyperlink>
      <w:r>
        <w:t xml:space="preserve"> - In an interview with Australian journalist Nikki Gemmell, actress Gillian Anderson explicitly identified herself as pansexual. She stated that she is pan, meaning pansexual, attracted to all genders. The 58-year-old added that she is attracted to men's forearms and hands, as well as women's lips, buttocks, and collarbones. This is not the first time Anderson has discussed her fluid sexuality; in 2015, she spoke with The Telegraph about past same-sex relationships and expressed openness to future ones, emphasizing that love transcends gender.</w:t>
      </w:r>
      <w:r/>
    </w:p>
    <w:p>
      <w:pPr>
        <w:pStyle w:val="ListNumber"/>
        <w:spacing w:line="240" w:lineRule="auto"/>
        <w:ind w:left="720"/>
      </w:pPr>
      <w:r/>
      <w:hyperlink r:id="rId15">
        <w:r>
          <w:rPr>
            <w:color w:val="0000EE"/>
            <w:u w:val="single"/>
          </w:rPr>
          <w:t>https://www.inframenow.com/story/170184/</w:t>
        </w:r>
      </w:hyperlink>
      <w:r>
        <w:t xml:space="preserve"> - Gillian Anderson has said that she identifies as pansexual, publicly adopting a specific description for her sexuality after previously expressing uncertainty about which label best represented her experiences. In an interview published by The Australian on September 10, Anderson described herself as 'pan, as in pansexual, as in attracted to all genders.' The statement represents a change in emphasis from Anderson’s earlier public comments, in which she discussed relationships with women but stopped short of choosing a definitive sexual-identity label. Anderson is known internationally for playing FBI agent Dana Scully in The X-Files and for appearing in productions including The Crown and Sex Education.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24.hu/elet-stilus/2026/09/14/gillian-anderson-panszexualis/" TargetMode="External"/><Relationship Id="rId10" Type="http://schemas.openxmlformats.org/officeDocument/2006/relationships/hyperlink" Target="https://elpais.com/gente/2026-09-14/la-actriz-gillian-anderson-se-define-como-pansexual-en-mi-juventud-tuve-relaciones-con-mujeres.html" TargetMode="External"/><Relationship Id="rId11" Type="http://schemas.openxmlformats.org/officeDocument/2006/relationships/hyperlink" Target="https://www.lgbtqnation.com/2026/09/gillian-anderson-comes-out-as-pansexual-shares-what-turns-her-on-about-mens-womens-bodies/" TargetMode="External"/><Relationship Id="rId12" Type="http://schemas.openxmlformats.org/officeDocument/2006/relationships/hyperlink" Target="https://lgbtqnews.org/news/gillian-anderson-shares-that-she-is-pansexual" TargetMode="External"/><Relationship Id="rId13" Type="http://schemas.openxmlformats.org/officeDocument/2006/relationships/hyperlink" Target="https://www.gay-infos.de/news/medien-repraesentation/gillian-anderson-outet-sich-als-pansexuell.html" TargetMode="External"/><Relationship Id="rId14" Type="http://schemas.openxmlformats.org/officeDocument/2006/relationships/hyperlink" Target="https://celebrityzones.com/2026/09/11/gillian-anderson-comes-out-as-pansexual-shares-what-turns-her-on-about-mens-womens-bodies/" TargetMode="External"/><Relationship Id="rId15" Type="http://schemas.openxmlformats.org/officeDocument/2006/relationships/hyperlink" Target="https://www.inframenow.com/story/17018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