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Gillian Anderson identifies as pansexual after years of openness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Gillian Anderson has given a clearer name to her experience of attraction, identifying as pansexual in a new interview while promoting her latest book. The actor has spoken about relationships with women for years, and her comments offer a thoughtful look at why labels can take time to feel right.</w:t>
      </w:r>
      <w:r/>
    </w:p>
    <w:p>
      <w:pPr>
        <w:pStyle w:val="Heading2"/>
      </w:pPr>
      <w:r>
        <w:t>Anderson puts a name to her sexuality</w:t>
      </w:r>
      <w:r/>
    </w:p>
    <w:p>
      <w:r/>
      <w:r>
        <w:t>Gillian Anderson has described herself as pansexual, explaining that she’s attracted to people of all genders. The actor made the disclosure while speaking to The Australian, adding that she had relationships with women when she was younger.</w:t>
      </w:r>
      <w:r/>
    </w:p>
    <w:p>
      <w:r/>
      <w:r>
        <w:t>The comment isn’t entirely unexpected. Anderson has discussed her sexuality publicly for more than a decade, but she’s often resisted rushing towards a definitive label. That measured approach feels significant, particularly in a culture that can treat personal identity announcements like neat, headline-ready boxes.</w:t>
      </w:r>
      <w:r/>
    </w:p>
    <w:p>
      <w:pPr>
        <w:pStyle w:val="Heading2"/>
      </w:pPr>
      <w:r>
        <w:t>Why the label has taken time</w:t>
      </w:r>
      <w:r/>
    </w:p>
    <w:p>
      <w:r/>
      <w:r>
        <w:t>In a 2024 profile for The New Yorker, Anderson wondered aloud whether bisexual or pansexual best described her experiences. She also said gender had generally felt less important than the individual she was drawn to.</w:t>
      </w:r>
      <w:r/>
    </w:p>
    <w:p>
      <w:r/>
      <w:r>
        <w:t>That uncertainty wasn’t a contradiction. For many people, identity develops through lived experience rather than arriving as a perfectly packaged definition. Anderson’s comments suggest that the language became clearer gradually, as she reflected on relationships, attraction and the limits of the terms available when she was younger.</w:t>
      </w:r>
      <w:r/>
    </w:p>
    <w:p>
      <w:pPr>
        <w:pStyle w:val="Heading2"/>
      </w:pPr>
      <w:r>
        <w:t>A conversation shaped by desire and creativity</w:t>
      </w:r>
      <w:r/>
    </w:p>
    <w:p>
      <w:r/>
      <w:r>
        <w:t>The timing of the interview is closely linked to More, Anderson’s second collection of anonymous women’s sexual fantasies. The book follows Want, continuing her interest in how women describe desire when they’re given room to speak freely.</w:t>
      </w:r>
      <w:r/>
    </w:p>
    <w:p>
      <w:r/>
      <w:r>
        <w:t>Her creative work has also repeatedly returned to sex and intimacy. Playing sex therapist Jean Milburn in Sex Education helped make Anderson a familiar, warm presence in conversations about bodies, relationships and pleasure, while her recent film work has explored queer desire in a darker register.</w:t>
      </w:r>
      <w:r/>
    </w:p>
    <w:p>
      <w:pPr>
        <w:pStyle w:val="Heading2"/>
      </w:pPr>
      <w:r>
        <w:t>Anderson’s public journey has been gradual</w:t>
      </w:r>
      <w:r/>
    </w:p>
    <w:p>
      <w:r/>
      <w:r>
        <w:t>Anderson first spoke publicly about relationships with women in an interview with Out in 2012. Since then, she’s returned to the subject in discussions about adolescence, attraction and the way people search for words that fit their lives.</w:t>
      </w:r>
      <w:r/>
    </w:p>
    <w:p>
      <w:r/>
      <w:r>
        <w:t>Coverage from LGBTQ+ Nation and Evoke has framed the latest interview as a coming-out moment, while reports from El Pais and t-online have highlighted Anderson’s comments about her younger relationships. Even so, her own account is less about a dramatic reveal than a continuing conversation.</w:t>
      </w:r>
      <w:r/>
    </w:p>
    <w:p>
      <w:r/>
      <w:r>
        <w:t>That distinction matters. Coming out can be deeply personal, but it doesn’t have to follow one script, arrive at one age or use one permanent label. Anderson’s story is a reminder that self-understanding can be quiet, exploratory and still completely valid.</w:t>
      </w:r>
      <w:r/>
    </w:p>
    <w:p>
      <w:pPr>
        <w:pStyle w:val="Heading2"/>
      </w:pPr>
      <w:r>
        <w:t>What her comments mean for fans</w:t>
      </w:r>
      <w:r/>
    </w:p>
    <w:p>
      <w:r/>
      <w:r>
        <w:t>For audiences who’ve followed Anderson from The X-Files to Sex Education, the disclosure adds context to a public career that has often explored identity and intimacy. It doesn’t change those performances, but it may deepen the way some viewers understand the themes running through them.</w:t>
      </w:r>
      <w:r/>
    </w:p>
    <w:p>
      <w:r/>
      <w:r>
        <w:t>Anderson has suggested that this particularly concentrated period of work about sexuality may eventually ease off. For now, though, her books, interviews and screen roles are keeping the conversation open, with a noticeably human quality rather than a polished publicity gloss.</w:t>
      </w:r>
      <w:r/>
    </w:p>
    <w:p>
      <w:r/>
      <w:r>
        <w:t>Self-definition rarely arrives on schedule. In Anderson’s case, the most striking part may be not the label itself, but the freedom to choose it when it finally feels useful.</w:t>
      </w:r>
      <w:r/>
    </w:p>
    <w:p>
      <w:r/>
      <w:r>
        <w:t>It's a personal label, but Anderson's openness may help others find language that feels like their 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https://wealthofgeeks.com/gillian-anderson-opens-up-about-being-pansexual-after-years-of-discussing-her-sexuality/</w:t>
        </w:r>
      </w:hyperlink>
      <w:r>
        <w:t xml:space="preserve"> - Please view link - unable to able to access data</w:t>
      </w:r>
      <w:r/>
    </w:p>
    <w:p>
      <w:pPr>
        <w:pStyle w:val="ListNumber"/>
        <w:spacing w:line="240" w:lineRule="auto"/>
        <w:ind w:left="720"/>
      </w:pPr>
      <w:r/>
      <w:hyperlink r:id="rId10">
        <w:r>
          <w:rPr>
            <w:color w:val="0000EE"/>
            <w:u w:val="single"/>
          </w:rPr>
          <w:t>https://www.lgbtqnation.com/2026/09/gillian-anderson-comes-out-as-pansexual-shares-what-turns-her-on-about-mens-womens-bodies/</w:t>
        </w:r>
      </w:hyperlink>
      <w:r>
        <w:t xml:space="preserve"> - Gillian Anderson, the 58-year-old actress known for her roles in 'The X-Files' and 'Sex Education', has publicly identified as pansexual in a recent interview with The Australian. She described herself as 'pan, as in pansexual, as in attracted to all genders.' Anderson also shared her attraction to specific physical features, noting she finds men's forearms and hands, as well as women's lips, buttocks, and collarbones, physically appealing. This disclosure adds to her previous discussions about her sexuality, including past relationships with women and her evolving understanding of her sexual identity.</w:t>
      </w:r>
      <w:r/>
    </w:p>
    <w:p>
      <w:pPr>
        <w:pStyle w:val="ListNumber"/>
        <w:spacing w:line="240" w:lineRule="auto"/>
        <w:ind w:left="720"/>
      </w:pPr>
      <w:r/>
      <w:hyperlink r:id="rId11">
        <w:r>
          <w:rPr>
            <w:color w:val="0000EE"/>
            <w:u w:val="single"/>
          </w:rPr>
          <w:t>https://evoke.ie/2026/09/13/entertainment/gillian-anderson-pansexual</w:t>
        </w:r>
      </w:hyperlink>
      <w:r>
        <w:t xml:space="preserve"> - In a recent interview with The Australian, actress Gillian Anderson, 58, has come out as pansexual. She revealed that in her younger years, she had relationships with women and that hearing other women's experiences has shaped her understanding of her own sexuality. Anderson also discussed how many women her age are rediscovering their sensuality and desire, noting stories of women dating again and being approached by younger men on apps. She emphasized that her attraction to people is not dependent on gender.</w:t>
      </w:r>
      <w:r/>
    </w:p>
    <w:p>
      <w:pPr>
        <w:pStyle w:val="ListNumber"/>
        <w:spacing w:line="240" w:lineRule="auto"/>
        <w:ind w:left="720"/>
      </w:pPr>
      <w:r/>
      <w:hyperlink r:id="rId12">
        <w:r>
          <w:rPr>
            <w:color w:val="0000EE"/>
            <w:u w:val="single"/>
          </w:rPr>
          <w:t>https://www.newyorker.com/magazine/2024/08/05/gillian-anderson-profile</w:t>
        </w:r>
      </w:hyperlink>
      <w:r>
        <w:t xml:space="preserve"> - In a 2024 profile for The New Yorker, Gillian Anderson openly questioned her sexual identity, asking, 'Am I pansexual? Am I bisexual?' She reflected on her past relationships and the way she experiences attraction, noting that gender itself had not carried much importance for her when she was attracted to someone. Anderson also discussed her experiences with same-sex relationships and the limited language she felt she had for sexuality when she was younger.</w:t>
      </w:r>
      <w:r/>
    </w:p>
    <w:p>
      <w:pPr>
        <w:pStyle w:val="ListNumber"/>
        <w:spacing w:line="240" w:lineRule="auto"/>
        <w:ind w:left="720"/>
      </w:pPr>
      <w:r/>
      <w:hyperlink r:id="rId14">
        <w:r>
          <w:rPr>
            <w:color w:val="0000EE"/>
            <w:u w:val="single"/>
          </w:rPr>
          <w:t>https://www.t-online.de/unterhaltung/stars/id_101433174/-akte-x-star-gillian-anderson-outet-sich-als-pansexuell.html</w:t>
        </w:r>
      </w:hyperlink>
      <w:r>
        <w:t xml:space="preserve"> - Gillian Anderson, known for her role in 'The X-Files', has publicly identified as pansexual. In an interview with The Australian, she described herself as 'pan, as in pansexual, as in attracted to all genders.' Anderson also reflected on her past relationships with women and how her understanding of her sexuality has evolved over time. She emphasized that her attraction to people is not dependent on gender and discussed how many women her age are rediscovering their sensuality and desire.</w:t>
      </w:r>
      <w:r/>
    </w:p>
    <w:p>
      <w:pPr>
        <w:pStyle w:val="ListNumber"/>
        <w:spacing w:line="240" w:lineRule="auto"/>
        <w:ind w:left="720"/>
      </w:pPr>
      <w:r/>
      <w:hyperlink r:id="rId13">
        <w:r>
          <w:rPr>
            <w:color w:val="0000EE"/>
            <w:u w:val="single"/>
          </w:rPr>
          <w:t>https://pulptastic.com/gillian-anderson-opens-up-about-identifying-as-pansexual-in-new-interview/</w:t>
        </w:r>
      </w:hyperlink>
      <w:r>
        <w:t xml:space="preserve"> - Gillian Anderson, 58, has identified as pansexual in a new interview with The Australian. She described herself as 'pan, as in pansexual, as in attracted to all genders.' Anderson, who has been open about past relationships with women, traced the evolution of her understanding to a 2024 conversation with The New Yorker, where she questioned her own identity aloud. She also discussed a secretive teenage relationship with an older girl at school, noting it felt 'secretive and illicit and wrong and we had to hide.'</w:t>
      </w:r>
      <w:r/>
    </w:p>
    <w:p>
      <w:pPr>
        <w:pStyle w:val="ListNumber"/>
        <w:spacing w:line="240" w:lineRule="auto"/>
        <w:ind w:left="720"/>
      </w:pPr>
      <w:r/>
      <w:hyperlink r:id="rId15">
        <w:r>
          <w:rPr>
            <w:color w:val="0000EE"/>
            <w:u w:val="single"/>
          </w:rPr>
          <w:t>https://elpais.com/gente/2026-09-14/la-actriz-gillian-anderson-se-define-como-pansexual-en-mi-juventud-tuve-relaciones-con-mujeres.html</w:t>
        </w:r>
      </w:hyperlink>
      <w:r>
        <w:t xml:space="preserve"> - Actress Gillian Anderson, known for her roles in 'The X-Files' and 'Sex Education', has defined herself as pansexual in a recent interview with The Australian. At 58, Anderson has openly discussed her sexual and emotional life, revealing that in her youth she had relationships with women and acknowledging that she didn't have the words to define her sexuality at that time. She indicated that her attraction to people is not dependent on gender. Anderson has found in her projects, such as the books 'Want' and its sequel 'More', a way to explore and empower her sexuality.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althofgeeks.com/gillian-anderson-opens-up-about-being-pansexual-after-years-of-discussing-her-sexuality/" TargetMode="External"/><Relationship Id="rId10" Type="http://schemas.openxmlformats.org/officeDocument/2006/relationships/hyperlink" Target="https://www.lgbtqnation.com/2026/09/gillian-anderson-comes-out-as-pansexual-shares-what-turns-her-on-about-mens-womens-bodies/" TargetMode="External"/><Relationship Id="rId11" Type="http://schemas.openxmlformats.org/officeDocument/2006/relationships/hyperlink" Target="https://evoke.ie/2026/09/13/entertainment/gillian-anderson-pansexual" TargetMode="External"/><Relationship Id="rId12" Type="http://schemas.openxmlformats.org/officeDocument/2006/relationships/hyperlink" Target="https://www.newyorker.com/magazine/2024/08/05/gillian-anderson-profile" TargetMode="External"/><Relationship Id="rId13" Type="http://schemas.openxmlformats.org/officeDocument/2006/relationships/hyperlink" Target="https://pulptastic.com/gillian-anderson-opens-up-about-identifying-as-pansexual-in-new-interview/" TargetMode="External"/><Relationship Id="rId14" Type="http://schemas.openxmlformats.org/officeDocument/2006/relationships/hyperlink" Target="https://www.t-online.de/unterhaltung/stars/id_101433174/-akte-x-star-gillian-anderson-outet-sich-als-pansexuell.html" TargetMode="External"/><Relationship Id="rId15" Type="http://schemas.openxmlformats.org/officeDocument/2006/relationships/hyperlink" Target="https://elpais.com/gente/2026-09-14/la-actriz-gillian-anderson-se-define-como-pansexual-en-mi-juventud-tuve-relaciones-con-mujere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