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Burlington Pride Returns With Volunteer-Led Community Spirit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are bringing Burlington Pride back to Church Street after financial pressures prompted the Pride Center of Vermont to pause its organising role. A new community coalition has stepped in, keeping the celebration visible, joyful and rooted in solidarity while rethinking how one of Vermont's best-known Pride events can move forward.</w:t>
      </w:r>
      <w:r/>
    </w:p>
    <w:p>
      <w:pPr>
        <w:pStyle w:val="Heading2"/>
      </w:pPr>
      <w:r>
        <w:t>Essential Takeaways</w:t>
      </w:r>
      <w:r/>
      <w:r/>
    </w:p>
    <w:p>
      <w:pPr>
        <w:pStyle w:val="ListBullet"/>
        <w:spacing w:line="240" w:lineRule="auto"/>
        <w:ind w:left="720"/>
      </w:pPr>
      <w:r/>
      <w:r>
        <w:rPr>
          <w:b/>
        </w:rPr>
        <w:t>A new organiser:</w:t>
      </w:r>
      <w:r>
        <w:t xml:space="preserve"> A coalition of community members and organisations has taken responsibility for Burlington Pride.</w:t>
      </w:r>
      <w:r/>
    </w:p>
    <w:p>
      <w:pPr>
        <w:pStyle w:val="ListBullet"/>
        <w:spacing w:line="240" w:lineRule="auto"/>
        <w:ind w:left="720"/>
      </w:pPr>
      <w:r/>
      <w:r>
        <w:rPr>
          <w:b/>
        </w:rPr>
        <w:t>Volunteer-powered planning:</w:t>
      </w:r>
      <w:r>
        <w:t xml:space="preserve"> Much of the work has happened outside normal hours, through early meetings and late-night emails.</w:t>
      </w:r>
      <w:r/>
    </w:p>
    <w:p>
      <w:pPr>
        <w:pStyle w:val="ListBullet"/>
        <w:spacing w:line="240" w:lineRule="auto"/>
        <w:ind w:left="720"/>
      </w:pPr>
      <w:r/>
      <w:r>
        <w:rPr>
          <w:b/>
        </w:rPr>
        <w:t>More than a party:</w:t>
      </w:r>
      <w:r>
        <w:t xml:space="preserve"> Organisers describe Pride as both a celebration and a public show of visibility and solidarity.</w:t>
      </w:r>
      <w:r/>
    </w:p>
    <w:p>
      <w:pPr>
        <w:pStyle w:val="ListBullet"/>
        <w:spacing w:line="240" w:lineRule="auto"/>
        <w:ind w:left="720"/>
      </w:pPr>
      <w:r/>
      <w:r>
        <w:rPr>
          <w:b/>
        </w:rPr>
        <w:t>A long-running tradition:</w:t>
      </w:r>
      <w:r>
        <w:t xml:space="preserve"> The event has deep roots in Burlington's LGBTQ+ community and local civic life.</w:t>
      </w:r>
      <w:r/>
    </w:p>
    <w:p>
      <w:pPr>
        <w:pStyle w:val="ListBullet"/>
        <w:spacing w:line="240" w:lineRule="auto"/>
        <w:ind w:left="720"/>
      </w:pPr>
      <w:r/>
      <w:r>
        <w:rPr>
          <w:b/>
        </w:rPr>
        <w:t>A hopeful mood:</w:t>
      </w:r>
      <w:r>
        <w:t xml:space="preserve"> The coalition wants visitors to experience joy, safety, welcome and togetherness.</w:t>
      </w:r>
      <w:r/>
      <w:r/>
    </w:p>
    <w:p>
      <w:pPr>
        <w:pStyle w:val="Heading2"/>
      </w:pPr>
      <w:r>
        <w:t>Burlington Pride Finds Its Way Back</w:t>
      </w:r>
      <w:r/>
    </w:p>
    <w:p>
      <w:r/>
      <w:r>
        <w:t>The most striking thing about this year's Burlington Pride isn't simply that the event went ahead. It's that it returned with the unmistakable feel of a community refusing to let uncertainty have the final word.</w:t>
      </w:r>
      <w:r/>
    </w:p>
    <w:p>
      <w:r/>
      <w:r>
        <w:t>Church Street once again became a bright, busy gathering place, with the new Pride Vermont Coalition stepping in after the Pride Center of Vermont faced financial difficulties and paused its operations. NBC5 reported that the change left organisers and residents searching for answers earlier in the year, before a group of individuals and organisations began building a new plan.</w:t>
      </w:r>
      <w:r/>
    </w:p>
    <w:p>
      <w:r/>
      <w:r>
        <w:t>That may sound like a logistical rescue, but it carries a stronger emotional charge. Pride events are often remembered through flags, music and packed pavements, yet their real strength is the sense that people have shown up for one another.</w:t>
      </w:r>
      <w:r/>
    </w:p>
    <w:p>
      <w:pPr>
        <w:pStyle w:val="Heading2"/>
      </w:pPr>
      <w:r>
        <w:t>Why the Organising Model Has Changed</w:t>
      </w:r>
      <w:r/>
    </w:p>
    <w:p>
      <w:r/>
      <w:r>
        <w:t>The coalition brings together community members including Austin Grant, Conor Daly, Bob Billiard, Scott Carlson and Mariah Flynn, alongside organisations such as Burley Bear Promotions. According to NBC5, Burley Bear Promotions has helped raise money for Burlington Pride for almost two decades.</w:t>
      </w:r>
      <w:r/>
    </w:p>
    <w:p>
      <w:r/>
      <w:r>
        <w:t>This year's preparation has been notably hands-on. Planning meetings and messages have taken place early in the morning or late at night, with volunteers fitting the work around their ordinary jobs and responsibilities. It's not the glamorous side of event production, but it's often the part that keeps a public celebration alive.</w:t>
      </w:r>
      <w:r/>
    </w:p>
    <w:p>
      <w:r/>
      <w:r>
        <w:t>The arrangement also creates room for fresh thinking. Chris Vaccaro of the Pride Vermont Coalition told NBC5 that bringing different voices together offered a chance to reconsider what the event should be and how it should serve the community.</w:t>
      </w:r>
      <w:r/>
    </w:p>
    <w:p>
      <w:pPr>
        <w:pStyle w:val="Heading2"/>
      </w:pPr>
      <w:r>
        <w:t>Pride Is Celebration, But It's Also Visibility</w:t>
      </w:r>
      <w:r/>
    </w:p>
    <w:p>
      <w:r/>
      <w:r>
        <w:t>Burlington Pride has never been only about entertainment. Pride Center Vermont's historical material places the event within a wider tradition of LGBTQ+ organising, remembrance and public visibility, while local coverage continues to frame it as an important part of Burlington's community calendar.</w:t>
      </w:r>
      <w:r/>
    </w:p>
    <w:p>
      <w:r/>
      <w:r>
        <w:t>Vaccaro described the event to NBC5 as both a celebration and a demonstration. That dual role matters, particularly when public visibility can feel hard-won. A parade or festival can be joyful and politically meaningful at the same time, without either side cancelling out the other.</w:t>
      </w:r>
      <w:r/>
    </w:p>
    <w:p>
      <w:r/>
      <w:r>
        <w:t>For visitors, the practical lesson is simple: arrive ready for more than a colourful afternoon. Listen, take part respectfully and remember that the people around you may be attending for very different reasons, from celebration to connection to finding a place where they feel safe.</w:t>
      </w:r>
      <w:r/>
    </w:p>
    <w:p>
      <w:pPr>
        <w:pStyle w:val="Heading2"/>
      </w:pPr>
      <w:r>
        <w:t>What Visitors Can Expect From a Community-Led Event</w:t>
      </w:r>
      <w:r/>
    </w:p>
    <w:p>
      <w:r/>
      <w:r>
        <w:t>Local visitor information about Vermont Pride highlights Burlington's parade-and-festival format, with Church Street serving as a natural centre for gathering, shopping and people-watching. The setting makes the event accessible, but crowds, warm weather and a full programme can still make a little planning worthwhile.</w:t>
      </w:r>
      <w:r/>
    </w:p>
    <w:p>
      <w:r/>
      <w:r>
        <w:t>If you're attending, check the latest event information before travelling, allow extra time for busy streets and consider how you'll get home. Comfortable shoes are a wise choice, as is carrying water and using sunscreen. Most importantly, follow steward and organiser guidance, especially around routes, entrances and busy areas.</w:t>
      </w:r>
      <w:r/>
    </w:p>
    <w:p>
      <w:r/>
      <w:r>
        <w:t>A volunteer-led event may feel slightly different from a professionally managed production, but that isn't necessarily a drawback. It can feel more personal, more local and more visibly connected to the people who make Burlington's LGBTQ+ community what it is.</w:t>
      </w:r>
      <w:r/>
    </w:p>
    <w:p>
      <w:pPr>
        <w:pStyle w:val="Heading2"/>
      </w:pPr>
      <w:r>
        <w:t>A More Resilient Future for Burlington Pride</w:t>
      </w:r>
      <w:r/>
    </w:p>
    <w:p>
      <w:r/>
      <w:r>
        <w:t>The new coalition's arrival doesn't erase the financial pressures that caused the Pride Center to step back. It does, however, show how quickly community networks can respond when a familiar institution is no longer able to carry the full load.</w:t>
      </w:r>
      <w:r/>
    </w:p>
    <w:p>
      <w:r/>
      <w:r>
        <w:t>According to NBC5, Vaccaro hopes the coalition will continue playing a central role in future Burlington Pride events. The outlook is cautiously optimistic: the model may develop over time, but the immediate priority is clear - keeping the celebration safe, welcoming and representative of the people who attend it.</w:t>
      </w:r>
      <w:r/>
    </w:p>
    <w:p>
      <w:r/>
      <w:r>
        <w:t>That feels like the right note to end on. Pride can be loud and colourful, but it can also be quietly determined. Sometimes, the most powerful statement is simply making sure the doors stay open and the gathering continues.</w:t>
      </w:r>
      <w:r/>
    </w:p>
    <w:p>
      <w:r/>
      <w:r>
        <w:t>Burlington Pride's return shows what a committed community can build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[7]</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10">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10">
        <w:r>
          <w:rPr>
            <w:color w:val="0000EE"/>
            <w:u w:val="single"/>
          </w:rPr>
          <w:t>[5]</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[5]</w:t>
        </w:r>
      </w:hyperlink>
      <w:r>
        <w:t xml:space="preserve">- Paragraph 15: </w:t>
      </w:r>
      <w:hyperlink r:id="rId9">
        <w:r>
          <w:rPr>
            <w:color w:val="0000EE"/>
            <w:u w:val="single"/>
          </w:rPr>
          <w:t>[2]</w:t>
        </w:r>
      </w:hyperlink>
      <w:r>
        <w:t xml:space="preserve">, </w:t>
      </w:r>
      <w:hyperlink r:id="rId11">
        <w:r>
          <w:rPr>
            <w:color w:val="0000EE"/>
            <w:u w:val="single"/>
          </w:rPr>
          <w:t>[4]</w:t>
        </w:r>
      </w:hyperlink>
      <w:r>
        <w:t xml:space="preserve">- Paragraph 16: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https://www.mynbc5.com/article/nbc5-in-depth-burlington-pride/73720425</w:t>
        </w:r>
      </w:hyperlink>
      <w:r>
        <w:t xml:space="preserve"> - Please view link - unable to able to access data</w:t>
      </w:r>
      <w:r/>
    </w:p>
    <w:p>
      <w:pPr>
        <w:pStyle w:val="ListNumber"/>
        <w:spacing w:line="240" w:lineRule="auto"/>
        <w:ind w:left="720"/>
      </w:pPr>
      <w:r/>
      <w:hyperlink r:id="rId9">
        <w:r>
          <w:rPr>
            <w:color w:val="0000EE"/>
            <w:u w:val="single"/>
          </w:rPr>
          <w:t>https://www.mynbc5.com/article/nbc5-in-depth-burlington-pride/73720425</w:t>
        </w:r>
      </w:hyperlink>
      <w:r>
        <w:t xml:space="preserve"> - This article discusses the Burlington Pride event, highlighting the formation of a new coalition of community members and organizations that took over the event's organization after the Pride Center of Vermont paused operations due to financial challenges. The coalition includes individuals like Chris Vaccaro, Austin Grant, Conor Daly, Bob Billiard, Scott Carlson, and Mariah Flynn, as well as organizations such as Burley Bear Promotions. The event was entirely volunteer-driven, with planning occurring outside regular hours. Vaccaro emphasized the dual role of Pride as both a celebration and a demonstration of visibility and solidarity.</w:t>
      </w:r>
      <w:r/>
    </w:p>
    <w:p>
      <w:pPr>
        <w:pStyle w:val="ListNumber"/>
        <w:spacing w:line="240" w:lineRule="auto"/>
        <w:ind w:left="720"/>
      </w:pPr>
      <w:r/>
      <w:hyperlink r:id="rId14">
        <w:r>
          <w:rPr>
            <w:color w:val="0000EE"/>
            <w:u w:val="single"/>
          </w:rPr>
          <w:t>https://www.pridecentervt.org/2026/07/07/burlington-pride-is-returning-sunday-september-13/</w:t>
        </w:r>
      </w:hyperlink>
      <w:r>
        <w:t xml:space="preserve"> - This announcement from the Pride Center of Vermont details the return of the annual Pride Vermont Parade and Festival to downtown Burlington on Sunday, September 13, 2026. The parade will start at 12:00 p.m. on South Winooski Avenue, proceeding through Church and Pearl streets to Battery Park, where the festival will begin at 1 p.m. The Pride Center of Vermont has stepped back from organizing the event to focus on rebuilding year-round programming, passing the responsibility to a coalition of local groups and organizers, including Burly Bear, Out in the 802, Queer VT, and the City of Burlington.</w:t>
      </w:r>
      <w:r/>
    </w:p>
    <w:p>
      <w:pPr>
        <w:pStyle w:val="ListNumber"/>
        <w:spacing w:line="240" w:lineRule="auto"/>
        <w:ind w:left="720"/>
      </w:pPr>
      <w:r/>
      <w:hyperlink r:id="rId11">
        <w:r>
          <w:rPr>
            <w:color w:val="0000EE"/>
            <w:u w:val="single"/>
          </w:rPr>
          <w:t>https://www.pridecentervt.org/history/</w:t>
        </w:r>
      </w:hyperlink>
      <w:r>
        <w:t xml:space="preserve"> - This page provides a history of the Pride Center of Vermont, detailing its evolution from a drop-in resource center to a vibrant community hub offering various services and events. It highlights the creation of the Vermont Queer Archives and the expansion of social and cultural events across the state. The page also notes that, as of October 10, 2025, the Pride Center paused operations due to critical funding shortfalls, leading to a community mapping exercise to assess the needs and aspirations of 2STLGBQIA+ Vermonters during the rebuilding phase.</w:t>
      </w:r>
      <w:r/>
    </w:p>
    <w:p>
      <w:pPr>
        <w:pStyle w:val="ListNumber"/>
        <w:spacing w:line="240" w:lineRule="auto"/>
        <w:ind w:left="720"/>
      </w:pPr>
      <w:r/>
      <w:hyperlink r:id="rId10">
        <w:r>
          <w:rPr>
            <w:color w:val="0000EE"/>
            <w:u w:val="single"/>
          </w:rPr>
          <w:t>https://www.helloburlingtonvt.com/blog/post/vermont-pride-2026-what-to-know-about-burlingtons-pride-parade-festival/</w:t>
        </w:r>
      </w:hyperlink>
      <w:r>
        <w:t xml:space="preserve"> - This blog post provides information about the 2026 Vermont Pride Parade and Festival in Burlington. It details the parade route, starting at noon on South Winooski Avenue, moving through Church and Pearl Streets, and ending at Battery Park, where the festival will take place from 1 to 4 p.m. The post mentions that the Pride Center of Vermont stepped back from organizing the event to focus on year-round programming, and a coalition of local groups, including Burly Bear, Out in the 802, Queer VT, and the City of Burlington, has taken over the organization of the event.</w:t>
      </w:r>
      <w:r/>
    </w:p>
    <w:p>
      <w:pPr>
        <w:pStyle w:val="ListNumber"/>
        <w:spacing w:line="240" w:lineRule="auto"/>
        <w:ind w:left="720"/>
      </w:pPr>
      <w:r/>
      <w:hyperlink r:id="rId13">
        <w:r>
          <w:rPr>
            <w:color w:val="0000EE"/>
            <w:u w:val="single"/>
          </w:rPr>
          <w:t>https://www.greenmountaincabaret.com/...</w:t>
        </w:r>
      </w:hyperlink>
      <w:r>
        <w:t xml:space="preserve"> - This website provides information about the 'Our Flag Means Pride' event, a burlesque variety show organized by Green Mountain Cabaret. The event is scheduled for Saturday, September 12, 2026, at the Main Street Landing Black Box Theater in Burlington, VT. It features performances by burlesque artists, drag performers, sea shanty singers, and more, all with a playful piratical twist. The event is free, with reservations suggested, and includes a queer local artist market before the show and during intermission. The event is sober and open to individuals aged 18 and up.</w:t>
      </w:r>
      <w:r/>
    </w:p>
    <w:p>
      <w:pPr>
        <w:pStyle w:val="ListNumber"/>
        <w:spacing w:line="240" w:lineRule="auto"/>
        <w:ind w:left="720"/>
      </w:pPr>
      <w:r/>
      <w:hyperlink r:id="rId12">
        <w:r>
          <w:rPr>
            <w:color w:val="0000EE"/>
            <w:u w:val="single"/>
          </w:rPr>
          <w:t>https://www.burlington.buzz/community/leos-pride-joy-is-the-point/</w:t>
        </w:r>
      </w:hyperlink>
      <w:r>
        <w:t xml:space="preserve"> - This article discusses Leo's Pride, an annual celebration in Burlington, VT, created in 2021 by Kerry and Leo Abramov. The event aims to provide a space where the LGBTQ+ community, especially its youth, can gather, be seen, and feel welcomed. The celebration includes performances, Queer-a-oke, fresh-baked cookies from JulieAnne’s Bakery &amp; Café, and opportunities to connect with local organizations that support LGBTQ+ individuals. The event remains true to Leo Abramov's vision of an inclusive, community-built celebration of diversity.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ynbc5.com/article/nbc5-in-depth-burlington-pride/73720425" TargetMode="External"/><Relationship Id="rId10" Type="http://schemas.openxmlformats.org/officeDocument/2006/relationships/hyperlink" Target="https://www.helloburlingtonvt.com/blog/post/vermont-pride-2026-what-to-know-about-burlingtons-pride-parade-festival/" TargetMode="External"/><Relationship Id="rId11" Type="http://schemas.openxmlformats.org/officeDocument/2006/relationships/hyperlink" Target="https://www.pridecentervt.org/history/" TargetMode="External"/><Relationship Id="rId12" Type="http://schemas.openxmlformats.org/officeDocument/2006/relationships/hyperlink" Target="https://www.burlington.buzz/community/leos-pride-joy-is-the-point/" TargetMode="External"/><Relationship Id="rId13" Type="http://schemas.openxmlformats.org/officeDocument/2006/relationships/hyperlink" Target="https://www.greenmountaincabaret.com/..." TargetMode="External"/><Relationship Id="rId14" Type="http://schemas.openxmlformats.org/officeDocument/2006/relationships/hyperlink" Target="https://www.pridecentervt.org/2026/07/07/burlington-pride-is-returning-sunday-september-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