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Burlington Pride Parade 2026 Brings Fresh Energy Downtown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Hundreds of people filled Burlington’s Church Street for the 2026 Pride parade, turning a late-summer Sunday into a bright, spirited show of support. With a new organising coalition keeping the tradition alive, local groups, students, businesses and public figures gathered to celebrate LGBTQ+ communities and equal rights.</w:t>
      </w:r>
      <w:r/>
    </w:p>
    <w:p>
      <w:pPr>
        <w:pStyle w:val="Heading2"/>
      </w:pPr>
      <w:r>
        <w:t>Essential Takeaways</w:t>
      </w:r>
      <w:r/>
      <w:r/>
    </w:p>
    <w:p>
      <w:pPr>
        <w:pStyle w:val="ListBullet"/>
        <w:spacing w:line="240" w:lineRule="auto"/>
        <w:ind w:left="720"/>
      </w:pPr>
      <w:r/>
      <w:r>
        <w:rPr>
          <w:b/>
        </w:rPr>
        <w:t>A strong turnout:</w:t>
      </w:r>
      <w:r>
        <w:t xml:space="preserve"> Hundreds joined the parade and lined downtown streets.</w:t>
      </w:r>
      <w:r/>
    </w:p>
    <w:p>
      <w:pPr>
        <w:pStyle w:val="ListBullet"/>
        <w:spacing w:line="240" w:lineRule="auto"/>
        <w:ind w:left="720"/>
      </w:pPr>
      <w:r/>
      <w:r>
        <w:rPr>
          <w:b/>
        </w:rPr>
        <w:t>A new organising team:</w:t>
      </w:r>
      <w:r>
        <w:t xml:space="preserve"> A coalition took over after the Pride Center of Vermont stepped back from the September event.</w:t>
      </w:r>
      <w:r/>
    </w:p>
    <w:p>
      <w:pPr>
        <w:pStyle w:val="ListBullet"/>
        <w:spacing w:line="240" w:lineRule="auto"/>
        <w:ind w:left="720"/>
      </w:pPr>
      <w:r/>
      <w:r>
        <w:rPr>
          <w:b/>
        </w:rPr>
        <w:t>Community-led celebration:</w:t>
      </w:r>
      <w:r>
        <w:t xml:space="preserve"> Nonprofits, colleges, businesses and elected representatives all took part.</w:t>
      </w:r>
      <w:r/>
    </w:p>
    <w:p>
      <w:pPr>
        <w:pStyle w:val="ListBullet"/>
        <w:spacing w:line="240" w:lineRule="auto"/>
        <w:ind w:left="720"/>
      </w:pPr>
      <w:r/>
      <w:r>
        <w:rPr>
          <w:b/>
        </w:rPr>
        <w:t>Support beyond the spectacle:</w:t>
      </w:r>
      <w:r>
        <w:t xml:space="preserve"> Health, human rights and inclusion were central themes.</w:t>
      </w:r>
      <w:r/>
    </w:p>
    <w:p>
      <w:pPr>
        <w:pStyle w:val="ListBullet"/>
        <w:spacing w:line="240" w:lineRule="auto"/>
        <w:ind w:left="720"/>
      </w:pPr>
      <w:r/>
      <w:r>
        <w:rPr>
          <w:b/>
        </w:rPr>
        <w:t>Colourful parade moments:</w:t>
      </w:r>
      <w:r>
        <w:t xml:space="preserve"> The Flynn’s giant floating sea creatures gave the procession a playful visual lift.</w:t>
      </w:r>
      <w:r/>
      <w:r/>
    </w:p>
    <w:p>
      <w:pPr>
        <w:pStyle w:val="Heading2"/>
      </w:pPr>
      <w:r>
        <w:t>Burlington’s Pride parade keeps its sparkle</w:t>
      </w:r>
      <w:r/>
    </w:p>
    <w:p>
      <w:r/>
      <w:r>
        <w:t>Church Street was awash with flags, signs and colour as Burlington’s Pride parade made its way through the city centre. The atmosphere was upbeat and welcoming, with onlookers cheering as organisations and community groups passed by.</w:t>
      </w:r>
      <w:r/>
    </w:p>
    <w:p>
      <w:r/>
      <w:r>
        <w:t>One Saint Michael’s College student described the scene as “pretty electric” in comments reported by NBC5. That feeling captured the day’s central appeal: Pride here was not simply a parade to watch, but a public gathering where people could show up as themselves.</w:t>
      </w:r>
      <w:r/>
    </w:p>
    <w:p>
      <w:r/>
      <w:r>
        <w:t>The wider Burlington Pride programme has become an established part of the city’s events calendar, with local listings pointing visitors towards celebrations, gatherings and community activities across the area. According to Hello Burlington, the parade and festival remain important fixtures in Vermont’s summer social scene.</w:t>
      </w:r>
      <w:r/>
    </w:p>
    <w:p>
      <w:pPr>
        <w:pStyle w:val="Heading2"/>
      </w:pPr>
      <w:r>
        <w:t>A change behind the scenes, but not in spirit</w:t>
      </w:r>
      <w:r/>
    </w:p>
    <w:p>
      <w:r/>
      <w:r>
        <w:t>This year’s event arrived with a notable organisational shift. The Pride Center of Vermont stepped away from running the September parade, leaving a new coalition to carry the tradition forward.</w:t>
      </w:r>
      <w:r/>
    </w:p>
    <w:p>
      <w:r/>
      <w:r>
        <w:t>That change could easily have unsettled an established community event. Instead, the turnout suggested that Burlington’s Pride tradition has roots well beyond one organisation. The new organisers preserved the public celebration while giving community groups another chance to take visible ownership of the day.</w:t>
      </w:r>
      <w:r/>
    </w:p>
    <w:p>
      <w:r/>
      <w:r>
        <w:t>Listings for Burlington Pride 2026 from B-Town Pride and Pride Vermont point to a wider network of Pride activity in the region. That broader ecosystem matters, because successful celebrations usually depend on volunteers, partner organisations and local support as much as they do on a single headline event.</w:t>
      </w:r>
      <w:r/>
    </w:p>
    <w:p>
      <w:pPr>
        <w:pStyle w:val="Heading2"/>
      </w:pPr>
      <w:r>
        <w:t>Colourful floats carried a serious message</w:t>
      </w:r>
      <w:r/>
    </w:p>
    <w:p>
      <w:r/>
      <w:r>
        <w:t>The Flynn made one of the parade’s biggest visual impressions with enormous, brightly coloured sea creatures held above the crowd. They were playful, slightly surreal and hard to miss, which is precisely what a good parade display should be.</w:t>
      </w:r>
      <w:r/>
    </w:p>
    <w:p>
      <w:r/>
      <w:r>
        <w:t>But the image carried a deeper idea. Flynn executive director Jay Wahl connected the protection of vulnerable coral reefs with the need to protect communities, describing both as fragile and worth defending. It was a striking reminder that Pride can combine joy with a clear call for care and solidarity.</w:t>
      </w:r>
      <w:r/>
    </w:p>
    <w:p>
      <w:r/>
      <w:r>
        <w:t>For visitors planning future Burlington Pride events, the practical lesson is simple: allow time to enjoy the parade itself, not just the formal schedule. The most memorable moments are often the unexpected ones, from a giant sea creature drifting overhead to a student group finding its voice in the crowd.</w:t>
      </w:r>
      <w:r/>
    </w:p>
    <w:p>
      <w:pPr>
        <w:pStyle w:val="Heading2"/>
      </w:pPr>
      <w:r>
        <w:t>Health, rights and inclusion were part of the day</w:t>
      </w:r>
      <w:r/>
    </w:p>
    <w:p>
      <w:r/>
      <w:r>
        <w:t>The University of Vermont Cancer Center joined the parade to show support for LGBTQ+ people and connect with the community. Director Randall Holcombe told NBC5 that the event gave the organisation a chance to demonstrate that support in person.</w:t>
      </w:r>
      <w:r/>
    </w:p>
    <w:p>
      <w:r/>
      <w:r>
        <w:t>The Vermont Human Rights Commission also took part, highlighting protections against discrimination based on identity, including sexual orientation and gender identity. Kate Paarlberg-Kvam said Vermont’s legal protections remain in place, making the parade both a celebration and an opportunity to reinforce public awareness.</w:t>
      </w:r>
      <w:r/>
    </w:p>
    <w:p>
      <w:r/>
      <w:r>
        <w:t>That combination is increasingly common at Pride events. Alongside music, flags and colourful costumes, organisations use the day to share health information, explain rights and make their services more visible. It gives the celebration a practical dimension, especially for people who may not know where to turn for support.</w:t>
      </w:r>
      <w:r/>
    </w:p>
    <w:p>
      <w:pPr>
        <w:pStyle w:val="Heading2"/>
      </w:pPr>
      <w:r>
        <w:t>Why Burlington Pride still matters</w:t>
      </w:r>
      <w:r/>
    </w:p>
    <w:p>
      <w:r/>
      <w:r>
        <w:t>Burlington’s 2026 parade showed that a change in leadership doesn’t have to weaken a community tradition. If anything, the handover appeared to underline how many people and organisations are invested in keeping the event alive.</w:t>
      </w:r>
      <w:r/>
    </w:p>
    <w:p>
      <w:r/>
      <w:r>
        <w:t>The parade also offered a useful snapshot of modern Pride: joyful, civic-minded and deliberately visible. From college students and local businesses to medical organisations and rights advocates, the mix of participants made the day feel broader than a single march.</w:t>
      </w:r>
      <w:r/>
    </w:p>
    <w:p>
      <w:r/>
      <w:r>
        <w:t>For anyone considering a future visit, check the official event pages before travelling, as dates, organisers and associated activities can change. Wear comfortable shoes, arrive early for a good street-side view and expect your camera roll to become very colourful indeed.</w:t>
      </w:r>
      <w:r/>
    </w:p>
    <w:p>
      <w:r/>
      <w:r>
        <w:t>Burlington’s Pride tradition is still moving forward, one bright and determined step at a 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12">
        <w:r>
          <w:rPr>
            <w:color w:val="0000EE"/>
            <w:u w:val="single"/>
          </w:rPr>
          <w:t>[3]</w:t>
        </w:r>
      </w:hyperlink>
      <w:r>
        <w:t xml:space="preserve">- Paragraph 7: </w:t>
      </w:r>
      <w:hyperlink r:id="rId11">
        <w:r>
          <w:rPr>
            <w:color w:val="0000EE"/>
            <w:u w:val="single"/>
          </w:rPr>
          <w:t>[4]</w:t>
        </w:r>
      </w:hyperlink>
      <w:r>
        <w:t xml:space="preserve">, </w:t>
      </w:r>
      <w:hyperlink r:id="rId14">
        <w:r>
          <w:rPr>
            <w:color w:val="0000EE"/>
            <w:u w:val="single"/>
          </w:rPr>
          <w:t>[6]</w:t>
        </w:r>
      </w:hyperlink>
      <w:r>
        <w:t xml:space="preserve">- Paragraph 8: </w:t>
      </w:r>
      <w:hyperlink r:id="rId10">
        <w:r>
          <w:rPr>
            <w:color w:val="0000EE"/>
            <w:u w:val="single"/>
          </w:rPr>
          <w:t>[2]</w:t>
        </w:r>
      </w:hyperlink>
      <w:r>
        <w:t xml:space="preserve">, </w:t>
      </w:r>
      <w:hyperlink r:id="rId11">
        <w:r>
          <w:rPr>
            <w:color w:val="0000EE"/>
            <w:u w:val="single"/>
          </w:rPr>
          <w:t>[4]</w:t>
        </w:r>
      </w:hyperlink>
      <w:r>
        <w:t xml:space="preserve">- Paragraph 9: </w:t>
      </w:r>
      <w:hyperlink r:id="rId12">
        <w:r>
          <w:rPr>
            <w:color w:val="0000EE"/>
            <w:u w:val="single"/>
          </w:rPr>
          <w:t>[3]</w:t>
        </w:r>
      </w:hyperlink>
      <w:r>
        <w:t xml:space="preserve">, </w:t>
      </w:r>
      <w:hyperlink r:id="rId13">
        <w:r>
          <w:rPr>
            <w:color w:val="0000EE"/>
            <w:u w:val="single"/>
          </w:rPr>
          <w:t>[5]</w:t>
        </w:r>
      </w:hyperlink>
      <w:r>
        <w:t xml:space="preserve">- Paragraph 10: </w:t>
      </w:r>
      <w:hyperlink r:id="rId10">
        <w:r>
          <w:rPr>
            <w:color w:val="0000EE"/>
            <w:u w:val="single"/>
          </w:rPr>
          <w:t>[2]</w:t>
        </w:r>
      </w:hyperlink>
      <w:r>
        <w:t xml:space="preserve">, </w:t>
      </w:r>
      <w:hyperlink r:id="rId11">
        <w:r>
          <w:rPr>
            <w:color w:val="0000EE"/>
            <w:u w:val="single"/>
          </w:rPr>
          <w:t>[4]</w:t>
        </w:r>
      </w:hyperlink>
      <w:r>
        <w:t xml:space="preserve">- Paragraph 11: </w:t>
      </w:r>
      <w:hyperlink r:id="rId12">
        <w:r>
          <w:rPr>
            <w:color w:val="0000EE"/>
            <w:u w:val="single"/>
          </w:rPr>
          <w:t>[3]</w:t>
        </w:r>
      </w:hyperlink>
      <w:r>
        <w:t xml:space="preserve">, </w:t>
      </w:r>
      <w:hyperlink r:id="rId14">
        <w:r>
          <w:rPr>
            <w:color w:val="0000EE"/>
            <w:u w:val="single"/>
          </w:rPr>
          <w:t>[6]</w:t>
        </w:r>
      </w:hyperlink>
      <w:r>
        <w:t xml:space="preserve">- Paragraph 12: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https://www.mynbc5.com/article/burlington-pride-2026/73710163</w:t>
        </w:r>
      </w:hyperlink>
      <w:r>
        <w:t xml:space="preserve"> - Please view link - unable to able to access data</w:t>
      </w:r>
      <w:r/>
    </w:p>
    <w:p>
      <w:pPr>
        <w:pStyle w:val="ListNumber"/>
        <w:spacing w:line="240" w:lineRule="auto"/>
        <w:ind w:left="720"/>
      </w:pPr>
      <w:r/>
      <w:hyperlink r:id="rId10">
        <w:r>
          <w:rPr>
            <w:color w:val="0000EE"/>
            <w:u w:val="single"/>
          </w:rPr>
          <w:t>https://pridevt.org/</w:t>
        </w:r>
      </w:hyperlink>
      <w:r>
        <w:t xml:space="preserve"> - Pride Vermont 2026 is scheduled for Sunday, September 13, in Burlington, VT. The event includes a parade at 12:00 pm starting on South Winooski Avenue, proceeding up Church and Pearl Streets, and ending at Battery Park, where the festival will take place from 1:00 pm to 4:00 pm. The festival features music, performances, food, and more. Participants can march in the parade, table at the festival, perform, or get involved in other ways. Volunteers are essential to the event's success, and various ways to contribute are available. The event is free and open to all, with opportunities to donate or sponsor to support the community celebration. The 2026 Pride Guide is available for more information and can be picked up at upcoming events or accessed online. The event is organized by a coalition of local community groups and organizers, including Burly Bear, Out in the 802, Queer VT, and the City of Burlington, following the Pride Center of Vermont's decision to focus on year-round programming. The event aims to continue the tradition of celebrating visibility, joy, and community in downtown Burlington.</w:t>
      </w:r>
      <w:r/>
    </w:p>
    <w:p>
      <w:pPr>
        <w:pStyle w:val="ListNumber"/>
        <w:spacing w:line="240" w:lineRule="auto"/>
        <w:ind w:left="720"/>
      </w:pPr>
      <w:r/>
      <w:hyperlink r:id="rId12">
        <w:r>
          <w:rPr>
            <w:color w:val="0000EE"/>
            <w:u w:val="single"/>
          </w:rPr>
          <w:t>https://btownpride.com/2026</w:t>
        </w:r>
      </w:hyperlink>
      <w:r>
        <w:t xml:space="preserve"> - B-Town Pride 2026 is set for Saturday, October 3, in Burlington, Iowa. The event includes a Pride parade down Jefferson Street, a riverfront festival featuring music, food, art, and activities, and an evening Pride After Dark drag show. The festival is organized by the nonprofit BTown Pride, which advocates for safety, liberty, and equal opportunity for all. The organization works year-round to uplift and amplify the 2SLGBTQIA+ and other minority communities. The event aims to build bridges within the community, symbolized by Burlington's iconic Great River Bridge, and is guided by respect, education, liberty, and advocacy.</w:t>
      </w:r>
      <w:r/>
    </w:p>
    <w:p>
      <w:pPr>
        <w:pStyle w:val="ListNumber"/>
        <w:spacing w:line="240" w:lineRule="auto"/>
        <w:ind w:left="720"/>
      </w:pPr>
      <w:r/>
      <w:hyperlink r:id="rId11">
        <w:r>
          <w:rPr>
            <w:color w:val="0000EE"/>
            <w:u w:val="single"/>
          </w:rPr>
          <w:t>https://www.helloburlingtonvt.com/blog/post/vermont-pride-2026-what-to-know-about-burlingtons-pride-parade-festival/</w:t>
        </w:r>
      </w:hyperlink>
      <w:r>
        <w:t xml:space="preserve"> - The Burlington Pride Parade and Festival 2026 is scheduled for Sunday, September 13, in Burlington, Vermont. The parade begins at 12:00 pm on South Winooski Avenue, moving up Church and Pearl Streets, and ends at Battery Park, where the festival takes place from 1:00 pm to 4:00 pm. The event features music, performances, food, and more. Participants can march, volunteer, or bring a group along. Registration and route details are available at pridevt.org. The event is organized by a coalition of local groups, including Burly Bear, Out in the 802, Queer VT, and the City of Burlington, following the Pride Center of Vermont's decision to focus on year-round programming.</w:t>
      </w:r>
      <w:r/>
    </w:p>
    <w:p>
      <w:pPr>
        <w:pStyle w:val="ListNumber"/>
        <w:spacing w:line="240" w:lineRule="auto"/>
        <w:ind w:left="720"/>
      </w:pPr>
      <w:r/>
      <w:hyperlink r:id="rId13">
        <w:r>
          <w:rPr>
            <w:color w:val="0000EE"/>
            <w:u w:val="single"/>
          </w:rPr>
          <w:t>https://www.festivals.com/burlington-pride-at-low-daily-136511</w:t>
        </w:r>
      </w:hyperlink>
      <w:r>
        <w:t xml:space="preserve"> - Burlington Pride at Low Daily is scheduled for Saturday, June 13, 2026, in Burlington, Wisconsin. The event starts at noon with a make-your-own seltzer bar, face painting, and tattoos for children, along with local vendors. Food vendors include Big E's Epic Eats from 12-5 pm and Cocina Filipina from 5-10 pm. From 4:00-7:00 pm, DJ Smilin' Jack provides music, and at sunset, Cynthia Starich performs as Lady Gaga. The event is open to all, with a focus on inclusivity and community celebration. The venue is Low Daily, located at 700 North Pine Street, Burlington, WI 53105, United States.</w:t>
      </w:r>
      <w:r/>
    </w:p>
    <w:p>
      <w:pPr>
        <w:pStyle w:val="ListNumber"/>
        <w:spacing w:line="240" w:lineRule="auto"/>
        <w:ind w:left="720"/>
      </w:pPr>
      <w:r/>
      <w:hyperlink r:id="rId14">
        <w:r>
          <w:rPr>
            <w:color w:val="0000EE"/>
            <w:u w:val="single"/>
          </w:rPr>
          <w:t>https://www.localmotion.org/featured_events</w:t>
        </w:r>
      </w:hyperlink>
      <w:r>
        <w:t xml:space="preserve"> - Local Motion is hosting the Burlington Pride Parade on Sunday, September 13, 2026, at 11:00 am, starting at the corner of King and Church Streets in Burlington, Vermont. Participants are encouraged to bring bicycles, tricycles, recumbents, kid's trailers, and other wheeled vehicles. The parade lineup is at the Hood Plant Parking Lot (182 King St., Burlington, VT), with participants asked to arrive between 10 am and 11 am. The parade starts at 12:00 pm. Parking for marchers and non-participating vehicles is available at nearby public parking spots or parking garages. The event is free and open to all, promoting inclusivity and community engagement.</w:t>
      </w:r>
      <w:r/>
    </w:p>
    <w:p>
      <w:pPr>
        <w:pStyle w:val="ListNumber"/>
        <w:spacing w:line="240" w:lineRule="auto"/>
        <w:ind w:left="720"/>
      </w:pPr>
      <w:r/>
      <w:hyperlink r:id="rId15">
        <w:r>
          <w:rPr>
            <w:color w:val="0000EE"/>
            <w:u w:val="single"/>
          </w:rPr>
          <w:t>https://www.youtube.com/watch?v=hZniFEH21dU</w:t>
        </w:r>
      </w:hyperlink>
      <w:r>
        <w:t xml:space="preserve"> - This video reports on the return of the Burlington Pride Parade and Festival in 2026 after an operational pause. The event is scheduled for Sunday, September 13, with new organizations taking over its planning after the Pride Center of Vermont stepped back. The video provides insights into the event's history, significance, and the community's enthusiasm for its return.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ynbc5.com/article/burlington-pride-2026/73710163" TargetMode="External"/><Relationship Id="rId10" Type="http://schemas.openxmlformats.org/officeDocument/2006/relationships/hyperlink" Target="https://pridevt.org/" TargetMode="External"/><Relationship Id="rId11" Type="http://schemas.openxmlformats.org/officeDocument/2006/relationships/hyperlink" Target="https://www.helloburlingtonvt.com/blog/post/vermont-pride-2026-what-to-know-about-burlingtons-pride-parade-festival/" TargetMode="External"/><Relationship Id="rId12" Type="http://schemas.openxmlformats.org/officeDocument/2006/relationships/hyperlink" Target="https://btownpride.com/2026" TargetMode="External"/><Relationship Id="rId13" Type="http://schemas.openxmlformats.org/officeDocument/2006/relationships/hyperlink" Target="https://www.festivals.com/burlington-pride-at-low-daily-136511" TargetMode="External"/><Relationship Id="rId14" Type="http://schemas.openxmlformats.org/officeDocument/2006/relationships/hyperlink" Target="https://www.localmotion.org/featured_events" TargetMode="External"/><Relationship Id="rId15" Type="http://schemas.openxmlformats.org/officeDocument/2006/relationships/hyperlink" Target="https://www.youtube.com/watch?v=hZniFEH21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