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Vermont Events for Live Music, Pride and Art Lovers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Vermont is turning up the colour this September, with a lively run of concerts, community celebrations and creative discoveries across Burlington, Stowe and beyond. From Pride festivities to roots music, dog-friendly fundraising and Bowie on the big screen, these are the events worth making room for.</w:t>
      </w:r>
      <w:r/>
    </w:p>
    <w:p>
      <w:pPr>
        <w:pStyle w:val="Heading2"/>
      </w:pPr>
      <w:r>
        <w:t>Essential Takeaways</w:t>
      </w:r>
      <w:r/>
      <w:r/>
    </w:p>
    <w:p>
      <w:pPr>
        <w:pStyle w:val="ListBullet"/>
        <w:spacing w:line="240" w:lineRule="auto"/>
        <w:ind w:left="720"/>
      </w:pPr>
      <w:r/>
      <w:r>
        <w:rPr>
          <w:b/>
        </w:rPr>
        <w:t>Pride with purpose:</w:t>
      </w:r>
      <w:r>
        <w:t xml:space="preserve"> Burlington’s Pride Vermont Parade and Festival combines visibility, celebration, resources and live entertainment.</w:t>
      </w:r>
      <w:r/>
    </w:p>
    <w:p>
      <w:pPr>
        <w:pStyle w:val="ListBullet"/>
        <w:spacing w:line="240" w:lineRule="auto"/>
        <w:ind w:left="720"/>
      </w:pPr>
      <w:r/>
      <w:r>
        <w:rPr>
          <w:b/>
        </w:rPr>
        <w:t>Roots music outdoors:</w:t>
      </w:r>
      <w:r>
        <w:t xml:space="preserve"> Lukas Nelson and Molly Tuttle bring Americana, bluegrass and blues influences to Shelburne Museum.</w:t>
      </w:r>
      <w:r/>
    </w:p>
    <w:p>
      <w:pPr>
        <w:pStyle w:val="ListBullet"/>
        <w:spacing w:line="240" w:lineRule="auto"/>
        <w:ind w:left="720"/>
      </w:pPr>
      <w:r/>
      <w:r>
        <w:rPr>
          <w:b/>
        </w:rPr>
        <w:t>Art across the South End:</w:t>
      </w:r>
      <w:r>
        <w:t xml:space="preserve"> Burlington’s South End Art Hop opens more than 100 venues over a two-mile creative trail.</w:t>
      </w:r>
      <w:r/>
    </w:p>
    <w:p>
      <w:pPr>
        <w:pStyle w:val="ListBullet"/>
        <w:spacing w:line="240" w:lineRule="auto"/>
        <w:ind w:left="720"/>
      </w:pPr>
      <w:r/>
      <w:r>
        <w:rPr>
          <w:b/>
        </w:rPr>
        <w:t>Good causes, happy dogs:</w:t>
      </w:r>
      <w:r>
        <w:t xml:space="preserve"> Stowe Cider’s animal fundraiser pairs a sponsored walk with drinks, music, food and an auction.</w:t>
      </w:r>
      <w:r/>
    </w:p>
    <w:p>
      <w:pPr>
        <w:pStyle w:val="ListBullet"/>
        <w:spacing w:line="240" w:lineRule="auto"/>
        <w:ind w:left="720"/>
      </w:pPr>
      <w:r/>
      <w:r>
        <w:rPr>
          <w:b/>
        </w:rPr>
        <w:t>Cult cinema, live:</w:t>
      </w:r>
      <w:r>
        <w:t xml:space="preserve"> </w:t>
      </w:r>
      <w:r>
        <w:rPr>
          <w:i/>
        </w:rPr>
        <w:t>Labyrinth: In Concert</w:t>
      </w:r>
      <w:r>
        <w:t xml:space="preserve"> gives David Bowie fans a big-screen trip back to the Goblin King’s strange, glittering world.</w:t>
      </w:r>
      <w:r/>
      <w:r/>
    </w:p>
    <w:p>
      <w:pPr>
        <w:pStyle w:val="Heading2"/>
      </w:pPr>
      <w:r>
        <w:t>Burlington’s Pride celebration keeps the message bright</w:t>
      </w:r>
      <w:r/>
    </w:p>
    <w:p>
      <w:r/>
      <w:r>
        <w:t>Burlington’s Church Street will be at its most colourful when the Pride Vermont Parade and Festival brings LGBTQ+ communities and allies together for a day of visibility, equality and joy. The procession heads towards Battery Park, where the celebration continues with performers, vendors and organisations offering community support.</w:t>
      </w:r>
      <w:r/>
    </w:p>
    <w:p>
      <w:r/>
      <w:r>
        <w:t xml:space="preserve">It’s the kind of event that works on several levels. You can arrive for the music and sparkle, stay for the conversations, and leave with a clearer sense of the local groups doing practical work year-round. Pride Vermont’s official information is the best place to check the latest details before travelling. </w:t>
      </w:r>
      <w:hyperlink r:id="rId9">
        <w:r>
          <w:rPr>
            <w:color w:val="0000EE"/>
            <w:u w:val="single"/>
          </w:rPr>
          <w:t>[2]</w:t>
        </w:r>
      </w:hyperlink>
      <w:r/>
    </w:p>
    <w:p>
      <w:r/>
      <w:r>
        <w:t>For visitors, the simple plan is to arrive early, wear comfortable shoes and expect a lively downtown atmosphere. Church Street is easy to explore on foot, but popular public events can make nearby parking and restaurant tables disappear quickly.</w:t>
      </w:r>
      <w:r/>
    </w:p>
    <w:p>
      <w:pPr>
        <w:pStyle w:val="Heading2"/>
      </w:pPr>
      <w:r>
        <w:t>Two modern roots voices share a Shelburne stage</w:t>
      </w:r>
      <w:r/>
    </w:p>
    <w:p>
      <w:r/>
      <w:r>
        <w:t>Lukas Nelson and Molly Tuttle bring very different strands of contemporary Americana together at Shelburne Museum. Expect warm vocals, nimble guitar work and a set that can move from reflective country songwriting to more driving, blues-tinged numbers.</w:t>
      </w:r>
      <w:r/>
    </w:p>
    <w:p>
      <w:r/>
      <w:r>
        <w:t xml:space="preserve">The concert’s outdoor setting adds its own appeal. A performance on the museum’s concert field offers room to settle in, watch the evening light change and enjoy music without the close, crowded feel of a club. Shelburne Museum’s venue information and concert guidance can help guests plan arrival, seating and the practical details.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p>
    <w:p>
      <w:r/>
      <w:r>
        <w:t>This is a particularly tempting choice for listeners who like their folk music polished but not overproduced. Molly Tuttle’s precise flatpicking should satisfy guitar fans, while Nelson’s roots-rock energy gives the evening enough lift to keep it from feeling overly delicate.</w:t>
      </w:r>
      <w:r/>
    </w:p>
    <w:p>
      <w:pPr>
        <w:pStyle w:val="Heading2"/>
      </w:pPr>
      <w:r>
        <w:t>Art Hop turns Burlington into one giant gallery</w:t>
      </w:r>
      <w:r/>
    </w:p>
    <w:p>
      <w:r/>
      <w:r>
        <w:t>The South End Art Hop offers a wonderfully low-pressure way to explore Burlington’s creative scene. Across the district, studios, shops, galleries and businesses open their doors, creating a trail where visitors can browse local work, meet makers and perhaps find something more memorable than another mass-produced souvenir.</w:t>
      </w:r>
      <w:r/>
    </w:p>
    <w:p>
      <w:r/>
      <w:r>
        <w:t>The best approach is to treat it as a wandering day rather than a checklist. Wear shoes that can handle a few miles, leave space in your bag for a small purchase and allow time for unexpected stops. That relaxed format is part of the charm: one moment you’re examining ceramics, and the next you’re hearing a band or stepping into a workspace you’d never normally see.</w:t>
      </w:r>
      <w:r/>
    </w:p>
    <w:p>
      <w:r/>
      <w:r>
        <w:t>For shoppers, it’s also a chance to buy directly from artists and support the neighbourhood’s independent businesses. The event’s scale means there should be plenty to interest serious collectors, curious families and anyone who simply enjoys a good browse.</w:t>
      </w:r>
      <w:r/>
    </w:p>
    <w:p>
      <w:pPr>
        <w:pStyle w:val="Heading2"/>
      </w:pPr>
      <w:r>
        <w:t>Music, dogs and cider make a winning combination</w:t>
      </w:r>
      <w:r/>
    </w:p>
    <w:p>
      <w:r/>
      <w:r>
        <w:t>Stowe Cider’s Walk for Animals has a particularly appealing formula: take a walk, enjoy a drink, listen to live music and raise money for North Country Animal League. Participants can join in memory of a much-loved pet, in support of animal welfare or simply because an afternoon involving dogs and cider is difficult to resist.</w:t>
      </w:r>
      <w:r/>
    </w:p>
    <w:p>
      <w:r/>
      <w:r>
        <w:t>The practical advice is obvious but useful: check that your dog is comfortable around crowds, bring water and keep a lead handy. Even sociable pets can find busy events overwhelming, so a quiet break can make the day happier for everyone.</w:t>
      </w:r>
      <w:r/>
    </w:p>
    <w:p>
      <w:r/>
      <w:r>
        <w:t>A fundraiser like this also shows how regional events can turn a casual outing into direct support for essential animal services. The atmosphere may be cheerful, but the money raised helps provide serious care and resources for animals that need a second chance.</w:t>
      </w:r>
      <w:r/>
    </w:p>
    <w:p>
      <w:pPr>
        <w:pStyle w:val="Heading2"/>
      </w:pPr>
      <w:r>
        <w:t>From sweet harmonies to a Bowie cult classic</w:t>
      </w:r>
      <w:r/>
    </w:p>
    <w:p>
      <w:r/>
      <w:r>
        <w:t>The Sweet Remains bring close three-part harmonies to the Double E Theater in Essex, drawing on the rich folk-pop sound associated with 1970s vocal groups. Their style should appeal to listeners who like carefully arranged songs, acoustic textures and melodies that linger after the final chorus.</w:t>
      </w:r>
      <w:r/>
    </w:p>
    <w:p>
      <w:r/>
      <w:r>
        <w:t xml:space="preserve">Pete Yorn offers a different kind of nostalgia at Spruce Peak Arts in Stowe, marking the 25th anniversary of </w:t>
      </w:r>
      <w:r>
        <w:rPr>
          <w:i/>
        </w:rPr>
        <w:t>musicforthemorningafter</w:t>
      </w:r>
      <w:r>
        <w:t>. It’s a strong pick for anyone who remembers the early-2000s indie and alt-pop wave, or who simply enjoys a songwriter-led set with a little edge.</w:t>
      </w:r>
      <w:r/>
    </w:p>
    <w:p>
      <w:r/>
      <w:r>
        <w:t xml:space="preserve">Then comes the wonderfully oddball finale: </w:t>
      </w:r>
      <w:r>
        <w:rPr>
          <w:i/>
        </w:rPr>
        <w:t>Labyrinth: In Concert</w:t>
      </w:r>
      <w:r>
        <w:t xml:space="preserve"> at Lebanon Opera House. With David Bowie’s performance, Jim Henson’s handmade creatures and a live musical accompaniment, the film remains a dazzling collision of fantasy, fashion and gentle weirdness. The hair is still gravity-defying, and the Goblin King still knows how to make an entrance.</w:t>
      </w:r>
      <w:r/>
    </w:p>
    <w:p>
      <w:r/>
      <w:r>
        <w:t>Vermont’s September calendar is proof that a good weekend doesn’t need just one mood.</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11">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https://www.sevendaysvt.com/arts-culture/magnificent7/magnificent-7-must-see-must-do-events-in-and-around-vermont-september-9-16/</w:t>
        </w:r>
      </w:hyperlink>
      <w:r>
        <w:t xml:space="preserve"> - Please view link - unable to able to access data</w:t>
      </w:r>
      <w:r/>
    </w:p>
    <w:p>
      <w:pPr>
        <w:pStyle w:val="ListNumber"/>
        <w:spacing w:line="240" w:lineRule="auto"/>
        <w:ind w:left="720"/>
      </w:pPr>
      <w:r/>
      <w:hyperlink r:id="rId9">
        <w:r>
          <w:rPr>
            <w:color w:val="0000EE"/>
            <w:u w:val="single"/>
          </w:rPr>
          <w:t>https://pridevt.org/</w:t>
        </w:r>
      </w:hyperlink>
      <w:r>
        <w:t xml:space="preserve"> - Pride Vermont is a non-profit organisation dedicated to celebrating and advocating for the LGBTQ+ community in Vermont. Their website provides information on upcoming events, volunteer opportunities, and ways to get involved. The 2026 Pride Parade and Festival is scheduled for Sunday, September 13, in Burlington, Vermont. The event includes a parade at 12:00 pm in downtown Burlington, followed by a festival at Battery Park from 1:00 pm to 4:00 pm. The website also offers resources for participants and details on how to support the organisation's mission.</w:t>
      </w:r>
      <w:r/>
    </w:p>
    <w:p>
      <w:pPr>
        <w:pStyle w:val="ListNumber"/>
        <w:spacing w:line="240" w:lineRule="auto"/>
        <w:ind w:left="720"/>
      </w:pPr>
      <w:r/>
      <w:hyperlink r:id="rId10">
        <w:r>
          <w:rPr>
            <w:color w:val="0000EE"/>
            <w:u w:val="single"/>
          </w:rPr>
          <w:t>https://shelburnemuseum.org/event/lukas-nelson-molly-tuttle/</w:t>
        </w:r>
      </w:hyperlink>
      <w:r>
        <w:t xml:space="preserve"> - The Shelburne Museum is hosting a concert featuring Lukas Nelson &amp; Molly Tuttle on Thursday, September 10, 2026, as part of the Ben &amp; Jerry's Concerts on the Green series. The event is set to take place at the Museum Concert Field, with gates opening at 5:30 pm and the show starting at 7:00 pm. The concert is open to all ages, with children 12 and under admitted free of charge. Attendees are encouraged to bring blankets and low chairs, while glass, pets, and outside alcohol are prohibited. The event will proceed rain or shine.</w:t>
      </w:r>
      <w:r/>
    </w:p>
    <w:p>
      <w:pPr>
        <w:pStyle w:val="ListNumber"/>
        <w:spacing w:line="240" w:lineRule="auto"/>
        <w:ind w:left="720"/>
      </w:pPr>
      <w:r/>
      <w:hyperlink r:id="rId11">
        <w:r>
          <w:rPr>
            <w:color w:val="0000EE"/>
            <w:u w:val="single"/>
          </w:rPr>
          <w:t>https://shelburnemuseum.org/venue/museum-concert-field/</w:t>
        </w:r>
      </w:hyperlink>
      <w:r>
        <w:t xml:space="preserve"> - The Museum Concert Field at Shelburne Museum is an outdoor venue that hosts various events, including concerts and performances. It is part of the Ben &amp; Jerry's Concerts on the Green series, offering a picturesque setting for attendees. The venue provides guidelines for visitors, such as prohibiting glass, pets, and outside alcohol, while allowing blankets, low chairs, and food. The field is accessible to all ages, with children 12 and under admitted free of charge. Events are held rain or shine, and all dates, acts, and ticket prices are subject to change without notice.</w:t>
      </w:r>
      <w:r/>
    </w:p>
    <w:p>
      <w:pPr>
        <w:pStyle w:val="ListNumber"/>
        <w:spacing w:line="240" w:lineRule="auto"/>
        <w:ind w:left="720"/>
      </w:pPr>
      <w:r/>
      <w:hyperlink r:id="rId12">
        <w:r>
          <w:rPr>
            <w:color w:val="0000EE"/>
            <w:u w:val="single"/>
          </w:rPr>
          <w:t>https://shelburnemuseum.org/visit/concerts/</w:t>
        </w:r>
      </w:hyperlink>
      <w:r>
        <w:t xml:space="preserve"> - Shelburne Museum's Concerts on the Green series features a variety of performances throughout the year. Upcoming events include Lukas Nelson &amp; Molly Tuttle on September 10, 2026, Old Crow Medicine Show on September 18, 2026, and Of Monsters and Men on September 20, 2026. The concerts are held at the Museum Concert Field, with gates opening at 5:30 pm and shows starting at 7:00 pm. The venue is family-friendly, with children 12 and under admitted free of charge. Attendees are advised to bring blankets and low chairs, and to note that glass, pets, and outside alcohol are prohibited. All events are rain or shine, and all dates, acts, and ticket prices are subject to change without notice.</w:t>
      </w:r>
      <w:r/>
    </w:p>
    <w:p>
      <w:pPr>
        <w:pStyle w:val="ListNumber"/>
        <w:spacing w:line="240" w:lineRule="auto"/>
        <w:ind w:left="720"/>
      </w:pPr>
      <w:r/>
      <w:hyperlink r:id="rId14">
        <w:r>
          <w:rPr>
            <w:color w:val="0000EE"/>
            <w:u w:val="single"/>
          </w:rPr>
          <w:t>https://www.youtube.com/watch?v=hZniFEH21dU</w:t>
        </w:r>
      </w:hyperlink>
      <w:r>
        <w:t xml:space="preserve"> - This video from MyNBC5-WPTZ reports on the return of the Burlington Pride Parade &amp; Festival after an operational pause. The event is scheduled for Sunday, September 13, 2026, in Burlington, Vermont. The video provides insights into the planning and organisation of the event, highlighting the involvement of new organisations taking over its planning after the Pride Center of Vermont stepped back. It offers a glimpse into the community's enthusiasm and preparations for the upcoming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vt.org/" TargetMode="External"/><Relationship Id="rId10" Type="http://schemas.openxmlformats.org/officeDocument/2006/relationships/hyperlink" Target="https://shelburnemuseum.org/event/lukas-nelson-molly-tuttle/" TargetMode="External"/><Relationship Id="rId11" Type="http://schemas.openxmlformats.org/officeDocument/2006/relationships/hyperlink" Target="https://shelburnemuseum.org/venue/museum-concert-field/" TargetMode="External"/><Relationship Id="rId12" Type="http://schemas.openxmlformats.org/officeDocument/2006/relationships/hyperlink" Target="https://shelburnemuseum.org/visit/concerts/" TargetMode="External"/><Relationship Id="rId13" Type="http://schemas.openxmlformats.org/officeDocument/2006/relationships/hyperlink" Target="https://www.sevendaysvt.com/arts-culture/magnificent7/magnificent-7-must-see-must-do-events-in-and-around-vermont-september-9-16/" TargetMode="External"/><Relationship Id="rId14" Type="http://schemas.openxmlformats.org/officeDocument/2006/relationships/hyperlink" Target="https://www.youtube.com/watch?v=hZniFEH21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