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Scarborough Pride 2026 Highlights From a Colourful Seafront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filled Scarborough’s streets and Spa with rainbows, music and unmistakable community spirit for Scarborough Pride 2026. With a lively parade, performances and family-friendly activities, the event offered a bright, welcoming celebration of LGBTQ+ life on the Yorkshire coast, while giving locals and visitors another reason to enjoy the resort at its most joyful.</w:t>
      </w:r>
      <w:r/>
    </w:p>
    <w:p>
      <w:pPr>
        <w:pStyle w:val="Heading2"/>
      </w:pPr>
      <w:r>
        <w:t>Essential Takeaways</w:t>
      </w:r>
      <w:r/>
      <w:r/>
    </w:p>
    <w:p>
      <w:pPr>
        <w:pStyle w:val="ListBullet"/>
        <w:spacing w:line="240" w:lineRule="auto"/>
        <w:ind w:left="720"/>
      </w:pPr>
      <w:r/>
      <w:r>
        <w:rPr>
          <w:b/>
        </w:rPr>
        <w:t>A colourful turnout:</w:t>
      </w:r>
      <w:r>
        <w:t xml:space="preserve"> Hundreds joined LGBTQ+ communities, friends, families and allies around Scarborough Spa.</w:t>
      </w:r>
      <w:r/>
    </w:p>
    <w:p>
      <w:pPr>
        <w:pStyle w:val="ListBullet"/>
        <w:spacing w:line="240" w:lineRule="auto"/>
        <w:ind w:left="720"/>
      </w:pPr>
      <w:r/>
      <w:r>
        <w:rPr>
          <w:b/>
        </w:rPr>
        <w:t>A parade with plenty of sparkle:</w:t>
      </w:r>
      <w:r>
        <w:t xml:space="preserve"> An open-top bus and dancing procession brought Pride energy along the seafront.</w:t>
      </w:r>
      <w:r/>
    </w:p>
    <w:p>
      <w:pPr>
        <w:pStyle w:val="ListBullet"/>
        <w:spacing w:line="240" w:lineRule="auto"/>
        <w:ind w:left="720"/>
      </w:pPr>
      <w:r/>
      <w:r>
        <w:rPr>
          <w:b/>
        </w:rPr>
        <w:t>Entertainment took centre stage:</w:t>
      </w:r>
      <w:r>
        <w:t xml:space="preserve"> Live performers helped keep the main event lively throughout the day.</w:t>
      </w:r>
      <w:r/>
    </w:p>
    <w:p>
      <w:pPr>
        <w:pStyle w:val="ListBullet"/>
        <w:spacing w:line="240" w:lineRule="auto"/>
        <w:ind w:left="720"/>
      </w:pPr>
      <w:r/>
      <w:r>
        <w:rPr>
          <w:b/>
        </w:rPr>
        <w:t>A welcoming atmosphere:</w:t>
      </w:r>
      <w:r>
        <w:t xml:space="preserve"> Rainbow flags, cheerful crowds and community involvement shaped the celebration.</w:t>
      </w:r>
      <w:r/>
    </w:p>
    <w:p>
      <w:pPr>
        <w:pStyle w:val="ListBullet"/>
        <w:spacing w:line="240" w:lineRule="auto"/>
        <w:ind w:left="720"/>
      </w:pPr>
      <w:r/>
      <w:r>
        <w:rPr>
          <w:b/>
        </w:rPr>
        <w:t>The next event is already planned:</w:t>
      </w:r>
      <w:r>
        <w:t xml:space="preserve"> Organisers have announced a fifth-anniversary Pride for Saturday, 11 September.</w:t>
      </w:r>
      <w:r/>
      <w:r/>
    </w:p>
    <w:p>
      <w:pPr>
        <w:pStyle w:val="Heading2"/>
      </w:pPr>
      <w:r>
        <w:t>Scarborough Pride brought the colour to the coast</w:t>
      </w:r>
      <w:r/>
    </w:p>
    <w:p>
      <w:r/>
      <w:r>
        <w:t>Scarborough Spa became a sea of rainbow flags, bright outfits and smiling faces as people gathered for Scarborough Pride 2026. The mood was celebratory from the start, with the town’s seafront providing a particularly striking backdrop for a day centred on visibility, belonging and fun.</w:t>
      </w:r>
      <w:r/>
    </w:p>
    <w:p>
      <w:r/>
      <w:r>
        <w:t>The event attracted members of the LGBTQ+ community alongside friends, relatives and allies. According to event information from Scarborough Spa and Scarborough Pride, the celebration was designed as a broad community occasion, rather than simply an evening of entertainment.</w:t>
      </w:r>
      <w:r/>
    </w:p>
    <w:p>
      <w:pPr>
        <w:pStyle w:val="Heading2"/>
      </w:pPr>
      <w:r>
        <w:t>The parade turned the seafront into a party</w:t>
      </w:r>
      <w:r/>
    </w:p>
    <w:p>
      <w:r/>
      <w:r>
        <w:t>The parade supplied the day’s big visual moment. Participants danced, whistled and made their way through Scarborough before continuing along the seafront towards the Spa, creating the kind of colourful procession that’s hard to miss, even for anyone who hadn’t planned to attend.</w:t>
      </w:r>
      <w:r/>
    </w:p>
    <w:p>
      <w:r/>
      <w:r>
        <w:t>An open-top bus added to the spectacle, carrying the celebration through the town while crowds watched from the route. Local event listings had highlighted the parade and marketplace as major attractions, helping to build anticipation around what organisers described as an especially ambitious edition.</w:t>
      </w:r>
      <w:r/>
    </w:p>
    <w:p>
      <w:pPr>
        <w:pStyle w:val="Heading2"/>
      </w:pPr>
      <w:r>
        <w:t>Music and live performances kept the energy high</w:t>
      </w:r>
      <w:r/>
    </w:p>
    <w:p>
      <w:r/>
      <w:r>
        <w:t>Once the parade reached the Spa, attention shifted towards the stage. A programme of live performances gave the main event its rhythm, with the venue offering plenty of room for people to gather, chat and enjoy the entertainment.</w:t>
      </w:r>
      <w:r/>
    </w:p>
    <w:p>
      <w:r/>
      <w:r>
        <w:t>That mix of performance and informal socialising is part of what makes Pride events feel accessible. You can arrive for the music, meet friends by chance, browse stalls or simply soak up the atmosphere. Scarborough Spa’s wider events programme also shows how the venue functions as a natural focal point for large public celebrations on the coast.</w:t>
      </w:r>
      <w:r/>
    </w:p>
    <w:p>
      <w:pPr>
        <w:pStyle w:val="Heading2"/>
      </w:pPr>
      <w:r>
        <w:t>Why community Pride events matter</w:t>
      </w:r>
      <w:r/>
    </w:p>
    <w:p>
      <w:r/>
      <w:r>
        <w:t>Scarborough Pride’s appeal goes beyond the bright photographs. It gives LGBTQ+ residents and visitors a visible place in the town’s public life, while inviting the wider community to show support in a relaxed, open setting.</w:t>
      </w:r>
      <w:r/>
    </w:p>
    <w:p>
      <w:r/>
      <w:r>
        <w:t>The organisers thanked sponsors, traders, performers and volunteers for helping deliver the event. That behind-the-scenes effort matters: a parade may look effortless from the pavement, but it depends on months of planning, local partnerships and people willing to give their time.</w:t>
      </w:r>
      <w:r/>
    </w:p>
    <w:p>
      <w:pPr>
        <w:pStyle w:val="Heading2"/>
      </w:pPr>
      <w:r>
        <w:t>What to expect from the next Scarborough Pride</w:t>
      </w:r>
      <w:r/>
    </w:p>
    <w:p>
      <w:r/>
      <w:r>
        <w:t>Organisers have confirmed that the next celebration will take place on Saturday, 11 September, marking Scarborough Pride’s fifth anniversary. Further details are expected through the official Scarborough Pride website as planning develops.</w:t>
      </w:r>
      <w:r/>
    </w:p>
    <w:p>
      <w:r/>
      <w:r>
        <w:t>For visitors, the advice is simple: keep an eye on the programme, arrive early for the parade and expect popular viewing spots around the seafront and Spa to fill quickly. Bring a camera if you like, but don’t spend the whole day behind it. Some celebrations are best experienced with both hands free for waving.</w:t>
      </w:r>
      <w:r/>
    </w:p>
    <w:p>
      <w:r/>
      <w:r>
        <w:t>It’s a small coastal town moment with a wonderfully big-hearted feel.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https://www.thescarboroughnews.co.uk/news/people/scarborough-pride-2026-fabulous-photos-from-a-colourful-celebration-of-the-lgbtq-community-9046182</w:t>
        </w:r>
      </w:hyperlink>
      <w:r>
        <w:t xml:space="preserve"> - Please view link - unable to able to access data</w:t>
      </w:r>
      <w:r/>
    </w:p>
    <w:p>
      <w:pPr>
        <w:pStyle w:val="ListNumber"/>
        <w:spacing w:line="240" w:lineRule="auto"/>
        <w:ind w:left="720"/>
      </w:pPr>
      <w:r/>
      <w:hyperlink r:id="rId10">
        <w:r>
          <w:rPr>
            <w:color w:val="0000EE"/>
            <w:u w:val="single"/>
          </w:rPr>
          <w:t>https://www.scarboroughspa.co.uk/whats-on/scarborough-pride-2026</w:t>
        </w:r>
      </w:hyperlink>
      <w:r>
        <w:t xml:space="preserve"> - Scarborough Spa is hosting the fourth annual Scarborough Pride on Saturday, 12th September 2026. The event features hosts Krystal Temple, Wayneyy, Bella, and Lindy. Entry is free, with a suggested donation of £1 per person. The parade begins at 11:30 am outside the Brunswick Centre, with Spa doors opening at midday. For more information, visit their website.</w:t>
      </w:r>
      <w:r/>
    </w:p>
    <w:p>
      <w:pPr>
        <w:pStyle w:val="ListNumber"/>
        <w:spacing w:line="240" w:lineRule="auto"/>
        <w:ind w:left="720"/>
      </w:pPr>
      <w:r/>
      <w:hyperlink r:id="rId12">
        <w:r>
          <w:rPr>
            <w:color w:val="0000EE"/>
            <w:u w:val="single"/>
          </w:rPr>
          <w:t>https://www.thisisthecoast.co.uk/news/local-news/scarborough-pride-returns-this-saturday-with-its-biggest-parade-and-marketplace-yet/</w:t>
        </w:r>
      </w:hyperlink>
      <w:r>
        <w:t xml:space="preserve"> - Scarborough Pride is returning this Saturday with its largest parade and marketplace to date. The event includes a vibrant parade through the town centre and a packed schedule of live entertainment at the Spa. The festivities aim to bring music, performances, and community support to the Yorkshire Coast, marking the fourth year of the event in its current form.</w:t>
      </w:r>
      <w:r/>
    </w:p>
    <w:p>
      <w:pPr>
        <w:pStyle w:val="ListNumber"/>
        <w:spacing w:line="240" w:lineRule="auto"/>
        <w:ind w:left="720"/>
      </w:pPr>
      <w:r/>
      <w:hyperlink r:id="rId11">
        <w:r>
          <w:rPr>
            <w:color w:val="0000EE"/>
            <w:u w:val="single"/>
          </w:rPr>
          <w:t>https://www.scarboroughpride.co.uk/</w:t>
        </w:r>
      </w:hyperlink>
      <w:r>
        <w:t xml:space="preserve"> - Scarborough Pride is dedicated to promoting equality and diversity, focusing on eliminating discrimination based on sexual orientation and gender identity in Scarborough and surrounding areas. The organisation delivers events throughout the year that appeal to a broad spectrum of the LGBTQ+ community, including younger and older individuals, and hosts an annual Scarborough Pride event for the LGBTQ+ community and their allies.</w:t>
      </w:r>
      <w:r/>
    </w:p>
    <w:p>
      <w:pPr>
        <w:pStyle w:val="ListNumber"/>
        <w:spacing w:line="240" w:lineRule="auto"/>
        <w:ind w:left="720"/>
      </w:pPr>
      <w:r/>
      <w:hyperlink r:id="rId13">
        <w:r>
          <w:rPr>
            <w:color w:val="0000EE"/>
            <w:u w:val="single"/>
          </w:rPr>
          <w:t>https://pinkuk.com/events/europe/uk/north-yorkshire/scarborough/scarborough-pride-2026</w:t>
        </w:r>
      </w:hyperlink>
      <w:r>
        <w:t xml:space="preserve"> - Scarborough Pride 2026 is scheduled for Saturday, 12th September 2026, at Scarborough Spa. The event aims to promote equality and diversity, focusing on eliminating discrimination based on sexual orientation and gender identity in Scarborough and surrounding areas. The organisation delivers events throughout the year that appeal to a broad spectrum of the LGBTQ+ community, including younger and older individuals, and hosts an annual Scarborough Pride event for the LGBTQ+ community and their allies.</w:t>
      </w:r>
      <w:r/>
    </w:p>
    <w:p>
      <w:pPr>
        <w:pStyle w:val="ListNumber"/>
        <w:spacing w:line="240" w:lineRule="auto"/>
        <w:ind w:left="720"/>
      </w:pPr>
      <w:r/>
      <w:hyperlink r:id="rId15">
        <w:r>
          <w:rPr>
            <w:color w:val="0000EE"/>
            <w:u w:val="single"/>
          </w:rPr>
          <w:t>https://www.scarboroughspa.co.uk/whats-on/seafest-at-the-spa</w:t>
        </w:r>
      </w:hyperlink>
      <w:r>
        <w:t xml:space="preserve"> - Seafest at the Spa is a three-day festival celebrating Scarborough's rich maritime heritage. The event features live music, street performers, art exhibitions, food stalls, and activities for all the family, including face painting and performances by local artists. The festival is free to attend and takes place at Scarborough Spa from Friday, 17th July to Sunday, 19th July 2026.</w:t>
      </w:r>
      <w:r/>
    </w:p>
    <w:p>
      <w:pPr>
        <w:pStyle w:val="ListNumber"/>
        <w:spacing w:line="240" w:lineRule="auto"/>
        <w:ind w:left="720"/>
      </w:pPr>
      <w:r/>
      <w:hyperlink r:id="rId14">
        <w:r>
          <w:rPr>
            <w:color w:val="0000EE"/>
            <w:u w:val="single"/>
          </w:rPr>
          <w:t>https://www.yorkmix.com/spectacular-free-family-festival-returns-to-north-yorkshire-coast</w:t>
        </w:r>
      </w:hyperlink>
      <w:r>
        <w:t xml:space="preserve"> - A free community festival, Seafest, returns to the North Yorkshire coast from Friday, 17th July to Sunday, 19th July 2026. Hosted at Scarborough Spa, the festival celebrates the town's historic connection with the sea and showcases the best of the Yorkshire coast's food, music, arts, and culture. The event is part of the wider Scarborough 400 celebrations, marking 400 years since the town became Britain's first seaside spa resort.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scarboroughnews.co.uk/news/people/scarborough-pride-2026-fabulous-photos-from-a-colourful-celebration-of-the-lgbtq-community-9046182" TargetMode="External"/><Relationship Id="rId10" Type="http://schemas.openxmlformats.org/officeDocument/2006/relationships/hyperlink" Target="https://www.scarboroughspa.co.uk/whats-on/scarborough-pride-2026" TargetMode="External"/><Relationship Id="rId11" Type="http://schemas.openxmlformats.org/officeDocument/2006/relationships/hyperlink" Target="https://www.scarboroughpride.co.uk/" TargetMode="External"/><Relationship Id="rId12" Type="http://schemas.openxmlformats.org/officeDocument/2006/relationships/hyperlink" Target="https://www.thisisthecoast.co.uk/news/local-news/scarborough-pride-returns-this-saturday-with-its-biggest-parade-and-marketplace-yet/" TargetMode="External"/><Relationship Id="rId13" Type="http://schemas.openxmlformats.org/officeDocument/2006/relationships/hyperlink" Target="https://pinkuk.com/events/europe/uk/north-yorkshire/scarborough/scarborough-pride-2026" TargetMode="External"/><Relationship Id="rId14" Type="http://schemas.openxmlformats.org/officeDocument/2006/relationships/hyperlink" Target="https://www.yorkmix.com/spectacular-free-family-festival-returns-to-north-yorkshire-coast" TargetMode="External"/><Relationship Id="rId15" Type="http://schemas.openxmlformats.org/officeDocument/2006/relationships/hyperlink" Target="https://www.scarboroughspa.co.uk/whats-on/seafest-at-the-sp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