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Quiet Pride Event in Brisbane for LGBTQIA+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seeking an accessible Pride celebration in Brisbane can swap packed crowds for a gentler afternoon at Pride Our Way in Fortitude Valley. With food, crafts, markets and welcoming community space, the free event offers LGBTQIA+ people a chance to celebrate at their own pace.</w:t>
      </w:r>
      <w:r/>
    </w:p>
    <w:p>
      <w:pPr>
        <w:pStyle w:val="Heading2"/>
      </w:pPr>
      <w:r>
        <w:t>Essential Takeaways</w:t>
      </w:r>
      <w:r/>
      <w:r/>
    </w:p>
    <w:p>
      <w:pPr>
        <w:pStyle w:val="ListBullet"/>
        <w:spacing w:line="240" w:lineRule="auto"/>
        <w:ind w:left="720"/>
      </w:pPr>
      <w:r/>
      <w:r>
        <w:rPr>
          <w:b/>
        </w:rPr>
        <w:t>A calmer Pride option:</w:t>
      </w:r>
      <w:r>
        <w:t xml:space="preserve"> Pride Our Way is designed for people who prefer a smaller, lower-pressure gathering.</w:t>
      </w:r>
      <w:r/>
    </w:p>
    <w:p>
      <w:pPr>
        <w:pStyle w:val="ListBullet"/>
        <w:spacing w:line="240" w:lineRule="auto"/>
        <w:ind w:left="720"/>
      </w:pPr>
      <w:r/>
      <w:r>
        <w:rPr>
          <w:b/>
        </w:rPr>
        <w:t>Free afternoon event:</w:t>
      </w:r>
      <w:r>
        <w:t xml:space="preserve"> It runs from 2pm to 5pm on 12 October at Open Doors Youth Service in Fortitude Valley.</w:t>
      </w:r>
      <w:r/>
    </w:p>
    <w:p>
      <w:pPr>
        <w:pStyle w:val="ListBullet"/>
        <w:spacing w:line="240" w:lineRule="auto"/>
        <w:ind w:left="720"/>
      </w:pPr>
      <w:r/>
      <w:r>
        <w:rPr>
          <w:b/>
        </w:rPr>
        <w:t>Something for different moods:</w:t>
      </w:r>
      <w:r>
        <w:t xml:space="preserve"> Expect food, craft activities, market stalls and relaxed time with community.</w:t>
      </w:r>
      <w:r/>
    </w:p>
    <w:p>
      <w:pPr>
        <w:pStyle w:val="ListBullet"/>
        <w:spacing w:line="240" w:lineRule="auto"/>
        <w:ind w:left="720"/>
      </w:pPr>
      <w:r/>
      <w:r>
        <w:rPr>
          <w:b/>
        </w:rPr>
        <w:t>A trusted host:</w:t>
      </w:r>
      <w:r>
        <w:t xml:space="preserve"> Open Doors Youth Service provides dedicated support for LGBTQIA+ young people across Queensland.</w:t>
      </w:r>
      <w:r/>
    </w:p>
    <w:p>
      <w:pPr>
        <w:pStyle w:val="ListBullet"/>
        <w:spacing w:line="240" w:lineRule="auto"/>
        <w:ind w:left="720"/>
      </w:pPr>
      <w:r/>
      <w:r>
        <w:rPr>
          <w:b/>
        </w:rPr>
        <w:t>Accessibility matters:</w:t>
      </w:r>
      <w:r>
        <w:t xml:space="preserve"> The event offers an alternative to the noise, heat and crowds of a large Pride festival.</w:t>
      </w:r>
      <w:r/>
      <w:r/>
    </w:p>
    <w:p>
      <w:pPr>
        <w:pStyle w:val="Heading2"/>
      </w:pPr>
      <w:r>
        <w:t>A softer side of Pride arrives in Brisbane</w:t>
      </w:r>
      <w:r/>
    </w:p>
    <w:p>
      <w:r/>
      <w:r>
        <w:t>Pride doesn't always need booming speakers, packed lawns or a full day under the Queensland sun. Pride Our Way takes a quieter route, creating space for food, making, browsing and conversation at Open Doors Youth Service in Fortitude Valley.</w:t>
      </w:r>
      <w:r/>
    </w:p>
    <w:p>
      <w:r/>
      <w:r>
        <w:t>The free event is aimed at people who may find larger celebrations overwhelming, as well as anyone who simply prefers a more relaxed afternoon. According to event listings, the gathering is scheduled for 12 October from 2pm to 5pm, giving visitors plenty of time to drop in without committing to a marathon day out.</w:t>
      </w:r>
      <w:r/>
    </w:p>
    <w:p>
      <w:pPr>
        <w:pStyle w:val="Heading2"/>
      </w:pPr>
      <w:r>
        <w:t>Come for the craft, stay for the connection</w:t>
      </w:r>
      <w:r/>
    </w:p>
    <w:p>
      <w:r/>
      <w:r>
        <w:t>The appeal is deliberately simple. Visitors can look around stalls, try a creative activity, share food and spend time with others in an affirming setting, with no expectation that everyone should celebrate Pride in exactly the same way.</w:t>
      </w:r>
      <w:r/>
    </w:p>
    <w:p>
      <w:r/>
      <w:r>
        <w:t>That flexibility is important. Some people love the buzz of a major festival, while others would rather have a quiet chat, a gentle activity or somewhere to pause. Pride Our Way meets the latter need without making the experience feel like a compromise.</w:t>
      </w:r>
      <w:r/>
    </w:p>
    <w:p>
      <w:pPr>
        <w:pStyle w:val="Heading2"/>
      </w:pPr>
      <w:r>
        <w:t>Why Open Doors makes this event meaningful</w:t>
      </w:r>
      <w:r/>
    </w:p>
    <w:p>
      <w:r/>
      <w:r>
        <w:t>Open Doors Youth Service is Queensland's dedicated LGBTQIA+ youth service, supporting young people through safe spaces, practical assistance and community programmes. Its work gives the afternoon a purpose beyond a one-off calendar date: this is a celebration hosted by an organisation embedded in the community it serves.</w:t>
      </w:r>
      <w:r/>
    </w:p>
    <w:p>
      <w:r/>
      <w:r>
        <w:t>The organisation's wider work includes support and information for LGBTQIA+ young people, with services designed to help people find safety, connection and practical guidance. That background helps explain why an intimate event can matter just as much as a headline festival.</w:t>
      </w:r>
      <w:r/>
    </w:p>
    <w:p>
      <w:pPr>
        <w:pStyle w:val="Heading2"/>
      </w:pPr>
      <w:r>
        <w:t>A useful alternative to Brisbane's biggest Pride gatherings</w:t>
      </w:r>
      <w:r/>
    </w:p>
    <w:p>
      <w:r/>
      <w:r>
        <w:t>Large Pride events can be joyful, but they can also bring sensory overload, long waits, intense heat and difficulty finding a quiet corner. A smaller venue may feel more manageable for people who are anxious in crowds, living with disability, new to queer community spaces or simply not in the mood for a high-energy celebration.</w:t>
      </w:r>
      <w:r/>
    </w:p>
    <w:p>
      <w:r/>
      <w:r>
        <w:t>If you're planning to attend, check the latest details with Open Doors before setting off, particularly around access, transport and any changes to the programme. Arriving early can also make it easier to get comfortable, explore the space and decide how long you'd like to stay.</w:t>
      </w:r>
      <w:r/>
    </w:p>
    <w:p>
      <w:pPr>
        <w:pStyle w:val="Heading2"/>
      </w:pPr>
      <w:r>
        <w:t>Pride, on your own terms</w:t>
      </w:r>
      <w:r/>
    </w:p>
    <w:p>
      <w:r/>
      <w:r>
        <w:t>The strongest message here is that there isn't one correct way to show up. You can browse a market, make something, enjoy a snack, meet a friend or simply sit somewhere welcoming for a while.</w:t>
      </w:r>
      <w:r/>
    </w:p>
    <w:p>
      <w:r/>
      <w:r>
        <w:t>For anyone who has looked at a major Pride event and thought, "That's not for me," this could be a more inviting starting point. Sometimes belonging begins with a quieter room and one easy conversation.</w:t>
      </w:r>
      <w:r/>
    </w:p>
    <w:p>
      <w:r/>
      <w:r>
        <w:t>It's Pride with less pressure and more room to be yourself.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3">
        <w:r>
          <w:rPr>
            <w:color w:val="0000EE"/>
            <w:u w:val="single"/>
          </w:rPr>
          <w:t>[6]</w:t>
        </w:r>
      </w:hyperlink>
      <w:r>
        <w:t xml:space="preserve">- Paragraph 4: </w:t>
      </w:r>
      <w:hyperlink r:id="rId15">
        <w:r>
          <w:rPr>
            <w:color w:val="0000EE"/>
            <w:u w:val="single"/>
          </w:rPr>
          <w:t>[7]</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4">
        <w:r>
          <w:rPr>
            <w:color w:val="0000EE"/>
            <w:u w:val="single"/>
          </w:rPr>
          <w:t>[5]</w:t>
        </w:r>
      </w:hyperlink>
      <w:r>
        <w:t xml:space="preserve">- Paragraph 7: </w:t>
      </w:r>
      <w:hyperlink r:id="rId13">
        <w:r>
          <w:rPr>
            <w:color w:val="0000EE"/>
            <w:u w:val="single"/>
          </w:rPr>
          <w:t>[6]</w:t>
        </w:r>
      </w:hyperlink>
      <w:r>
        <w:t xml:space="preserve">, </w:t>
      </w:r>
      <w:hyperlink r:id="rId15">
        <w:r>
          <w:rPr>
            <w:color w:val="0000EE"/>
            <w:u w:val="single"/>
          </w:rPr>
          <w:t>[7]</w:t>
        </w:r>
      </w:hyperlink>
      <w:r>
        <w:t xml:space="preserve">- Paragraph 8: </w:t>
      </w:r>
      <w:hyperlink r:id="rId12">
        <w:r>
          <w:rPr>
            <w:color w:val="0000EE"/>
            <w:u w:val="single"/>
          </w:rPr>
          <w:t>[4]</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4">
        <w:r>
          <w:rPr>
            <w:color w:val="0000EE"/>
            <w:u w:val="single"/>
          </w:rPr>
          <w:t>[5]</w:t>
        </w:r>
      </w:hyperlink>
      <w:r>
        <w:t xml:space="preserve">, </w:t>
      </w:r>
      <w:hyperlink r:id="rId13">
        <w:r>
          <w:rPr>
            <w:color w:val="0000EE"/>
            <w:u w:val="single"/>
          </w:rPr>
          <w:t>[6]</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4">
        <w:r>
          <w:rPr>
            <w:color w:val="0000EE"/>
            <w:u w:val="single"/>
          </w:rPr>
          <w:t>[5]</w:t>
        </w:r>
      </w:hyperlink>
      <w:r>
        <w:t xml:space="preserve">, </w:t>
      </w:r>
      <w:hyperlink r:id="rId13">
        <w:r>
          <w:rPr>
            <w:color w:val="0000EE"/>
            <w:u w:val="single"/>
          </w:rPr>
          <w:t>[6]</w:t>
        </w:r>
      </w:hyperlink>
      <w:r>
        <w:t xml:space="preserve">- Paragraph 14: </w:t>
      </w:r>
      <w:hyperlink r:id="rId12">
        <w:r>
          <w:rPr>
            <w:color w:val="0000EE"/>
            <w:u w:val="single"/>
          </w:rPr>
          <w:t>[4]</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https://www.starobserver.com.au/news/a-space-to-belong-pride-our-way-at-open-doors/243927</w:t>
        </w:r>
      </w:hyperlink>
      <w:r>
        <w:t xml:space="preserve"> - Please view link - unable to able to access data</w:t>
      </w:r>
      <w:r/>
    </w:p>
    <w:p>
      <w:pPr>
        <w:pStyle w:val="ListNumber"/>
        <w:spacing w:line="240" w:lineRule="auto"/>
        <w:ind w:left="720"/>
      </w:pPr>
      <w:r/>
      <w:hyperlink r:id="rId10">
        <w:r>
          <w:rPr>
            <w:color w:val="0000EE"/>
            <w:u w:val="single"/>
          </w:rPr>
          <w:t>https://happeningnext.com/event/pride-our-way-eid1ef0l5eqddqr</w:t>
        </w:r>
      </w:hyperlink>
      <w:r>
        <w:t xml:space="preserve"> - Pride Our Way is a free, low-key afternoon event hosted by Open Doors Youth Service in Fortitude Valley, Queensland, on 12 October 2026. The event offers a gentler alternative to large Pride celebrations, featuring food, craft, markets, and community engagement. It provides a safe and accessible space for individuals who prefer a quieter celebration of Pride, allowing attendees to connect, browse stalls, create crafts, share food, and spend time with the community in an affirming environment. The event runs from 2:00 pm to 5:00 pm at Open Doors Youth Service, 5 Green Square Close, Fortitude Valley, Australia. Admission is free, and no tickets are required.</w:t>
      </w:r>
      <w:r/>
    </w:p>
    <w:p>
      <w:pPr>
        <w:pStyle w:val="ListNumber"/>
        <w:spacing w:line="240" w:lineRule="auto"/>
        <w:ind w:left="720"/>
      </w:pPr>
      <w:r/>
      <w:hyperlink r:id="rId11">
        <w:r>
          <w:rPr>
            <w:color w:val="0000EE"/>
            <w:u w:val="single"/>
          </w:rPr>
          <w:t>https://stayhappening.com/e/pride-our-way-E118SB4JRYCMU</w:t>
        </w:r>
      </w:hyperlink>
      <w:r>
        <w:t xml:space="preserve"> - Pride Our Way is a free, low-key afternoon event hosted by Open Doors Youth Service in Fortitude Valley, Queensland, on 12 October 2026. The event offers a gentler alternative to large Pride celebrations, featuring food, craft, markets, and community engagement. It provides a safe and accessible space for individuals who prefer a quieter celebration of Pride, allowing attendees to connect, browse stalls, create crafts, share food, and spend time with the community in an affirming environment. The event runs from 2:00 pm to 5:00 pm at Open Doors Youth Service, 5 Green Square Close, Fortitude Valley, Australia. Admission is free, and no tickets are required.</w:t>
      </w:r>
      <w:r/>
    </w:p>
    <w:p>
      <w:pPr>
        <w:pStyle w:val="ListNumber"/>
        <w:spacing w:line="240" w:lineRule="auto"/>
        <w:ind w:left="720"/>
      </w:pPr>
      <w:r/>
      <w:hyperlink r:id="rId12">
        <w:r>
          <w:rPr>
            <w:color w:val="0000EE"/>
            <w:u w:val="single"/>
          </w:rPr>
          <w:t>https://www.opendoors.net.au/shimmer/</w:t>
        </w:r>
      </w:hyperlink>
      <w:r>
        <w:t xml:space="preserve"> - Open Doors Youth Service (ODYS) is celebrating its 25th anniversary in 2026, marking a quarter-century of supporting LGBTIQ+SB young people in Queensland. To commemorate this milestone, ODYS has partnered with artist Gerwyn Davies, the Museum of Brisbane, Brisbane Powerhouse, and MELT Festival to amplify the voices of trans and gender-diverse young people through the new work 'Shimmer.' This collaboration aims to create a powerful space where trans young people can be seen and celebrated in their full complexity—joyful, resilient, and unapologetically themselves. The project seeks to bring compassion, connection, and a deeper understanding to conversations about trans identities.</w:t>
      </w:r>
      <w:r/>
    </w:p>
    <w:p>
      <w:pPr>
        <w:pStyle w:val="ListNumber"/>
        <w:spacing w:line="240" w:lineRule="auto"/>
        <w:ind w:left="720"/>
      </w:pPr>
      <w:r/>
      <w:hyperlink r:id="rId14">
        <w:r>
          <w:rPr>
            <w:color w:val="0000EE"/>
            <w:u w:val="single"/>
          </w:rPr>
          <w:t>https://www.opendoors.net.au/get-support/</w:t>
        </w:r>
      </w:hyperlink>
      <w:r>
        <w:t xml:space="preserve"> - Open Doors Youth Service (ODYS) offers a range of programs to support LGBTIQAP+ young people aged 12 to 24, as well as their parents, families, and carers. The available support includes case management, homelessness support (note: ODYS does not provide emergency accommodation), mental health services, suicide prevention, trans and gender-diverse support, online social groups, parents and family support, LGBTIQ community celebration events, referrals to LGBTIQ-inclusive services, and training and education for service providers. These programs aim to empower young people to live with pride as valued, celebrated, and authentic members of the community.</w:t>
      </w:r>
      <w:r/>
    </w:p>
    <w:p>
      <w:pPr>
        <w:pStyle w:val="ListNumber"/>
        <w:spacing w:line="240" w:lineRule="auto"/>
        <w:ind w:left="720"/>
      </w:pPr>
      <w:r/>
      <w:hyperlink r:id="rId13">
        <w:r>
          <w:rPr>
            <w:color w:val="0000EE"/>
            <w:u w:val="single"/>
          </w:rPr>
          <w:t>https://www.opendoors.net.au/</w:t>
        </w:r>
      </w:hyperlink>
      <w:r>
        <w:t xml:space="preserve"> - Open Doors Youth Service (ODYS) is Queensland’s only dedicated LGBTIQ+ Sistergirl &amp; Brotherboy (SB) youth service, created by the community for the community 25 years ago. ODYS supports LGBTIQ+ SB young people aged 12 to 24 and is dedicated to empowering them to live with pride as valued, celebrated, and authentic members of the community. The service engages a workforce with lived experience and professional expertise, provides safe spaces for young people to connect with peers and the community to foster a sense of belonging, and advocates for the rights and needs of young people to improve their access to resources and end discrimination and violence.</w:t>
      </w:r>
      <w:r/>
    </w:p>
    <w:p>
      <w:pPr>
        <w:pStyle w:val="ListNumber"/>
        <w:spacing w:line="240" w:lineRule="auto"/>
        <w:ind w:left="720"/>
      </w:pPr>
      <w:r/>
      <w:hyperlink r:id="rId15">
        <w:r>
          <w:rPr>
            <w:color w:val="0000EE"/>
            <w:u w:val="single"/>
          </w:rPr>
          <w:t>https://www.cylex-australia.com/company/open-doors-youth-service-inc--23971087.html</w:t>
        </w:r>
      </w:hyperlink>
      <w:r>
        <w:t xml:space="preserve"> - Open Doors Youth Service Inc. is located at 5 Green Square Close, Fortitude Valley, Queensland, Australia. The service operates Monday to Friday from 9:00 am to 5:00 pm and is closed on weekends. For inquiries, they can be contacted at (07) 3257 7660 or via email at [email protected]. More information is available on their website at </w:t>
      </w:r>
      <w:hyperlink r:id="rId13">
        <w:r>
          <w:rPr>
            <w:color w:val="0000EE"/>
            <w:u w:val="single"/>
          </w:rPr>
          <w:t>www.opendoors.net.au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a-space-to-belong-pride-our-way-at-open-doors/243927" TargetMode="External"/><Relationship Id="rId10" Type="http://schemas.openxmlformats.org/officeDocument/2006/relationships/hyperlink" Target="https://happeningnext.com/event/pride-our-way-eid1ef0l5eqddqr" TargetMode="External"/><Relationship Id="rId11" Type="http://schemas.openxmlformats.org/officeDocument/2006/relationships/hyperlink" Target="https://stayhappening.com/e/pride-our-way-E118SB4JRYCMU" TargetMode="External"/><Relationship Id="rId12" Type="http://schemas.openxmlformats.org/officeDocument/2006/relationships/hyperlink" Target="https://www.opendoors.net.au/shimmer/" TargetMode="External"/><Relationship Id="rId13" Type="http://schemas.openxmlformats.org/officeDocument/2006/relationships/hyperlink" Target="https://www.opendoors.net.au/" TargetMode="External"/><Relationship Id="rId14" Type="http://schemas.openxmlformats.org/officeDocument/2006/relationships/hyperlink" Target="https://www.opendoors.net.au/get-support/" TargetMode="External"/><Relationship Id="rId15" Type="http://schemas.openxmlformats.org/officeDocument/2006/relationships/hyperlink" Target="https://www.cylex-australia.com/company/open-doors-youth-service-inc--23971087.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