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at the Brasília Festival explore life beyond the city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Festival-goers in Brasília are discovering two standout queer productions in the national competition: Daniel Nolasco's feature </w:t>
      </w:r>
      <w:r>
        <w:rPr>
          <w:b/>
          <w:i/>
        </w:rPr>
        <w:t>Pequenas Tragédias</w:t>
      </w:r>
      <w:r>
        <w:rPr>
          <w:b/>
        </w:rPr>
        <w:t xml:space="preserve"> and Nicolau's short </w:t>
      </w:r>
      <w:r>
        <w:rPr>
          <w:b/>
          <w:i/>
        </w:rPr>
        <w:t>Gastronomia do Olho</w:t>
      </w:r>
      <w:r>
        <w:rPr>
          <w:b/>
        </w:rPr>
        <w:t>. Together, they bring LGBTQIA+ experiences, rural life and artistic experimentation into sharp focus, offering cinema that's intimate, restless and far from predictable.</w:t>
      </w:r>
      <w:r/>
    </w:p>
    <w:p>
      <w:pPr>
        <w:pStyle w:val="Heading2"/>
      </w:pPr>
      <w:r>
        <w:t>Essential Takeaways</w:t>
      </w:r>
      <w:r/>
      <w:r/>
    </w:p>
    <w:p>
      <w:pPr>
        <w:pStyle w:val="ListBullet"/>
        <w:spacing w:line="240" w:lineRule="auto"/>
        <w:ind w:left="720"/>
      </w:pPr>
      <w:r/>
      <w:r>
        <w:rPr>
          <w:b/>
        </w:rPr>
        <w:t>Two distinct films:</w:t>
      </w:r>
      <w:r>
        <w:t xml:space="preserve"> The feature and short sit within the festival's competitive national programme.</w:t>
      </w:r>
      <w:r/>
    </w:p>
    <w:p>
      <w:pPr>
        <w:pStyle w:val="ListBullet"/>
        <w:spacing w:line="240" w:lineRule="auto"/>
        <w:ind w:left="720"/>
      </w:pPr>
      <w:r/>
      <w:r>
        <w:rPr>
          <w:b/>
        </w:rPr>
        <w:t>Small-town tensions:</w:t>
      </w:r>
      <w:r>
        <w:t xml:space="preserve"> </w:t>
      </w:r>
      <w:r>
        <w:rPr>
          <w:i/>
        </w:rPr>
        <w:t>Pequenas Tragédias</w:t>
      </w:r>
      <w:r>
        <w:t xml:space="preserve"> examines queer lives shaped by migration, memory and conservatism.</w:t>
      </w:r>
      <w:r/>
    </w:p>
    <w:p>
      <w:pPr>
        <w:pStyle w:val="ListBullet"/>
        <w:spacing w:line="240" w:lineRule="auto"/>
        <w:ind w:left="720"/>
      </w:pPr>
      <w:r/>
      <w:r>
        <w:rPr>
          <w:b/>
        </w:rPr>
        <w:t>A hybrid approach:</w:t>
      </w:r>
      <w:r>
        <w:t xml:space="preserve"> Daniel Nolasco blends documentary observation with fiction and invention.</w:t>
      </w:r>
      <w:r/>
    </w:p>
    <w:p>
      <w:pPr>
        <w:pStyle w:val="ListBullet"/>
        <w:spacing w:line="240" w:lineRule="auto"/>
        <w:ind w:left="720"/>
      </w:pPr>
      <w:r/>
      <w:r>
        <w:rPr>
          <w:b/>
        </w:rPr>
        <w:t>Reality stays slippery:</w:t>
      </w:r>
      <w:r>
        <w:t xml:space="preserve"> </w:t>
      </w:r>
      <w:r>
        <w:rPr>
          <w:i/>
        </w:rPr>
        <w:t>Gastronomia do Olho</w:t>
      </w:r>
      <w:r>
        <w:t xml:space="preserve"> uses collaboration and improvisation to question what feels real.</w:t>
      </w:r>
      <w:r/>
    </w:p>
    <w:p>
      <w:pPr>
        <w:pStyle w:val="ListBullet"/>
        <w:spacing w:line="240" w:lineRule="auto"/>
        <w:ind w:left="720"/>
      </w:pPr>
      <w:r/>
      <w:r>
        <w:rPr>
          <w:b/>
        </w:rPr>
        <w:t>A tactile film culture:</w:t>
      </w:r>
      <w:r>
        <w:t xml:space="preserve"> Nicolau's interest in 16mm film adds a handmade, photo-chemical dimension.</w:t>
      </w:r>
      <w:r/>
      <w:r/>
    </w:p>
    <w:p>
      <w:pPr>
        <w:pStyle w:val="Heading2"/>
      </w:pPr>
      <w:r>
        <w:t>Two queer films give Brasília's competition a sharper edge</w:t>
      </w:r>
      <w:r/>
    </w:p>
    <w:p>
      <w:r/>
      <w:r>
        <w:t xml:space="preserve">The second competitive night at the 59th Brasília Festival of Brazilian Cinema brings together two films with queer themes, but they approach the subject from markedly different directions. </w:t>
      </w:r>
      <w:r>
        <w:rPr>
          <w:i/>
        </w:rPr>
        <w:t>Pequenas Tragédias</w:t>
      </w:r>
      <w:r>
        <w:t xml:space="preserve"> looks towards the emotional geography of Brazil's interior, while </w:t>
      </w:r>
      <w:r>
        <w:rPr>
          <w:i/>
        </w:rPr>
        <w:t>Gastronomia do Olho</w:t>
      </w:r>
      <w:r>
        <w:t xml:space="preserve"> turns its attention to performance, language and the unstable line between life and theatre.</w:t>
      </w:r>
      <w:r/>
    </w:p>
    <w:p>
      <w:r/>
      <w:r>
        <w:t xml:space="preserve">That contrast is part of the appeal. One film grows from the director's relationship with his home town; the other is built through collective invention. Industry coverage of the festival has highlighted the strength and variety of this year's national selection, where established voices meet more exploratory work. </w:t>
      </w:r>
      <w:hyperlink r:id="rId9">
        <w:r>
          <w:rPr>
            <w:color w:val="0000EE"/>
            <w:u w:val="single"/>
          </w:rPr>
          <w:t>[2]</w:t>
        </w:r>
      </w:hyperlink>
      <w:r>
        <w:t xml:space="preserve">, </w:t>
      </w:r>
      <w:hyperlink r:id="rId10">
        <w:r>
          <w:rPr>
            <w:color w:val="0000EE"/>
            <w:u w:val="single"/>
          </w:rPr>
          <w:t>[3]</w:t>
        </w:r>
      </w:hyperlink>
      <w:r/>
    </w:p>
    <w:p>
      <w:pPr>
        <w:pStyle w:val="Heading2"/>
      </w:pPr>
      <w:r>
        <w:t xml:space="preserve">Why </w:t>
      </w:r>
      <w:r>
        <w:rPr>
          <w:i/>
        </w:rPr>
        <w:t>Pequenas Tragédias</w:t>
      </w:r>
      <w:r>
        <w:t xml:space="preserve"> feels intensely personal</w:t>
      </w:r>
      <w:r/>
    </w:p>
    <w:p>
      <w:r/>
      <w:r>
        <w:t>Daniel Nolasco's feature began with his return to Catalão, in Goiás, the town where he was born. During a stay there, he reflected on a familiar pattern in LGBTQIA+ life: leaving smaller communities for larger cities in search of freedom, safety or simply the chance to start again.</w:t>
      </w:r>
      <w:r/>
    </w:p>
    <w:p>
      <w:r/>
      <w:r>
        <w:t xml:space="preserve">The film doesn't treat that movement as a clean escape story. Catalão is also family, friendship and early memory, which gives the setting an uneasy double pull. It can feel tender and restrictive at once, a place that holds the past even when its inhabitants are desperate to move beyond it. Coverage of the festival describes Nolasco's film as a portrait of LGBT experiences in Brazil's interior. </w:t>
      </w:r>
      <w:hyperlink r:id="rId11">
        <w:r>
          <w:rPr>
            <w:color w:val="0000EE"/>
            <w:u w:val="single"/>
          </w:rPr>
          <w:t>[5]</w:t>
        </w:r>
      </w:hyperlink>
      <w:r>
        <w:t xml:space="preserve">, </w:t>
      </w:r>
      <w:hyperlink r:id="rId9">
        <w:r>
          <w:rPr>
            <w:color w:val="0000EE"/>
            <w:u w:val="single"/>
          </w:rPr>
          <w:t>[6]</w:t>
        </w:r>
      </w:hyperlink>
      <w:r/>
    </w:p>
    <w:p>
      <w:r/>
      <w:r>
        <w:t>Nolasco originally imagined a more conventional documentary, but gradually folded fictional elements into the structure. That choice allows the film to address violence and memory without pretending that lived experience can always be captured neatly by a camera.</w:t>
      </w:r>
      <w:r/>
    </w:p>
    <w:p>
      <w:pPr>
        <w:pStyle w:val="Heading2"/>
      </w:pPr>
      <w:r>
        <w:t>A cast searching for the ordinary and the fragile</w:t>
      </w:r>
      <w:r/>
    </w:p>
    <w:p>
      <w:r/>
      <w:r>
        <w:t>The performances appear to grow from close observation rather than grand gestures. Guilherme Théo plays a character inspired by Nolasco himself, a task made more complicated by their existing friendship. He had to look at someone familiar afresh, turning personal knowledge into an acting process.</w:t>
      </w:r>
      <w:r/>
    </w:p>
    <w:p>
      <w:r/>
      <w:r>
        <w:t>Marcelo Camargo's Jonas represents the everyday life of Catalão, while Lucas Drummond's Samuel is imagined as a light that slowly fades. Those descriptions suggest a film interested in how pressure accumulates quietly, through routine and atmosphere rather than one dramatic explosion.</w:t>
      </w:r>
      <w:r/>
    </w:p>
    <w:p>
      <w:r/>
      <w:r>
        <w:t xml:space="preserve">There's also a striking tension in the film's texture. The ordinary is filmed with an erotic charge, while the tragic is given lyricism and softness. That combination may be what makes </w:t>
      </w:r>
      <w:r>
        <w:rPr>
          <w:i/>
        </w:rPr>
        <w:t>Pequenas Tragédias</w:t>
      </w:r>
      <w:r>
        <w:t xml:space="preserve"> feel less like a sociological account and more like a lived emotional landscape. </w:t>
      </w:r>
      <w:hyperlink r:id="rId9">
        <w:r>
          <w:rPr>
            <w:color w:val="0000EE"/>
            <w:u w:val="single"/>
          </w:rPr>
          <w:t>[2]</w:t>
        </w:r>
      </w:hyperlink>
      <w:r>
        <w:t xml:space="preserve">, </w:t>
      </w:r>
      <w:hyperlink r:id="rId9">
        <w:r>
          <w:rPr>
            <w:color w:val="0000EE"/>
            <w:u w:val="single"/>
          </w:rPr>
          <w:t>[6]</w:t>
        </w:r>
      </w:hyperlink>
      <w:r/>
    </w:p>
    <w:p>
      <w:pPr>
        <w:pStyle w:val="Heading2"/>
      </w:pPr>
      <w:r>
        <w:rPr>
          <w:i/>
        </w:rPr>
        <w:t>Gastronomia do Olho</w:t>
      </w:r>
      <w:r>
        <w:t xml:space="preserve"> makes uncertainty the point</w:t>
      </w:r>
      <w:r/>
    </w:p>
    <w:p>
      <w:r/>
      <w:r>
        <w:t>Nicolau's short takes a more openly experimental route. Its opening speeches were developed through improvisation, with performers responding to broad themes including theatre, life, death and the overlap between artistic practice and personal history.</w:t>
      </w:r>
      <w:r/>
    </w:p>
    <w:p>
      <w:r/>
      <w:r>
        <w:t>Rather than guiding viewers towards a single explanation, the film keeps asking where performance ends and reality begins. That's a familiar question in experimental cinema, but the collaborative method gives it a lively, unsettled energy. The film seems less interested in solving a mystery than in making the audience notice how quickly we decide what is authentic.</w:t>
      </w:r>
      <w:r/>
    </w:p>
    <w:p>
      <w:r/>
      <w:r>
        <w:t xml:space="preserve">That open-endedness should appeal to viewers who enjoy shorts that leave a little work to do after the credits. It may not offer tidy answers, but it promises something more valuable: a lingering sense that the frame is never quite as stable as it looks. </w:t>
      </w:r>
      <w:hyperlink r:id="rId10">
        <w:r>
          <w:rPr>
            <w:color w:val="0000EE"/>
            <w:u w:val="single"/>
          </w:rPr>
          <w:t>[3]</w:t>
        </w:r>
      </w:hyperlink>
      <w:r>
        <w:t xml:space="preserve">, </w:t>
      </w:r>
      <w:hyperlink r:id="rId12">
        <w:r>
          <w:rPr>
            <w:color w:val="0000EE"/>
            <w:u w:val="single"/>
          </w:rPr>
          <w:t>[4]</w:t>
        </w:r>
      </w:hyperlink>
      <w:r/>
    </w:p>
    <w:p>
      <w:pPr>
        <w:pStyle w:val="Heading2"/>
      </w:pPr>
      <w:r>
        <w:t>Why the festival's programme matters beyond one screening</w:t>
      </w:r>
      <w:r/>
    </w:p>
    <w:p>
      <w:r/>
      <w:r>
        <w:t xml:space="preserve">The pairing reflects a broader strength of the Brasília festival, which continues to give space to films that connect social experience with formal risk. This year's programme includes work from directors such as Gustavo Vinagre and Daniel Nolasco, placing queer narratives within a wider conversation about contemporary Brazilian cinema. </w:t>
      </w:r>
      <w:hyperlink r:id="rId12">
        <w:r>
          <w:rPr>
            <w:color w:val="0000EE"/>
            <w:u w:val="single"/>
          </w:rPr>
          <w:t>[4]</w:t>
        </w:r>
      </w:hyperlink>
      <w:r>
        <w:t xml:space="preserve">, </w:t>
      </w:r>
      <w:hyperlink r:id="rId11">
        <w:r>
          <w:rPr>
            <w:color w:val="0000EE"/>
            <w:u w:val="single"/>
          </w:rPr>
          <w:t>[5]</w:t>
        </w:r>
      </w:hyperlink>
      <w:r/>
    </w:p>
    <w:p>
      <w:r/>
      <w:r>
        <w:t>Nicolau's interest in 16mm film adds another layer to that conversation. Working with analogue materials can make cinema feel more physical, from the grain in the image to the sense that every exposed frame carries weight. It also connects the short to a growing interest in keeping photo-chemical practices alive in the Federal District.</w:t>
      </w:r>
      <w:r/>
    </w:p>
    <w:p>
      <w:r/>
      <w:r>
        <w:t xml:space="preserve">For audiences, the most rewarding approach may be to watch the two films together. One asks what happens when queer lives are shaped by a place that feels both home and trap. The other asks whether any story, memory or performance can ever be entirely separated from invention. </w:t>
      </w:r>
      <w:hyperlink r:id="rId10">
        <w:r>
          <w:rPr>
            <w:color w:val="0000EE"/>
            <w:u w:val="single"/>
          </w:rPr>
          <w:t>[3]</w:t>
        </w:r>
      </w:hyperlink>
      <w:r>
        <w:t xml:space="preserve">, </w:t>
      </w:r>
      <w:hyperlink r:id="rId12">
        <w:r>
          <w:rPr>
            <w:color w:val="0000EE"/>
            <w:u w:val="single"/>
          </w:rPr>
          <w:t>[7]</w:t>
        </w:r>
      </w:hyperlink>
      <w:r/>
    </w:p>
    <w:p>
      <w:r/>
      <w:r>
        <w:t>These are films that make room for questions, and that may be exactly the point.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[2]</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1">
        <w:r>
          <w:rPr>
            <w:color w:val="0000EE"/>
            <w:u w:val="single"/>
          </w:rPr>
          <w:t>[5]</w:t>
        </w:r>
      </w:hyperlink>
      <w:r>
        <w:t xml:space="preserve">, </w:t>
      </w:r>
      <w:hyperlink r:id="rId9">
        <w:r>
          <w:rPr>
            <w:color w:val="0000EE"/>
            <w:u w:val="single"/>
          </w:rPr>
          <w:t>[6]</w:t>
        </w:r>
      </w:hyperlink>
      <w:r>
        <w:t xml:space="preserve">- Paragraph 6: </w:t>
      </w:r>
      <w:hyperlink r:id="rId9">
        <w:r>
          <w:rPr>
            <w:color w:val="0000EE"/>
            <w:u w:val="single"/>
          </w:rPr>
          <w:t>[2]</w:t>
        </w:r>
      </w:hyperlink>
      <w:r>
        <w:t xml:space="preserve">, </w:t>
      </w:r>
      <w:hyperlink r:id="rId9">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[4]</w:t>
        </w:r>
      </w:hyperlink>
      <w:r>
        <w:t xml:space="preserve">- Paragraph 8: </w:t>
      </w:r>
      <w:hyperlink r:id="rId12">
        <w:r>
          <w:rPr>
            <w:color w:val="0000EE"/>
            <w:u w:val="single"/>
          </w:rPr>
          <w:t>[4]</w:t>
        </w:r>
      </w:hyperlink>
      <w:r>
        <w:t xml:space="preserve">, </w:t>
      </w:r>
      <w:hyperlink r:id="rId11">
        <w:r>
          <w:rPr>
            <w:color w:val="0000EE"/>
            <w:u w:val="single"/>
          </w:rPr>
          <w:t>[5]</w:t>
        </w:r>
      </w:hyperlink>
      <w:r>
        <w:t xml:space="preserve">- Paragraph 9: </w:t>
      </w:r>
      <w:hyperlink r:id="rId12">
        <w:r>
          <w:rPr>
            <w:color w:val="0000EE"/>
            <w:u w:val="single"/>
          </w:rPr>
          <w:t>[7]</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https://jornaldebrasilia.com.br/viva/cinema/producoes-com-tematica-queer-marcam-segunda-noite-da-mostra-competitiva-do-festival-de-brasilia/</w:t>
        </w:r>
      </w:hyperlink>
      <w:r>
        <w:t xml:space="preserve"> - Please view link - unable to able to access data</w:t>
      </w:r>
      <w:r/>
    </w:p>
    <w:p>
      <w:pPr>
        <w:pStyle w:val="ListNumber"/>
        <w:spacing w:line="240" w:lineRule="auto"/>
        <w:ind w:left="720"/>
      </w:pPr>
      <w:r/>
      <w:hyperlink r:id="rId9">
        <w:r>
          <w:rPr>
            <w:color w:val="0000EE"/>
            <w:u w:val="single"/>
          </w:rPr>
          <w:t>https://www.correiobraziliense.com.br/diversao-e-arte/2026/09/7495911-daniel-nolasco-retrata-vivencias-lgbt-no-interior-em-pequenas-tragedias.html</w:t>
        </w:r>
      </w:hyperlink>
      <w:r>
        <w:t xml:space="preserve"> - Daniel Nolasco, a prominent figure in Central-Western Brazilian queer cinema, presents his latest film, 'Pequenas Tragédias', at the 59th Brasília Film Festival. The film delves into the experiences of LGBTQ+ individuals in small towns, particularly focusing on Catalão, Goiás, Nolasco's hometown. Drawing from personal experiences, the narrative explores themes of migration from rural areas to urban centres, highlighting the structural homophobia prevalent in conservative regions. The film blends documentary-style storytelling with elements of fiction, aiming to shed light on the challenges faced by the LGBTQ+ community in less urbanised settings.</w:t>
      </w:r>
      <w:r/>
    </w:p>
    <w:p>
      <w:pPr>
        <w:pStyle w:val="ListNumber"/>
        <w:spacing w:line="240" w:lineRule="auto"/>
        <w:ind w:left="720"/>
      </w:pPr>
      <w:r/>
      <w:hyperlink r:id="rId10">
        <w:r>
          <w:rPr>
            <w:color w:val="0000EE"/>
            <w:u w:val="single"/>
          </w:rPr>
          <w:t>https://www.notibras.com/site/59a-edicao-do-festival-de-brasilia-do-cinema-brasileiro/</w:t>
        </w:r>
      </w:hyperlink>
      <w:r>
        <w:t xml:space="preserve"> - The 59th edition of the Brasília Film Festival showcases a diverse selection of Brazilian cinema. The National Competitive Show features seven feature films, including 'Pequenas Tragédias' by Daniel Nolasco from Goiás. Additionally, the festival presents 12 short films, such as 'Gastronomia do Olho' by Nicolau from the Federal District. The event underscores the festival's commitment to highlighting regional talent and narratives, providing a platform for filmmakers from various parts of Brazil to present their work to a broader audience.</w:t>
      </w:r>
      <w:r/>
    </w:p>
    <w:p>
      <w:pPr>
        <w:pStyle w:val="ListNumber"/>
        <w:spacing w:line="240" w:lineRule="auto"/>
        <w:ind w:left="720"/>
      </w:pPr>
      <w:r/>
      <w:hyperlink r:id="rId12">
        <w:r>
          <w:rPr>
            <w:color w:val="0000EE"/>
            <w:u w:val="single"/>
          </w:rPr>
          <w:t>https://www.radioviramundo.com/news-59-festival-de-brasilia-do-cinema-brasileiro-comeca-nesta-semana-veja-destaques-da-programacao</w:t>
        </w:r>
      </w:hyperlink>
      <w:r>
        <w:t xml:space="preserve"> - The 59th Brasília Film Festival is set to commence this week, featuring a rich programme of Brazilian films. The National Competitive Show includes seven feature films and 12 short films, with screenings at Cine Brasília and Liberty Mall. Notably, 'Pequenas Tragédias' by Daniel Nolasco and 'Gastronomia do Olho' by Nicolau are among the highlighted works. The festival offers both paid and free screenings, aiming to engage a wide audience and celebrate the diversity of Brazilian cinema.</w:t>
      </w:r>
      <w:r/>
    </w:p>
    <w:p>
      <w:pPr>
        <w:pStyle w:val="ListNumber"/>
        <w:spacing w:line="240" w:lineRule="auto"/>
        <w:ind w:left="720"/>
      </w:pPr>
      <w:r/>
      <w:hyperlink r:id="rId11">
        <w:r>
          <w:rPr>
            <w:color w:val="0000EE"/>
            <w:u w:val="single"/>
          </w:rPr>
          <w:t>https://www.diariodecuiaba.com.br/ilustrado/festival-de-brasilia-tera-filmes-de-gustavo-vinagre-e-daniel-nolasco/750472</w:t>
        </w:r>
      </w:hyperlink>
      <w:r>
        <w:t xml:space="preserve"> - The 59th Brasília Film Festival's National Competitive Show features seven feature films and 12 short films. Among the selected works are 'Pequenas Tragédias' by Daniel Nolasco and 'Gastronomia do Olho' by Nicolau. The festival received nearly 2,000 submissions, highlighting the competitive nature of the selection process. The event aims to showcase the best of Brazilian cinema, with screenings scheduled at Cine Brasília and Liberty Mall, offering both paid and free access to the public.</w:t>
      </w:r>
      <w:r/>
    </w:p>
    <w:p>
      <w:pPr>
        <w:pStyle w:val="ListNumber"/>
        <w:spacing w:line="240" w:lineRule="auto"/>
        <w:ind w:left="720"/>
      </w:pPr>
      <w:r/>
      <w:hyperlink r:id="rId9">
        <w:r>
          <w:rPr>
            <w:color w:val="0000EE"/>
            <w:u w:val="single"/>
          </w:rPr>
          <w:t>https://www.correiobraziliense.com.br/diversao-e-arte/2026/09/7495911-daniel-nolasco-retrata-vivencias-lgbt-no-interior-em-pequenas-tragedias.html</w:t>
        </w:r>
      </w:hyperlink>
      <w:r>
        <w:t xml:space="preserve"> - Daniel Nolasco, a representative of queer cinema from Central-Western Brazil, enters the competitive show of the Brasília Film Festival with the feature 'Pequenas Tragédias', focusing on the consequences of structural homophobia. The film reflects on the migration of LGBTQ+ individuals from small towns to large cities, drawing from Nolasco's personal experiences in Catalão, Goiás. The narrative combines elements of documentary and fiction to address themes of violence and identity within the LGBTQ+ community.</w:t>
      </w:r>
      <w:r/>
    </w:p>
    <w:p>
      <w:pPr>
        <w:pStyle w:val="ListNumber"/>
        <w:spacing w:line="240" w:lineRule="auto"/>
        <w:ind w:left="720"/>
      </w:pPr>
      <w:r/>
      <w:hyperlink r:id="rId12">
        <w:r>
          <w:rPr>
            <w:color w:val="0000EE"/>
            <w:u w:val="single"/>
          </w:rPr>
          <w:t>https://www.radioviramundo.com/news-59-festival-de-brasilia-do-cinema-brasileiro-comeca-nesta-semana-veja-destaques-da-programacao</w:t>
        </w:r>
      </w:hyperlink>
      <w:r>
        <w:t xml:space="preserve"> - The 59th Brasília Film Festival is set to commence this week, featuring a rich programme of Brazilian films. The National Competitive Show includes seven feature films and 12 short films, with screenings at Cine Brasília and Liberty Mall. Notably, 'Pequenas Tragédias' by Daniel Nolasco and 'Gastronomia do Olho' by Nicolau are among the highlighted works. The festival offers both paid and free screenings, aiming to engage a wide audience and celebrate the diversity of Brazilian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rreiobraziliense.com.br/diversao-e-arte/2026/09/7495911-daniel-nolasco-retrata-vivencias-lgbt-no-interior-em-pequenas-tragedias.html" TargetMode="External"/><Relationship Id="rId10" Type="http://schemas.openxmlformats.org/officeDocument/2006/relationships/hyperlink" Target="https://www.notibras.com/site/59a-edicao-do-festival-de-brasilia-do-cinema-brasileiro/" TargetMode="External"/><Relationship Id="rId11" Type="http://schemas.openxmlformats.org/officeDocument/2006/relationships/hyperlink" Target="https://www.diariodecuiaba.com.br/ilustrado/festival-de-brasilia-tera-filmes-de-gustavo-vinagre-e-daniel-nolasco/750472" TargetMode="External"/><Relationship Id="rId12" Type="http://schemas.openxmlformats.org/officeDocument/2006/relationships/hyperlink" Target="https://www.radioviramundo.com/news-59-festival-de-brasilia-do-cinema-brasileiro-comeca-nesta-semana-veja-destaques-da-programacao" TargetMode="External"/><Relationship Id="rId13" Type="http://schemas.openxmlformats.org/officeDocument/2006/relationships/hyperlink" Target="https://jornaldebrasilia.com.br/viva/cinema/producoes-com-tematica-queer-marcam-segunda-noite-da-mostra-competitiva-do-festival-de-brasil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