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TV Shows Celebrated at the 2025 Autostraddle Awards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celebrating another standout year of LGBTQ+ television as the Autostraddle TV Awards honour queer stories, performances and creators across drama, comedy, sci-fi, reality and daytime TV. The winners reflect a broader shift in mainstream entertainment, while making clear why dedicated queer criticism still matters.</w:t>
      </w:r>
      <w:r/>
    </w:p>
    <w:p>
      <w:pPr>
        <w:pStyle w:val="Heading2"/>
      </w:pPr>
      <w:r>
        <w:t>Essential Takeaways</w:t>
      </w:r>
      <w:r/>
      <w:r/>
    </w:p>
    <w:p>
      <w:pPr>
        <w:pStyle w:val="ListBullet"/>
        <w:spacing w:line="240" w:lineRule="auto"/>
        <w:ind w:left="720"/>
      </w:pPr>
      <w:r/>
      <w:r>
        <w:rPr>
          <w:b/>
        </w:rPr>
        <w:t>The Pitt leads the drama field:</w:t>
      </w:r>
      <w:r>
        <w:t xml:space="preserve"> The hospital series won Outstanding Drama Series, with Isa Briones and Supriya Ganesh also recognised.</w:t>
      </w:r>
      <w:r/>
    </w:p>
    <w:p>
      <w:pPr>
        <w:pStyle w:val="ListBullet"/>
        <w:spacing w:line="240" w:lineRule="auto"/>
        <w:ind w:left="720"/>
      </w:pPr>
      <w:r/>
      <w:r>
        <w:rPr>
          <w:b/>
        </w:rPr>
        <w:t>Hacks gets a fitting farewell:</w:t>
      </w:r>
      <w:r>
        <w:t xml:space="preserve"> The comedy's final season earned wins for the series, Hannah Einbinder and Jean Smart.</w:t>
      </w:r>
      <w:r/>
    </w:p>
    <w:p>
      <w:pPr>
        <w:pStyle w:val="ListBullet"/>
        <w:spacing w:line="240" w:lineRule="auto"/>
        <w:ind w:left="720"/>
      </w:pPr>
      <w:r/>
      <w:r>
        <w:rPr>
          <w:b/>
        </w:rPr>
        <w:t>Pluribus brings queer sci-fi to the fore:</w:t>
      </w:r>
      <w:r>
        <w:t xml:space="preserve"> Rhea Seehorn won for playing Carol Sturka in Apple's ambitious series.</w:t>
      </w:r>
      <w:r/>
    </w:p>
    <w:p>
      <w:pPr>
        <w:pStyle w:val="ListBullet"/>
        <w:spacing w:line="240" w:lineRule="auto"/>
        <w:ind w:left="720"/>
      </w:pPr>
      <w:r/>
      <w:r>
        <w:rPr>
          <w:b/>
        </w:rPr>
        <w:t>Heartbreak High takes the representation prize:</w:t>
      </w:r>
      <w:r>
        <w:t xml:space="preserve"> The Netflix teen drama was named Most Groundbreaking Representation.</w:t>
      </w:r>
      <w:r/>
    </w:p>
    <w:p>
      <w:pPr>
        <w:pStyle w:val="ListBullet"/>
        <w:spacing w:line="240" w:lineRule="auto"/>
        <w:ind w:left="720"/>
      </w:pPr>
      <w:r/>
      <w:r>
        <w:rPr>
          <w:b/>
        </w:rPr>
        <w:t>The awards look beyond mainstream approval:</w:t>
      </w:r>
      <w:r>
        <w:t xml:space="preserve"> They focus on complex queer and trans characters, not simply conventional industry recognition.</w:t>
      </w:r>
      <w:r/>
      <w:r/>
    </w:p>
    <w:p>
      <w:pPr>
        <w:pStyle w:val="Heading2"/>
      </w:pPr>
      <w:r>
        <w:t>A different kind of television awards night</w:t>
      </w:r>
      <w:r/>
    </w:p>
    <w:p>
      <w:r/>
      <w:r>
        <w:t>The Autostraddle TV Awards have always done more than repeat the choices of mainstream award bodies. Now in their ninth year, they offer a space where lesbian, queer women and trans characters can be judged on the depth of their stories, rather than treated as a diversity tick-box.</w:t>
      </w:r>
      <w:r/>
    </w:p>
    <w:p>
      <w:r/>
      <w:r>
        <w:t>That distinction matters even as LGBTQ+ characters appear more frequently in popular television. The ninth awards overlap increasingly with larger industry ceremonies, but the organisers' point is simple: visibility isn't the same as meaningful representation. A character can be present on screen without being given a full emotional life.</w:t>
      </w:r>
      <w:r/>
    </w:p>
    <w:p>
      <w:r/>
      <w:r>
        <w:t xml:space="preserve">The result is an awards list that feels both celebratory and discerning. It cheers the big performances, but it also asks who gets the richest storylines, who is allowed to be messy and whether queer characters are actually central to the worlds they inhabit. That long-running approach has helped make the Autostraddle TV Awards a useful guide to the best LGBTQ+ TV shows each year. </w:t>
      </w:r>
      <w:hyperlink r:id="rId9">
        <w:r>
          <w:rPr>
            <w:color w:val="0000EE"/>
            <w:u w:val="single"/>
          </w:rPr>
          <w:t>[2]</w:t>
        </w:r>
      </w:hyperlink>
      <w:r>
        <w:t xml:space="preserve">, </w:t>
      </w:r>
      <w:hyperlink r:id="rId10">
        <w:r>
          <w:rPr>
            <w:color w:val="0000EE"/>
            <w:u w:val="single"/>
          </w:rPr>
          <w:t>[3]</w:t>
        </w:r>
      </w:hyperlink>
      <w:r/>
    </w:p>
    <w:p>
      <w:pPr>
        <w:pStyle w:val="Heading2"/>
      </w:pPr>
      <w:r>
        <w:t>The Pitt and Hacks take the biggest wins</w:t>
      </w:r>
      <w:r/>
    </w:p>
    <w:p>
      <w:r/>
      <w:r>
        <w:t>The Pitt won Outstanding Drama Series, despite a season that left its central doctor increasingly difficult to root for. The award's reasoning rests largely with the women around him, whose compassion, professional judgement and personal struggles restore the show's emotional balance.</w:t>
      </w:r>
      <w:r/>
    </w:p>
    <w:p>
      <w:r/>
      <w:r>
        <w:t>Isa Briones won Outstanding Supporting or Guest Actor in a Drama Series for Trinity Santos, while Supriya Ganesh received the award for Outstanding Performance by an Out LGBTQ+ Actor in a Drama. Their wins highlight two very different forms of strength: Santos hides uncertainty behind swagger, while Dr Samira Mohan leads with patience and empathy.</w:t>
      </w:r>
      <w:r/>
    </w:p>
    <w:p>
      <w:r/>
      <w:r>
        <w:t xml:space="preserve">Hacks, meanwhile, claimed Outstanding Comedy Series as it reached its fifth and final season. Hannah Einbinder won Lead Actor in a Comedy Series for Ava, as well as Outstanding Performance by an Out LGBTQ+ Actor in a Comedy. Jean Smart was also recognised for her work as Deborah, proving once again that the show's sparring, affection and creative friction remain its secret sauce. </w:t>
      </w:r>
      <w:hyperlink r:id="rId9">
        <w:r>
          <w:rPr>
            <w:color w:val="0000EE"/>
            <w:u w:val="single"/>
          </w:rPr>
          <w:t>[2]</w:t>
        </w:r>
      </w:hyperlink>
      <w:r>
        <w:t xml:space="preserve">, </w:t>
      </w:r>
      <w:hyperlink r:id="rId10">
        <w:r>
          <w:rPr>
            <w:color w:val="0000EE"/>
            <w:u w:val="single"/>
          </w:rPr>
          <w:t>[3]</w:t>
        </w:r>
      </w:hyperlink>
      <w:r/>
    </w:p>
    <w:p>
      <w:pPr>
        <w:pStyle w:val="Heading2"/>
      </w:pPr>
      <w:r>
        <w:t>Queer science fiction gets room to think big</w:t>
      </w:r>
      <w:r/>
    </w:p>
    <w:p>
      <w:r/>
      <w:r>
        <w:t>Pluribus won Outstanding Sci-Fi/Fantasy Series, with Rhea Seehorn taking the lead performance award for Carol Sturka. The series uses an end-of-the-world premise to explore technology, capitalism, collective identity and social control, but it keeps those huge questions grounded in one flawed, grieving woman.</w:t>
      </w:r>
      <w:r/>
    </w:p>
    <w:p>
      <w:r/>
      <w:r>
        <w:t>That balance is important. Carol's queerness shapes how viewers understand her, but it isn't reduced to a plot device or an explanation for every decision she makes. Instead, she exists as a fully formed science-fiction protagonist who can be funny, difficult, lonely and morally uncertain.</w:t>
      </w:r>
      <w:r/>
    </w:p>
    <w:p>
      <w:r/>
      <w:r>
        <w:t xml:space="preserve">The supporting award went to Tig Notaro for her role as Jett Reno in Star Trek: Starfleet Academy. Her win also reflects a welcome development in modern genre television: queer characters aren't merely appearing in futuristic settings, they're being given romances, friendships and storylines that belong to them. </w:t>
      </w:r>
      <w:hyperlink r:id="rId9">
        <w:r>
          <w:rPr>
            <w:color w:val="0000EE"/>
            <w:u w:val="single"/>
          </w:rPr>
          <w:t>[2]</w:t>
        </w:r>
      </w:hyperlink>
      <w:r>
        <w:t xml:space="preserve">, </w:t>
      </w:r>
      <w:hyperlink r:id="rId11">
        <w:r>
          <w:rPr>
            <w:color w:val="0000EE"/>
            <w:u w:val="single"/>
          </w:rPr>
          <w:t>[4]</w:t>
        </w:r>
      </w:hyperlink>
      <w:r/>
    </w:p>
    <w:p>
      <w:pPr>
        <w:pStyle w:val="Heading2"/>
      </w:pPr>
      <w:r>
        <w:t>Animation and soaps refuse to play small</w:t>
      </w:r>
      <w:r/>
    </w:p>
    <w:p>
      <w:r/>
      <w:r>
        <w:t>Women Wearing Shoulder Pads won Outstanding Animated Series, standing out in a field packed with adventurous queer animation. Its Spanish-language stop-motion setting, surreal guinea-pig society and lesbian melodrama make it an unusually bold choice, but that's precisely the appeal.</w:t>
      </w:r>
      <w:r/>
    </w:p>
    <w:p>
      <w:r/>
      <w:r>
        <w:t>The series doesn't place queer women at the edge of the story. They drive the plot, complicate the power structures and create the show's distinctive mix of danger, romance and absurdity. It's a reminder that animation can be strange, adult and emotionally specific all at once.</w:t>
      </w:r>
      <w:r/>
    </w:p>
    <w:p>
      <w:r/>
      <w:r>
        <w:t xml:space="preserve">Beyond the Gates won Outstanding Daytime Series, bringing queer characters into the heightened world of soap opera. Its Black and queer characters are allowed careers, family complications, romantic drama and the kind of deliciously excessive storytelling traditionally reserved for straight leads. In other words, they get to have a life beyond coming out or finding love. </w:t>
      </w:r>
      <w:hyperlink r:id="rId9">
        <w:r>
          <w:rPr>
            <w:color w:val="0000EE"/>
            <w:u w:val="single"/>
          </w:rPr>
          <w:t>[2]</w:t>
        </w:r>
      </w:hyperlink>
      <w:r>
        <w:t xml:space="preserve">, </w:t>
      </w:r>
      <w:hyperlink r:id="rId12">
        <w:r>
          <w:rPr>
            <w:color w:val="0000EE"/>
            <w:u w:val="single"/>
          </w:rPr>
          <w:t>[5]</w:t>
        </w:r>
      </w:hyperlink>
      <w:r/>
    </w:p>
    <w:p>
      <w:pPr>
        <w:pStyle w:val="Heading2"/>
      </w:pPr>
      <w:r>
        <w:t>Heartbreak High wins for representation that feels lived-in</w:t>
      </w:r>
      <w:r/>
    </w:p>
    <w:p>
      <w:r/>
      <w:r>
        <w:t>Heartbreak High was named Most Groundbreaking Representation, and the choice reflects how expansively the show approaches identity. Its world includes queer, autistic, asexual and non-binary characters, alongside conversations about relationships and gender that feel woven into everyday teenage life.</w:t>
      </w:r>
      <w:r/>
    </w:p>
    <w:p>
      <w:r/>
      <w:r>
        <w:t>That doesn't mean the series avoids difficulty. Its characters make mistakes, hurt one another and change their minds. But the show doesn't present queerness as a single crisis to be solved, either. It's part of the social fabric, which makes the representation feel more natural and, quietly, more radical.</w:t>
      </w:r>
      <w:r/>
    </w:p>
    <w:p>
      <w:r/>
      <w:r>
        <w:t xml:space="preserve">Max from Ginny &amp; Georgia won the Santana Lopez Legacy Award for Outstanding Queer Teen Character. Her story combines humour, neurodivergence, insecurity and romantic confusion, offering a portrait of a young queer person whose identity is important without becoming her entire narrative. </w:t>
      </w:r>
      <w:hyperlink r:id="rId9">
        <w:r>
          <w:rPr>
            <w:color w:val="0000EE"/>
            <w:u w:val="single"/>
          </w:rPr>
          <w:t>[2]</w:t>
        </w:r>
      </w:hyperlink>
      <w:r>
        <w:t xml:space="preserve">, </w:t>
      </w:r>
      <w:hyperlink r:id="rId13">
        <w:r>
          <w:rPr>
            <w:color w:val="0000EE"/>
            <w:u w:val="single"/>
          </w:rPr>
          <w:t>[6]</w:t>
        </w:r>
      </w:hyperlink>
      <w:r/>
    </w:p>
    <w:p>
      <w:pPr>
        <w:pStyle w:val="Heading2"/>
      </w:pPr>
      <w:r>
        <w:t>Performances remain the awards' beating heart</w:t>
      </w:r>
      <w:r/>
    </w:p>
    <w:p>
      <w:r/>
      <w:r>
        <w:t>Zendaya won Outstanding Lead Actor Playing an LGBTQ+ Character in a Drama Series for her performance as Rue Bennett in Euphoria. Rue's story is repetitive, painful and often chaotic, but Zendaya gives its cycles shape, finding flashes of wit and tenderness inside a deeply troubling character journey.</w:t>
      </w:r>
      <w:r/>
    </w:p>
    <w:p>
      <w:r/>
      <w:r>
        <w:t>The awards also recognised Krys Marshall in Paradise and Stephanie Beatriz in Man on the Inside. Marshall's performance benefits from a character who becomes less obedient to the system around her, while Beatriz brings a dry, grounded energy to a workplace full of eccentric personalities.</w:t>
      </w:r>
      <w:r/>
    </w:p>
    <w:p>
      <w:r/>
      <w:r>
        <w:t>Behind the camera, Brittani Nichols won Outstanding LGBTQ+ Director, Writer or Showrunner for her work on Abbott Elementary. Her recognition is a useful reminder that representation isn't only about who appears in front of the camera. It also depends on who gets to shape the jokes, conflicts and emotional details in the first place.</w:t>
      </w:r>
      <w:r/>
    </w:p>
    <w:p>
      <w:r/>
      <w:r>
        <w:t xml:space="preserve">Taken together, the winners show a television landscape that is broader than it once was, but not beyond criticism. The strongest queer series aren't simply including LGBTQ+ characters; they're trusting them with the story. </w:t>
      </w:r>
      <w:hyperlink r:id="rId9">
        <w:r>
          <w:rPr>
            <w:color w:val="0000EE"/>
            <w:u w:val="single"/>
          </w:rPr>
          <w:t>[2]</w:t>
        </w:r>
      </w:hyperlink>
      <w:r>
        <w:t xml:space="preserve">, </w:t>
      </w:r>
      <w:hyperlink r:id="rId14">
        <w:r>
          <w:rPr>
            <w:color w:val="0000EE"/>
            <w:u w:val="single"/>
          </w:rPr>
          <w:t>[7]</w:t>
        </w:r>
      </w:hyperlink>
      <w:r/>
    </w:p>
    <w:p>
      <w:r/>
      <w:r>
        <w:t>It's a lively, imperfect television landscape, but these awards show why queer storytelling still deserves its own spotlight.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9">
        <w:r>
          <w:rPr>
            <w:color w:val="0000EE"/>
            <w:u w:val="single"/>
          </w:rPr>
          <w:t>[2]</w:t>
        </w:r>
      </w:hyperlink>
      <w:r>
        <w:t xml:space="preserve">, </w:t>
      </w:r>
      <w:hyperlink r:id="rId13">
        <w:r>
          <w:rPr>
            <w:color w:val="0000EE"/>
            <w:u w:val="single"/>
          </w:rPr>
          <w:t>[6]</w:t>
        </w:r>
      </w:hyperlink>
      <w:r>
        <w:t xml:space="preserve">- Paragraph 4: </w:t>
      </w:r>
      <w:hyperlink r:id="rId14">
        <w:r>
          <w:rPr>
            <w:color w:val="0000EE"/>
            <w:u w:val="single"/>
          </w:rPr>
          <w:t>[7]</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https://www.autostraddle.com/presenting-the-winners-of-the-9th-annual-autostraddle-tv-awards/?utm_source=rss&amp;utm_medium=rss&amp;utm_campaign=presenting-the-winners-of-the-9th-annual-autostraddle-tv-awards</w:t>
        </w:r>
      </w:hyperlink>
      <w:r>
        <w:t xml:space="preserve"> - Please view link - unable to able to access data</w:t>
      </w:r>
      <w:r/>
    </w:p>
    <w:p>
      <w:pPr>
        <w:pStyle w:val="ListNumber"/>
        <w:spacing w:line="240" w:lineRule="auto"/>
        <w:ind w:left="720"/>
      </w:pPr>
      <w:r/>
      <w:hyperlink r:id="rId9">
        <w:r>
          <w:rPr>
            <w:color w:val="0000EE"/>
            <w:u w:val="single"/>
          </w:rPr>
          <w:t>https://www.autostraddle.com/presenting-the-winners-of-the-9th-annual-autostraddle-tv-awards/?utm_source=rss&amp;utm_medium=rss&amp;utm_campaign=presenting-the-winners-of-the-9th-annual-autostraddle-tv-awards</w:t>
        </w:r>
      </w:hyperlink>
      <w:r>
        <w:t xml:space="preserve"> - Autostraddle's 9th Annual TV Awards celebrate the best LGBTQ+ series on television, highlighting the increasing presence of queer and trans characters in mainstream culture. The awards underscore the importance of centering stories of lesbian, queer female, and trans characters, acknowledging the ongoing need for authentic and complex queer narratives in television. The winners and their respective categories are detailed, emphasizing the significance of these stories in the broader media landscape.</w:t>
      </w:r>
      <w:r/>
    </w:p>
    <w:p>
      <w:pPr>
        <w:pStyle w:val="ListNumber"/>
        <w:spacing w:line="240" w:lineRule="auto"/>
        <w:ind w:left="720"/>
      </w:pPr>
      <w:r/>
      <w:hyperlink r:id="rId10">
        <w:r>
          <w:rPr>
            <w:color w:val="0000EE"/>
            <w:u w:val="single"/>
          </w:rPr>
          <w:t>https://www.autostraddle.com/presenting-the-winners-of-the-8th-annual-autostraddle-tv-awards/</w:t>
        </w:r>
      </w:hyperlink>
      <w:r>
        <w:t xml:space="preserve"> - The 8th Annual Autostraddle TV Awards showcase outstanding LGBTQ+ television, with 'Yellowjackets' and 'Agatha All Along' leading in the Sci-Fi/Fantasy categories. The awards highlight the evolving landscape of queer representation, noting the challenges faced by queer television shows, including cancellations and deplatforming. The ceremony celebrates the resilience and creativity of LGBTQ+ storytellers, emphasizing the importance of these narratives in the television industry.</w:t>
      </w:r>
      <w:r/>
    </w:p>
    <w:p>
      <w:pPr>
        <w:pStyle w:val="ListNumber"/>
        <w:spacing w:line="240" w:lineRule="auto"/>
        <w:ind w:left="720"/>
      </w:pPr>
      <w:r/>
      <w:hyperlink r:id="rId11">
        <w:r>
          <w:rPr>
            <w:color w:val="0000EE"/>
            <w:u w:val="single"/>
          </w:rPr>
          <w:t>https://www.autostraddle.com/presenting-the-winners-of-the-7th-annual-autostraddle-tv-awards/</w:t>
        </w:r>
      </w:hyperlink>
      <w:r>
        <w:t xml:space="preserve"> - The 7th Annual Autostraddle TV Awards honor exceptional LGBTQ+ television, with 'Under the Bridge,' 'The Fall of the House of Usher,' and 'Station 19' receiving multiple accolades. The awards reflect on the state of queer television, acknowledging the decline in the number of queer-centric shows and the importance of celebrating the work that continues to emerge. The ceremony underscores the significance of queer representation in media and the need for continued support and recognition.</w:t>
      </w:r>
      <w:r/>
    </w:p>
    <w:p>
      <w:pPr>
        <w:pStyle w:val="ListNumber"/>
        <w:spacing w:line="240" w:lineRule="auto"/>
        <w:ind w:left="720"/>
      </w:pPr>
      <w:r/>
      <w:hyperlink r:id="rId12">
        <w:r>
          <w:rPr>
            <w:color w:val="0000EE"/>
            <w:u w:val="single"/>
          </w:rPr>
          <w:t>https://www.autostraddle.com/presenting-the-winners-of-the-6th-annual-autostraddle-tv-awards/</w:t>
        </w:r>
      </w:hyperlink>
      <w:r>
        <w:t xml:space="preserve"> - The 6th Annual Autostraddle TV Awards celebrate LGBTQ+ television, with 'Harley Quinn,' 'The Last of Us,' 'A League of Their Own,' and 'Sort Of' among the winners. The awards highlight the diverse and evolving landscape of queer representation, acknowledging the challenges faced by LGBTQ+ shows in the mainstream media. The ceremony emphasizes the importance of recognizing and supporting queer narratives, showcasing the resilience and creativity of LGBTQ+ storytellers.</w:t>
      </w:r>
      <w:r/>
    </w:p>
    <w:p>
      <w:pPr>
        <w:pStyle w:val="ListNumber"/>
        <w:spacing w:line="240" w:lineRule="auto"/>
        <w:ind w:left="720"/>
      </w:pPr>
      <w:r/>
      <w:hyperlink r:id="rId13">
        <w:r>
          <w:rPr>
            <w:color w:val="0000EE"/>
            <w:u w:val="single"/>
          </w:rPr>
          <w:t>https://www.autostraddle.com/presenting-the-winners-of-autostraddles-second-annual-gay-emmys/</w:t>
        </w:r>
      </w:hyperlink>
      <w:r>
        <w:t xml:space="preserve"> - Autostraddle's Second Annual Gay Emmys honor outstanding LGBTQ+ television, with 'Jane the Virgin' winning Outstanding Comedy Series. The awards aim to fill the gaps left by mainstream awards, celebrating queer storytelling and characters often overlooked by traditional ceremonies. The ceremony reflects on the state of LGBTQ+ television, acknowledging the progress made and the work still needed to achieve full representation and recognition in the media industry.</w:t>
      </w:r>
      <w:r/>
    </w:p>
    <w:p>
      <w:pPr>
        <w:pStyle w:val="ListNumber"/>
        <w:spacing w:line="240" w:lineRule="auto"/>
        <w:ind w:left="720"/>
      </w:pPr>
      <w:r/>
      <w:hyperlink r:id="rId14">
        <w:r>
          <w:rPr>
            <w:color w:val="0000EE"/>
            <w:u w:val="single"/>
          </w:rPr>
          <w:t>https://www.tvline.com/awards/glaad-media-awards-2019-tv-winners-list-queer-eye-vida-1044743/</w:t>
        </w:r>
      </w:hyperlink>
      <w:r>
        <w:t xml:space="preserve"> - The 30th Annual GLAAD Media Awards recognized 'Queer Eye' as Outstanding Reality Program and 'Vida' as Outstanding Comedy Series. The awards honor media for their fair, accurate, and inclusive representations of the LGBTQ+ community. The ceremony highlights the importance of positive representation in media and the impact of shows like 'Queer Eye' and 'Vida' in bringing LGBTQ+ stories to a broader audience.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utostraddle.com/presenting-the-winners-of-the-9th-annual-autostraddle-tv-awards/?utm_source=rss&amp;utm_medium=rss&amp;utm_campaign=presenting-the-winners-of-the-9th-annual-autostraddle-tv-awards" TargetMode="External"/><Relationship Id="rId10" Type="http://schemas.openxmlformats.org/officeDocument/2006/relationships/hyperlink" Target="https://www.autostraddle.com/presenting-the-winners-of-the-8th-annual-autostraddle-tv-awards/" TargetMode="External"/><Relationship Id="rId11" Type="http://schemas.openxmlformats.org/officeDocument/2006/relationships/hyperlink" Target="https://www.autostraddle.com/presenting-the-winners-of-the-7th-annual-autostraddle-tv-awards/" TargetMode="External"/><Relationship Id="rId12" Type="http://schemas.openxmlformats.org/officeDocument/2006/relationships/hyperlink" Target="https://www.autostraddle.com/presenting-the-winners-of-the-6th-annual-autostraddle-tv-awards/" TargetMode="External"/><Relationship Id="rId13" Type="http://schemas.openxmlformats.org/officeDocument/2006/relationships/hyperlink" Target="https://www.autostraddle.com/presenting-the-winners-of-autostraddles-second-annual-gay-emmys/" TargetMode="External"/><Relationship Id="rId14" Type="http://schemas.openxmlformats.org/officeDocument/2006/relationships/hyperlink" Target="https://www.tvline.com/awards/glaad-media-awards-2019-tv-winners-list-queer-eye-vida-104474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