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Divine Playhouse events in Sydney for October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Sydney’s Divine Playhouse is returning with three theatrical nights at the Museum of Contemporary Art Australia, bringing drag, music, performance and deliciously dramatic dress codes to the harbourfront after its controversial Kent Street closure.</w:t>
      </w:r>
      <w:r/>
    </w:p>
    <w:p>
      <w:pPr>
        <w:pStyle w:val="Heading2"/>
      </w:pPr>
      <w:r>
        <w:t>Essential Takeaways</w:t>
      </w:r>
      <w:r/>
      <w:r/>
    </w:p>
    <w:p>
      <w:pPr>
        <w:pStyle w:val="ListBullet"/>
        <w:spacing w:line="240" w:lineRule="auto"/>
        <w:ind w:left="720"/>
      </w:pPr>
      <w:r/>
      <w:r>
        <w:rPr>
          <w:b/>
        </w:rPr>
        <w:t>Three themed nights:</w:t>
      </w:r>
      <w:r>
        <w:t xml:space="preserve"> The programme moves from funeral to resurrection and temptation across October.</w:t>
      </w:r>
      <w:r/>
    </w:p>
    <w:p>
      <w:pPr>
        <w:pStyle w:val="ListBullet"/>
        <w:spacing w:line="240" w:lineRule="auto"/>
        <w:ind w:left="720"/>
      </w:pPr>
      <w:r/>
      <w:r>
        <w:rPr>
          <w:b/>
        </w:rPr>
        <w:t>A major new home:</w:t>
      </w:r>
      <w:r>
        <w:t xml:space="preserve"> The events will take over spaces at the Museum of Contemporary Art Australia.</w:t>
      </w:r>
      <w:r/>
    </w:p>
    <w:p>
      <w:pPr>
        <w:pStyle w:val="ListBullet"/>
        <w:spacing w:line="240" w:lineRule="auto"/>
        <w:ind w:left="720"/>
      </w:pPr>
      <w:r/>
      <w:r>
        <w:rPr>
          <w:b/>
        </w:rPr>
        <w:t>More than 50 artists:</w:t>
      </w:r>
      <w:r>
        <w:t xml:space="preserve"> Drag performers, musicians, DJs and performance artists are involved.</w:t>
      </w:r>
      <w:r/>
    </w:p>
    <w:p>
      <w:pPr>
        <w:pStyle w:val="ListBullet"/>
        <w:spacing w:line="240" w:lineRule="auto"/>
        <w:ind w:left="720"/>
      </w:pPr>
      <w:r/>
      <w:r>
        <w:rPr>
          <w:b/>
        </w:rPr>
        <w:t>Tickets are available:</w:t>
      </w:r>
      <w:r>
        <w:t xml:space="preserve"> The opening night costs $69, while the later events offer $35 two-for-one tickets.</w:t>
      </w:r>
      <w:r/>
    </w:p>
    <w:p>
      <w:pPr>
        <w:pStyle w:val="ListBullet"/>
        <w:spacing w:line="240" w:lineRule="auto"/>
        <w:ind w:left="720"/>
      </w:pPr>
      <w:r/>
      <w:r>
        <w:rPr>
          <w:b/>
        </w:rPr>
        <w:t>Dress for the drama:</w:t>
      </w:r>
      <w:r>
        <w:t xml:space="preserve"> Veils, taffeta and a little theatrical excess are very much encouraged.</w:t>
      </w:r>
      <w:r/>
      <w:r/>
    </w:p>
    <w:p>
      <w:pPr>
        <w:pStyle w:val="Heading2"/>
      </w:pPr>
      <w:r>
        <w:t>Divine Playhouse rises again at the MCA</w:t>
      </w:r>
      <w:r/>
    </w:p>
    <w:p>
      <w:r/>
      <w:r>
        <w:t>The strongest detail is also the most delightfully theatrical: Divine Playhouse's comeback begins with its own funeral. On 8 October, MOURN! WEEP! WAIL! will turn the MCA's Foundation Hall into a space for processions, hymns and performances, with guests encouraged to embrace high-fashion mourning. According to the Star Observer, the night runs from 6pm to 11pm and is strictly for over-18s.</w:t>
      </w:r>
      <w:r/>
    </w:p>
    <w:p>
      <w:r/>
      <w:r>
        <w:t xml:space="preserve">It isn't a quiet memorial. Aunty Jonny, Brendan Del La Hay, Divacups, Lesbionica, Nikkita Iman, Porcelain Alice, Stereogamous and The Bombshells are among the announced names, while La Figa appears across the full series. The effect should be less sombre service and more glittering send-off, which feels exactly right for a venue that has never been interested in behaving politely. </w:t>
      </w:r>
      <w:hyperlink r:id="rId9">
        <w:r>
          <w:rPr>
            <w:color w:val="0000EE"/>
            <w:u w:val="single"/>
          </w:rPr>
          <w:t>[2]</w:t>
        </w:r>
      </w:hyperlink>
      <w:r>
        <w:t xml:space="preserve">, </w:t>
      </w:r>
      <w:hyperlink r:id="rId10">
        <w:r>
          <w:rPr>
            <w:color w:val="0000EE"/>
            <w:u w:val="single"/>
          </w:rPr>
          <w:t>[4]</w:t>
        </w:r>
      </w:hyperlink>
      <w:r/>
    </w:p>
    <w:p>
      <w:pPr>
        <w:pStyle w:val="Heading2"/>
      </w:pPr>
      <w:r>
        <w:t>From church controversy to contemporary art</w:t>
      </w:r>
      <w:r/>
    </w:p>
    <w:p>
      <w:r/>
      <w:r>
        <w:t xml:space="preserve">Divine Playhouse opened in a former church on Kent Street in July, aiming to give independent artists and community events a dedicated home. The building had already lived several cultural lives, having been deconsecrated in 1932 and later used as a theatre, but the venue quickly became the focus of protests from conservative Christian groups. ABC News and Time Out Sydney both reported on the rapid escalation after opening. </w:t>
      </w:r>
      <w:hyperlink r:id="rId11">
        <w:r>
          <w:rPr>
            <w:color w:val="0000EE"/>
            <w:u w:val="single"/>
          </w:rPr>
          <w:t>[3]</w:t>
        </w:r>
      </w:hyperlink>
      <w:r>
        <w:t xml:space="preserve">, </w:t>
      </w:r>
      <w:hyperlink r:id="rId10">
        <w:r>
          <w:rPr>
            <w:color w:val="0000EE"/>
            <w:u w:val="single"/>
          </w:rPr>
          <w:t>[4]</w:t>
        </w:r>
      </w:hyperlink>
      <w:r/>
    </w:p>
    <w:p>
      <w:r/>
      <w:r>
        <w:t xml:space="preserve">The lease was subsequently terminated, with the landlord citing the state's outdated offensive-trade legislation. ABC News reported that organisers were given only a short period to clear the building, while the closure prompted wider questions about artistic freedom, protest pressure and who gets to decide which performances belong in Sydney's public life. </w:t>
      </w:r>
      <w:hyperlink r:id="rId12">
        <w:r>
          <w:rPr>
            <w:color w:val="0000EE"/>
            <w:u w:val="single"/>
          </w:rPr>
          <w:t>[5]</w:t>
        </w:r>
      </w:hyperlink>
      <w:r>
        <w:t xml:space="preserve">, </w:t>
      </w:r>
      <w:hyperlink r:id="rId13">
        <w:r>
          <w:rPr>
            <w:color w:val="0000EE"/>
            <w:u w:val="single"/>
          </w:rPr>
          <w:t>[6]</w:t>
        </w:r>
      </w:hyperlink>
      <w:r/>
    </w:p>
    <w:p>
      <w:r/>
      <w:r>
        <w:t>Moving into the MCA changes the atmosphere considerably. Instead of an improvised venue fighting for breathing room, Divine Playhouse will be occupying one of Australia's most recognisable cultural institutions. That's not just a practical solution; it's a pointed bit of symbolism.</w:t>
      </w:r>
      <w:r/>
    </w:p>
    <w:p>
      <w:pPr>
        <w:pStyle w:val="Heading2"/>
      </w:pPr>
      <w:r>
        <w:t>Three nights, three moods</w:t>
      </w:r>
      <w:r/>
    </w:p>
    <w:p>
      <w:r/>
      <w:r>
        <w:t xml:space="preserve">The second event, BLISS! DEVOTION! ADORATION!, arrives on 22 October as part of the MCA's Late programme. Angels Only DJs, Boye Sivan, Gogo Bumhole, Matt Vaughan, Ruby Teys and Sharon Manhattan, plus the Unholy Drag Choir, are set to turn the museum into a celebration of renewal. The event runs from 6pm to 10pm, and the dress guidance is wonderfully direct: taffeta is encouraged. </w:t>
      </w:r>
      <w:hyperlink r:id="rId9">
        <w:r>
          <w:rPr>
            <w:color w:val="0000EE"/>
            <w:u w:val="single"/>
          </w:rPr>
          <w:t>[2]</w:t>
        </w:r>
      </w:hyperlink>
      <w:r>
        <w:t xml:space="preserve">, </w:t>
      </w:r>
      <w:hyperlink r:id="rId10">
        <w:r>
          <w:rPr>
            <w:color w:val="0000EE"/>
            <w:u w:val="single"/>
          </w:rPr>
          <w:t>[4]</w:t>
        </w:r>
      </w:hyperlink>
      <w:r/>
    </w:p>
    <w:p>
      <w:r/>
      <w:r>
        <w:t xml:space="preserve">The closing night, PLEASURE! VICE! DESIRE!, follows on 29 October. Its themes of forbidden fruit, confession and naughty art give the series a suitably mischievous finale, with Charlie Villas, Glory Holiness with Jamie James, Mama Medusa, Sexy Galexy, Sharkie and Venus on the line-up. It sounds like the sort of cultural outing where a sensible outfit becomes a missed opportunity. </w:t>
      </w:r>
      <w:hyperlink r:id="rId9">
        <w:r>
          <w:rPr>
            <w:color w:val="0000EE"/>
            <w:u w:val="single"/>
          </w:rPr>
          <w:t>[2]</w:t>
        </w:r>
      </w:hyperlink>
      <w:r>
        <w:t xml:space="preserve">, </w:t>
      </w:r>
      <w:hyperlink r:id="rId10">
        <w:r>
          <w:rPr>
            <w:color w:val="0000EE"/>
            <w:u w:val="single"/>
          </w:rPr>
          <w:t>[4]</w:t>
        </w:r>
      </w:hyperlink>
      <w:r/>
    </w:p>
    <w:p>
      <w:pPr>
        <w:pStyle w:val="Heading2"/>
      </w:pPr>
      <w:r>
        <w:t>How to choose the right Divine Playhouse ticket</w:t>
      </w:r>
      <w:r/>
    </w:p>
    <w:p>
      <w:r/>
      <w:r>
        <w:t xml:space="preserve">The opening funeral is priced at $69 and includes full museum admission. The two later events cost $35 for two tickets, also including full MCA admission, making them the easier choice for anyone planning a last-minute night out with a friend. All three events are designed for adult audiences, so check the event details before booking. </w:t>
      </w:r>
      <w:hyperlink r:id="rId9">
        <w:r>
          <w:rPr>
            <w:color w:val="0000EE"/>
            <w:u w:val="single"/>
          </w:rPr>
          <w:t>[2]</w:t>
        </w:r>
      </w:hyperlink>
      <w:r>
        <w:t xml:space="preserve">, </w:t>
      </w:r>
      <w:hyperlink r:id="rId10">
        <w:r>
          <w:rPr>
            <w:color w:val="0000EE"/>
            <w:u w:val="single"/>
          </w:rPr>
          <w:t>[4]</w:t>
        </w:r>
      </w:hyperlink>
      <w:r/>
    </w:p>
    <w:p>
      <w:r/>
      <w:r>
        <w:t>If you're attending the first night, think dramatic rather than merely black. A veil, sculptural hat or glossy evening look will fit the funeral theme, while the later nights invite brighter, more celebratory dressing. Arrive with enough time to take in the museum as well as the performance spaces, because this is part club night, part art event and part communal exhale.</w:t>
      </w:r>
      <w:r/>
    </w:p>
    <w:p>
      <w:pPr>
        <w:pStyle w:val="Heading2"/>
      </w:pPr>
      <w:r>
        <w:t>Why the return matters</w:t>
      </w:r>
      <w:r/>
    </w:p>
    <w:p>
      <w:r/>
      <w:r>
        <w:t xml:space="preserve">The original closure left independent artists without the space they had only just begun using. Reports from ABC News, Ausleisure and Green Left described a venue caught in a dispute that quickly became larger than one lease, touching on religious protest, queer visibility and the vulnerability of experimental cultural spaces.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p>
    <w:p>
      <w:r/>
      <w:r>
        <w:t>The MCA dates don't erase what happened, but they do give the artists and audience a chance to gather again. There is something pleasingly defiant about that: after a forced ending, the next chapter begins not with caution but with drag, music and a full theatrical schedule. Sydney's queer arts scene clearly isn't done making noise.</w:t>
      </w:r>
      <w:r/>
    </w:p>
    <w:p>
      <w:r/>
      <w:r>
        <w:t>Book through the MCA if you want to experience one of Sydney's most talked-about arts comebacks in person.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0">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9">
        <w:r>
          <w:rPr>
            <w:color w:val="0000EE"/>
            <w:u w:val="single"/>
          </w:rPr>
          <w:t>[2]</w:t>
        </w:r>
      </w:hyperlink>
      <w:r>
        <w:t xml:space="preserve">, </w:t>
      </w:r>
      <w:hyperlink r:id="rId10">
        <w:r>
          <w:rPr>
            <w:color w:val="0000EE"/>
            <w:u w:val="single"/>
          </w:rPr>
          <w:t>[4]</w:t>
        </w:r>
      </w:hyperlink>
      <w:r>
        <w:t xml:space="preserve">- Paragraph 7: </w:t>
      </w:r>
      <w:hyperlink r:id="rId9">
        <w:r>
          <w:rPr>
            <w:color w:val="0000EE"/>
            <w:u w:val="single"/>
          </w:rPr>
          <w:t>[2]</w:t>
        </w:r>
      </w:hyperlink>
      <w:r>
        <w:t xml:space="preserve">, </w:t>
      </w:r>
      <w:hyperlink r:id="rId10">
        <w:r>
          <w:rPr>
            <w:color w:val="0000EE"/>
            <w:u w:val="single"/>
          </w:rPr>
          <w:t>[4]</w:t>
        </w:r>
      </w:hyperlink>
      <w:r>
        <w:t xml:space="preserve">- Paragraph 8: </w:t>
      </w:r>
      <w:hyperlink r:id="rId9">
        <w:r>
          <w:rPr>
            <w:color w:val="0000EE"/>
            <w:u w:val="single"/>
          </w:rPr>
          <w:t>[2]</w:t>
        </w:r>
      </w:hyperlink>
      <w:r>
        <w:t xml:space="preserve">, </w:t>
      </w:r>
      <w:hyperlink r:id="rId10">
        <w:r>
          <w:rPr>
            <w:color w:val="0000EE"/>
            <w:u w:val="single"/>
          </w:rPr>
          <w:t>[4]</w:t>
        </w:r>
      </w:hyperlink>
      <w:r>
        <w:t xml:space="preserve">- Paragraph 9: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10: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https://www.starobserver.com.au/artsentertainment/divine-playhouse-is-back-sydneys-most-controversially-heathen-club-heads-to-the-mca/243948</w:t>
        </w:r>
      </w:hyperlink>
      <w:r>
        <w:t xml:space="preserve"> - Please view link - unable to able to access data</w:t>
      </w:r>
      <w:r/>
    </w:p>
    <w:p>
      <w:pPr>
        <w:pStyle w:val="ListNumber"/>
        <w:spacing w:line="240" w:lineRule="auto"/>
        <w:ind w:left="720"/>
      </w:pPr>
      <w:r/>
      <w:hyperlink r:id="rId9">
        <w:r>
          <w:rPr>
            <w:color w:val="0000EE"/>
            <w:u w:val="single"/>
          </w:rPr>
          <w:t>https://www.starobserver.com.au/artsentertainment/divine-playhouse-is-back-sydneys-most-controversially-heathen-club-heads-to-the-mca/243948</w:t>
        </w:r>
      </w:hyperlink>
      <w:r>
        <w:t xml:space="preserve"> - The article announces the return of Divine Playhouse, Sydney's LGBTQIA+ arts venue, to the Museum of Contemporary Art Australia (MCA) after being forced out of its Kent Street location in July. The program, titled UNHOLY / DIVINE, will feature over 50 independent artists across three nights in October, celebrating themes of mourning, resurrection, and temptation through drag, music, and performance. The MCA describes the series as a celebration of 'the power of difference, dissent and divine mischief'.</w:t>
      </w:r>
      <w:r/>
    </w:p>
    <w:p>
      <w:pPr>
        <w:pStyle w:val="ListNumber"/>
        <w:spacing w:line="240" w:lineRule="auto"/>
        <w:ind w:left="720"/>
      </w:pPr>
      <w:r/>
      <w:hyperlink r:id="rId11">
        <w:r>
          <w:rPr>
            <w:color w:val="0000EE"/>
            <w:u w:val="single"/>
          </w:rPr>
          <w:t>https://www.abc.net.au/news/2026-07-15/nsw-divine-playhouse-church-ordered-to-cease-offensive-trading/106915110</w:t>
        </w:r>
      </w:hyperlink>
      <w:r>
        <w:t xml:space="preserve"> - This article reports on the closure of Divine Playhouse, a new LGBTQIA+ pop-up club operating in a deconsecrated church in Sydney. The venue was ordered to 'cease carrying on offensive trade' by its landlords following protests from religious groups. The closure occurred just a week after the venue's opening, leading organisers to consider legal action and raise concerns about artistic freedom and expression.</w:t>
      </w:r>
      <w:r/>
    </w:p>
    <w:p>
      <w:pPr>
        <w:pStyle w:val="ListNumber"/>
        <w:spacing w:line="240" w:lineRule="auto"/>
        <w:ind w:left="720"/>
      </w:pPr>
      <w:r/>
      <w:hyperlink r:id="rId10">
        <w:r>
          <w:rPr>
            <w:color w:val="0000EE"/>
            <w:u w:val="single"/>
          </w:rPr>
          <w:t>https://www.timeout.com/sydney/news/sydneys-ambitious-new-arts-venue-in-an-old-church-has-been-forced-to-close-a-week-after-opening-071626</w:t>
        </w:r>
      </w:hyperlink>
      <w:r>
        <w:t xml:space="preserve"> - Time Out Sydney reports on the forced closure of Divine Playhouse, an ambitious new arts venue located in a former church. The venue was shut down just a week after opening due to protests from Christian groups and a decision by the property's owner to cease operations while legal issues are considered. The organisers are exploring legal options to reopen the space.</w:t>
      </w:r>
      <w:r/>
    </w:p>
    <w:p>
      <w:pPr>
        <w:pStyle w:val="ListNumber"/>
        <w:spacing w:line="240" w:lineRule="auto"/>
        <w:ind w:left="720"/>
      </w:pPr>
      <w:r/>
      <w:hyperlink r:id="rId12">
        <w:r>
          <w:rPr>
            <w:color w:val="0000EE"/>
            <w:u w:val="single"/>
          </w:rPr>
          <w:t>https://www.abc.net.au/news/2026-07-20/lgbtqia-divine-playhouse-lease-terminated-former-sydney-church/106935874</w:t>
        </w:r>
      </w:hyperlink>
      <w:r>
        <w:t xml:space="preserve"> - ABC News reports that the lease of Divine Playhouse, an LGBTQIA+ pop-up club operating in a deconsecrated church in Sydney, was terminated by the landlord due to 'offensive trade'. The organisers expressed devastation over the decision and are considering legal action. The closure has raised concerns about artistic freedom and the use of an obscure 1842 law to terminate the lease.</w:t>
      </w:r>
      <w:r/>
    </w:p>
    <w:p>
      <w:pPr>
        <w:pStyle w:val="ListNumber"/>
        <w:spacing w:line="240" w:lineRule="auto"/>
        <w:ind w:left="720"/>
      </w:pPr>
      <w:r/>
      <w:hyperlink r:id="rId13">
        <w:r>
          <w:rPr>
            <w:color w:val="0000EE"/>
            <w:u w:val="single"/>
          </w:rPr>
          <w:t>https://www.ausleisure.com.au/news/sydneys-divine-playhouse-closes-days-after-opening-following-protests</w:t>
        </w:r>
      </w:hyperlink>
      <w:r>
        <w:t xml:space="preserve"> - Australasian Leisure Management reports on the closure of Sydney's Divine Playhouse, a newly opened LGBTQIA+ arts venue, just days after its opening. The closure followed protests by Christian groups and a decision by the property's owner to cease operations while legal issues are considered. The organisers are exploring legal options to reopen the space.</w:t>
      </w:r>
      <w:r/>
    </w:p>
    <w:p>
      <w:pPr>
        <w:pStyle w:val="ListNumber"/>
        <w:spacing w:line="240" w:lineRule="auto"/>
        <w:ind w:left="720"/>
      </w:pPr>
      <w:r/>
      <w:hyperlink r:id="rId14">
        <w:r>
          <w:rPr>
            <w:color w:val="0000EE"/>
            <w:u w:val="single"/>
          </w:rPr>
          <w:t>https://www.greenleft.org.au/2026/1458/news/religious-extremists-close-down-lgbtiq-venue-divine-playhouse</w:t>
        </w:r>
      </w:hyperlink>
      <w:r>
        <w:t xml:space="preserve"> - Green Left reports on the closure of Divine Playhouse, an LGBTQIA+ arts venue in Sydney, following a campaign by religious extremists. The venue's lease was terminated after complaints from Christian groups, leading organisers to consider legal action and raising concerns about artistic freedom and 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artsentertainment/divine-playhouse-is-back-sydneys-most-controversially-heathen-club-heads-to-the-mca/243948" TargetMode="External"/><Relationship Id="rId10" Type="http://schemas.openxmlformats.org/officeDocument/2006/relationships/hyperlink" Target="https://www.timeout.com/sydney/news/sydneys-ambitious-new-arts-venue-in-an-old-church-has-been-forced-to-close-a-week-after-opening-071626" TargetMode="External"/><Relationship Id="rId11" Type="http://schemas.openxmlformats.org/officeDocument/2006/relationships/hyperlink" Target="https://www.abc.net.au/news/2026-07-15/nsw-divine-playhouse-church-ordered-to-cease-offensive-trading/106915110" TargetMode="External"/><Relationship Id="rId12" Type="http://schemas.openxmlformats.org/officeDocument/2006/relationships/hyperlink" Target="https://www.abc.net.au/news/2026-07-20/lgbtqia-divine-playhouse-lease-terminated-former-sydney-church/106935874" TargetMode="External"/><Relationship Id="rId13" Type="http://schemas.openxmlformats.org/officeDocument/2006/relationships/hyperlink" Target="https://www.ausleisure.com.au/news/sydneys-divine-playhouse-closes-days-after-opening-following-protests" TargetMode="External"/><Relationship Id="rId14" Type="http://schemas.openxmlformats.org/officeDocument/2006/relationships/hyperlink" Target="https://www.greenleft.org.au/2026/1458/news/religious-extremists-close-down-lgbtiq-venue-divine-play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