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Alton Pride Festival Guide for Community and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gathering in downtown Alton for the fifth annual Alton Pride Festival, where live music, drag performances, local vendors and a puppy parade create a bright, welcoming day. The event matters because it offers LGBTQ+ residents and allies a joyful space to connect, while supporting wider community work beyond the festival itself.</w:t>
      </w:r>
      <w:r/>
    </w:p>
    <w:p>
      <w:pPr>
        <w:pStyle w:val="Heading2"/>
      </w:pPr>
      <w:r>
        <w:t>Essential Takeaways</w:t>
      </w:r>
      <w:r/>
      <w:r/>
    </w:p>
    <w:p>
      <w:pPr>
        <w:pStyle w:val="ListBullet"/>
        <w:spacing w:line="240" w:lineRule="auto"/>
        <w:ind w:left="720"/>
      </w:pPr>
      <w:r/>
      <w:r>
        <w:rPr>
          <w:b/>
        </w:rPr>
        <w:t>A landmark celebration:</w:t>
      </w:r>
      <w:r>
        <w:t xml:space="preserve"> Alton Pride is marking its fifth annual festival in 2026.</w:t>
      </w:r>
      <w:r/>
    </w:p>
    <w:p>
      <w:pPr>
        <w:pStyle w:val="ListBullet"/>
        <w:spacing w:line="240" w:lineRule="auto"/>
        <w:ind w:left="720"/>
      </w:pPr>
      <w:r/>
      <w:r>
        <w:rPr>
          <w:b/>
        </w:rPr>
        <w:t>Something for everyone:</w:t>
      </w:r>
      <w:r>
        <w:t xml:space="preserve"> Expect vendors, live music, karaoke, drag performances and a puppy parade.</w:t>
      </w:r>
      <w:r/>
    </w:p>
    <w:p>
      <w:pPr>
        <w:pStyle w:val="ListBullet"/>
        <w:spacing w:line="240" w:lineRule="auto"/>
        <w:ind w:left="720"/>
      </w:pPr>
      <w:r/>
      <w:r>
        <w:rPr>
          <w:b/>
        </w:rPr>
        <w:t>A genuinely local feel:</w:t>
      </w:r>
      <w:r>
        <w:t xml:space="preserve"> Businesses, volunteers, performers and community groups all help shape the day.</w:t>
      </w:r>
      <w:r/>
    </w:p>
    <w:p>
      <w:pPr>
        <w:pStyle w:val="ListBullet"/>
        <w:spacing w:line="240" w:lineRule="auto"/>
        <w:ind w:left="720"/>
      </w:pPr>
      <w:r/>
      <w:r>
        <w:rPr>
          <w:b/>
        </w:rPr>
        <w:t>Support beyond the event:</w:t>
      </w:r>
      <w:r>
        <w:t xml:space="preserve"> Alton Pride awarded $4,000 in scholarships and also runs food drives, fundraisers and other activities.</w:t>
      </w:r>
      <w:r/>
    </w:p>
    <w:p>
      <w:pPr>
        <w:pStyle w:val="ListBullet"/>
        <w:spacing w:line="240" w:lineRule="auto"/>
        <w:ind w:left="720"/>
      </w:pPr>
      <w:r/>
      <w:r>
        <w:rPr>
          <w:b/>
        </w:rPr>
        <w:t>A welcoming atmosphere:</w:t>
      </w:r>
      <w:r>
        <w:t xml:space="preserve"> The festival is designed for LGBTQ+ people and allies, with acceptance at its heart.</w:t>
      </w:r>
      <w:r/>
      <w:r/>
    </w:p>
    <w:p>
      <w:pPr>
        <w:pStyle w:val="Heading2"/>
      </w:pPr>
      <w:r>
        <w:t>Alton Pride brings colour and connection downtown</w:t>
      </w:r>
      <w:r/>
    </w:p>
    <w:p>
      <w:r/>
      <w:r>
        <w:t>Downtown Alton will have plenty of energy when the Alton Pride Festival returns. Music, bright outfits, friendly faces and the unmistakable buzz of a community event will turn the city centre into a place for celebration and connection.</w:t>
      </w:r>
      <w:r/>
    </w:p>
    <w:p>
      <w:r/>
      <w:r>
        <w:t xml:space="preserve">The 2026 festival is scheduled for Saturday, 12 September, giving Riverbend residents a chance to spend the day together in a lively, inclusive setting. Event listings from Festival Index and Explore Illinois identify Alton Pride as a key local celebration, while the official festival page provides the event's central information.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p>
    <w:p>
      <w:r/>
      <w:r>
        <w:t xml:space="preserve">For organisers, though, the day is about more than entertainment. Juliet Steele, Alton Pride's president-elect, described the work behind the scenes as demanding but deeply rewarding, especially once the crowds arrive and the celebration finally takes shape. </w:t>
      </w:r>
      <w:hyperlink r:id="rId12">
        <w:r>
          <w:rPr>
            <w:color w:val="0000EE"/>
            <w:u w:val="single"/>
          </w:rPr>
          <w:t>[4]</w:t>
        </w:r>
      </w:hyperlink>
      <w:r>
        <w:t xml:space="preserve">, </w:t>
      </w:r>
      <w:hyperlink r:id="rId13">
        <w:r>
          <w:rPr>
            <w:color w:val="0000EE"/>
            <w:u w:val="single"/>
          </w:rPr>
          <w:t>[7]</w:t>
        </w:r>
      </w:hyperlink>
      <w:r/>
    </w:p>
    <w:p>
      <w:pPr>
        <w:pStyle w:val="Heading2"/>
      </w:pPr>
      <w:r>
        <w:t>What can visitors expect at the festival?</w:t>
      </w:r>
      <w:r/>
    </w:p>
    <w:p>
      <w:r/>
      <w:r>
        <w:t xml:space="preserve">The programme blends familiar Pride favourites with a distinctly community-minded twist. A puppy parade from Hope Animal Rescue is set to open the morning, followed by performances from Pink Wednesday and RoomMade, with drag acts and karaoke adding plenty of personality later in the day. </w:t>
      </w:r>
      <w:hyperlink r:id="rId12">
        <w:r>
          <w:rPr>
            <w:color w:val="0000EE"/>
            <w:u w:val="single"/>
          </w:rPr>
          <w:t>[4]</w:t>
        </w:r>
      </w:hyperlink>
      <w:r>
        <w:t xml:space="preserve">, </w:t>
      </w:r>
      <w:hyperlink r:id="rId13">
        <w:r>
          <w:rPr>
            <w:color w:val="0000EE"/>
            <w:u w:val="single"/>
          </w:rPr>
          <w:t>[7]</w:t>
        </w:r>
      </w:hyperlink>
      <w:r/>
    </w:p>
    <w:p>
      <w:r/>
      <w:r>
        <w:t xml:space="preserve">Local vendors are another important part of the experience. Fruity Pineapple LLC is returning for a second appearance, giving visitors the chance to browse small businesses while enjoying the entertainment. It is the sort of relaxed combination that makes a festival feel less like a formal programme and more like a neighbourhood gathering. </w:t>
      </w:r>
      <w:hyperlink r:id="rId14">
        <w:r>
          <w:rPr>
            <w:color w:val="0000EE"/>
            <w:u w:val="single"/>
          </w:rPr>
          <w:t>[1]</w:t>
        </w:r>
      </w:hyperlink>
      <w:r>
        <w:t xml:space="preserve">, </w:t>
      </w:r>
      <w:hyperlink r:id="rId15">
        <w:r>
          <w:rPr>
            <w:color w:val="0000EE"/>
            <w:u w:val="single"/>
          </w:rPr>
          <w:t>[5]</w:t>
        </w:r>
      </w:hyperlink>
      <w:r/>
    </w:p>
    <w:p>
      <w:r/>
      <w:r>
        <w:t xml:space="preserve">Visitors should check the official Alton Pride website before travelling for the latest timings, location details and any programme changes. Festival schedules can shift, and a quick check can save a hurried dash across town. </w:t>
      </w:r>
      <w:hyperlink r:id="rId9">
        <w:r>
          <w:rPr>
            <w:color w:val="0000EE"/>
            <w:u w:val="single"/>
          </w:rPr>
          <w:t>[2]</w:t>
        </w:r>
      </w:hyperlink>
      <w:r>
        <w:t xml:space="preserve">, </w:t>
      </w:r>
      <w:hyperlink r:id="rId10">
        <w:r>
          <w:rPr>
            <w:color w:val="0000EE"/>
            <w:u w:val="single"/>
          </w:rPr>
          <w:t>[3]</w:t>
        </w:r>
      </w:hyperlink>
      <w:r/>
    </w:p>
    <w:p>
      <w:pPr>
        <w:pStyle w:val="Heading2"/>
      </w:pPr>
      <w:r>
        <w:t>Why local businesses and volunteers matter</w:t>
      </w:r>
      <w:r/>
    </w:p>
    <w:p>
      <w:r/>
      <w:r>
        <w:t xml:space="preserve">A Pride festival depends on more than a stage and a timetable. Vendors bring colour and conversation, while volunteers help with the practical details that keep the day moving. Liam Rorie, who previously attended as a guest, chose to volunteer because he wanted other people to enjoy the same sense of belonging. </w:t>
      </w:r>
      <w:hyperlink r:id="rId14">
        <w:r>
          <w:rPr>
            <w:color w:val="0000EE"/>
            <w:u w:val="single"/>
          </w:rPr>
          <w:t>[1]</w:t>
        </w:r>
      </w:hyperlink>
      <w:r>
        <w:t xml:space="preserve">, </w:t>
      </w:r>
      <w:hyperlink r:id="rId13">
        <w:r>
          <w:rPr>
            <w:color w:val="0000EE"/>
            <w:u w:val="single"/>
          </w:rPr>
          <w:t>[7]</w:t>
        </w:r>
      </w:hyperlink>
      <w:r/>
    </w:p>
    <w:p>
      <w:r/>
      <w:r>
        <w:t xml:space="preserve">That volunteer-led spirit is part of Alton Pride's appeal. Businesses such as Fruity Pineapple have returned because the atmosphere feels warm and supportive, and event listings show how the festival continues to draw attention from community and visitor platforms. </w:t>
      </w:r>
      <w:hyperlink r:id="rId14">
        <w:r>
          <w:rPr>
            <w:color w:val="0000EE"/>
            <w:u w:val="single"/>
          </w:rPr>
          <w:t>[1]</w:t>
        </w:r>
      </w:hyperlink>
      <w:r>
        <w:t xml:space="preserve">, </w:t>
      </w:r>
      <w:hyperlink r:id="rId15">
        <w:r>
          <w:rPr>
            <w:color w:val="0000EE"/>
            <w:u w:val="single"/>
          </w:rPr>
          <w:t>[5]</w:t>
        </w:r>
      </w:hyperlink>
      <w:r>
        <w:t xml:space="preserve">, </w:t>
      </w:r>
      <w:hyperlink r:id="rId11">
        <w:r>
          <w:rPr>
            <w:color w:val="0000EE"/>
            <w:u w:val="single"/>
          </w:rPr>
          <w:t>[6]</w:t>
        </w:r>
      </w:hyperlink>
      <w:r/>
    </w:p>
    <w:p>
      <w:r/>
      <w:r>
        <w:t>For anyone attending for the first time, arriving early is a sensible move. It gives you time to explore stalls, settle into the surroundings and catch the opening activities without feeling as though you're chasing the day.</w:t>
      </w:r>
      <w:r/>
    </w:p>
    <w:p>
      <w:pPr>
        <w:pStyle w:val="Heading2"/>
      </w:pPr>
      <w:r>
        <w:t>Pride in Alton extends beyond one Saturday</w:t>
      </w:r>
      <w:r/>
    </w:p>
    <w:p>
      <w:r/>
      <w:r>
        <w:t xml:space="preserve">The festival may be the most visible part of Alton Pride's work, but the organisation's wider activity gives the celebration extra weight. In 2026, Alton Pride distributed $4,000 in scholarships and plans to continue that support in 2027. </w:t>
      </w:r>
      <w:hyperlink r:id="rId14">
        <w:r>
          <w:rPr>
            <w:color w:val="0000EE"/>
            <w:u w:val="single"/>
          </w:rPr>
          <w:t>[1]</w:t>
        </w:r>
      </w:hyperlink>
      <w:r/>
    </w:p>
    <w:p>
      <w:r/>
      <w:r>
        <w:t xml:space="preserve">The group also takes part in the Alton Halloween Parade, organises a Thanksgiving food drive and holds fundraisers and spring events. That broader programme shows how a Pride organisation can become a steady part of local life rather than appearing only once a year. </w:t>
      </w:r>
      <w:hyperlink r:id="rId14">
        <w:r>
          <w:rPr>
            <w:color w:val="0000EE"/>
            <w:u w:val="single"/>
          </w:rPr>
          <w:t>[1]</w:t>
        </w:r>
      </w:hyperlink>
      <w:r>
        <w:t xml:space="preserve">, </w:t>
      </w:r>
      <w:hyperlink r:id="rId11">
        <w:r>
          <w:rPr>
            <w:color w:val="0000EE"/>
            <w:u w:val="single"/>
          </w:rPr>
          <w:t>[6]</w:t>
        </w:r>
      </w:hyperlink>
      <w:r/>
    </w:p>
    <w:p>
      <w:r/>
      <w:r>
        <w:t>It is an important distinction. A colourful festival creates joy in the moment, but scholarships, food support and regular community events can leave a more lasting mark.</w:t>
      </w:r>
      <w:r/>
    </w:p>
    <w:p>
      <w:pPr>
        <w:pStyle w:val="Heading2"/>
      </w:pPr>
      <w:r>
        <w:t>A welcoming day for LGBTQ+ people and allies</w:t>
      </w:r>
      <w:r/>
    </w:p>
    <w:p>
      <w:r/>
      <w:r>
        <w:t xml:space="preserve">The strongest message from attendees is one of belonging. Kelly Wheeler described Alton Pride as a place of love, acceptance and togetherness, while volunteers and vendors highlighted the pleasure of seeing people connect openly and comfortably. </w:t>
      </w:r>
      <w:hyperlink r:id="rId14">
        <w:r>
          <w:rPr>
            <w:color w:val="0000EE"/>
            <w:u w:val="single"/>
          </w:rPr>
          <w:t>[1]</w:t>
        </w:r>
      </w:hyperlink>
      <w:r/>
    </w:p>
    <w:p>
      <w:r/>
      <w:r>
        <w:t>That atmosphere matters particularly when public conversations around LGBTQ+ rights and visibility can feel exhausting. A local festival offers something refreshingly direct: music, laughter, familiar faces and the freedom to enjoy being part of a community.</w:t>
      </w:r>
      <w:r/>
    </w:p>
    <w:p>
      <w:r/>
      <w:r>
        <w:t xml:space="preserve">Whether you're attending for the performances, supporting local traders, bringing the family to the puppy parade or simply looking for a friendly place to spend the day, Alton Pride offers a warm invitation. Sometimes the most powerful community events are the ones that leave people tired, happy and already looking forward to next year. </w:t>
      </w:r>
      <w:hyperlink r:id="rId9">
        <w:r>
          <w:rPr>
            <w:color w:val="0000EE"/>
            <w:u w:val="single"/>
          </w:rPr>
          <w:t>[2]</w:t>
        </w:r>
      </w:hyperlink>
      <w:r>
        <w:t xml:space="preserve">, </w:t>
      </w:r>
      <w:hyperlink r:id="rId12">
        <w:r>
          <w:rPr>
            <w:color w:val="0000EE"/>
            <w:u w:val="single"/>
          </w:rPr>
          <w:t>[4]</w:t>
        </w:r>
      </w:hyperlink>
      <w:r>
        <w:t xml:space="preserve">, </w:t>
      </w:r>
      <w:hyperlink r:id="rId15">
        <w:r>
          <w:rPr>
            <w:color w:val="0000EE"/>
            <w:u w:val="single"/>
          </w:rPr>
          <w:t>[5]</w:t>
        </w:r>
      </w:hyperlink>
      <w:r/>
    </w:p>
    <w:p>
      <w:r/>
      <w:r>
        <w:t>A lively festival can brighten one day, but Alton Pride's wider work helps that feeling carry 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[1]</w:t>
        </w:r>
      </w:hyperlink>
      <w:r>
        <w:t xml:space="preserve">, </w:t>
      </w:r>
      <w:hyperlink r:id="rId15">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[1]</w:t>
        </w:r>
      </w:hyperlink>
      <w:r>
        <w:t xml:space="preserve">, </w:t>
      </w:r>
      <w:hyperlink r:id="rId13">
        <w:r>
          <w:rPr>
            <w:color w:val="0000EE"/>
            <w:u w:val="single"/>
          </w:rPr>
          <w:t>[7]</w:t>
        </w:r>
      </w:hyperlink>
      <w:r>
        <w:t xml:space="preserve">- Paragraph 6: </w:t>
      </w:r>
      <w:hyperlink r:id="rId14">
        <w:r>
          <w:rPr>
            <w:color w:val="0000EE"/>
            <w:u w:val="single"/>
          </w:rPr>
          <w:t>[1]</w:t>
        </w:r>
      </w:hyperlink>
      <w:r>
        <w:t xml:space="preserve">, </w:t>
      </w:r>
      <w:hyperlink r:id="rId15">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4">
        <w:r>
          <w:rPr>
            <w:color w:val="0000EE"/>
            <w:u w:val="single"/>
          </w:rPr>
          <w:t>[1]</w:t>
        </w:r>
      </w:hyperlink>
      <w:r>
        <w:t xml:space="preserve">, </w:t>
      </w:r>
      <w:hyperlink r:id="rId11">
        <w:r>
          <w:rPr>
            <w:color w:val="0000EE"/>
            <w:u w:val="single"/>
          </w:rPr>
          <w:t>[6]</w:t>
        </w:r>
      </w:hyperlink>
      <w:r>
        <w:t xml:space="preserve">- Paragraph 9: </w:t>
      </w:r>
      <w:hyperlink r:id="rId14">
        <w:r>
          <w:rPr>
            <w:color w:val="0000EE"/>
            <w:u w:val="single"/>
          </w:rPr>
          <w:t>[1]</w:t>
        </w:r>
      </w:hyperlink>
      <w:r>
        <w:t xml:space="preserve">, </w:t>
      </w:r>
      <w:hyperlink r:id="rId11">
        <w:r>
          <w:rPr>
            <w:color w:val="0000EE"/>
            <w:u w:val="single"/>
          </w:rPr>
          <w:t>[6]</w:t>
        </w:r>
      </w:hyperlink>
      <w:r>
        <w:t xml:space="preserve">- Paragraph 10: </w:t>
      </w:r>
      <w:hyperlink r:id="rId14">
        <w:r>
          <w:rPr>
            <w:color w:val="0000EE"/>
            <w:u w:val="single"/>
          </w:rPr>
          <w:t>[1]</w:t>
        </w:r>
      </w:hyperlink>
      <w:r>
        <w:t xml:space="preserve">- Paragraph 11: </w:t>
      </w:r>
      <w:hyperlink r:id="rId14">
        <w:r>
          <w:rPr>
            <w:color w:val="0000EE"/>
            <w:u w:val="single"/>
          </w:rPr>
          <w:t>[1]</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https://www.riverbender.com/news/details/alton-pride-festival-centers-celebration-and-community-96698.cfm</w:t>
        </w:r>
      </w:hyperlink>
      <w:r>
        <w:t xml:space="preserve"> - Please view link - unable to able to access data</w:t>
      </w:r>
      <w:r/>
    </w:p>
    <w:p>
      <w:pPr>
        <w:pStyle w:val="ListNumber"/>
        <w:spacing w:line="240" w:lineRule="auto"/>
        <w:ind w:left="720"/>
      </w:pPr>
      <w:r/>
      <w:hyperlink r:id="rId9">
        <w:r>
          <w:rPr>
            <w:color w:val="0000EE"/>
            <w:u w:val="single"/>
          </w:rPr>
          <w:t>https://altonpride.com/festival</w:t>
        </w:r>
      </w:hyperlink>
      <w:r>
        <w:t xml:space="preserve"> - The official Alton Pride website provides detailed information about the 5th Annual Alton Pride Festival, including the event schedule, volunteer opportunities, and sponsorship details. The festival is set to take place on Saturday, September 12, 2026, along Belle Street in downtown Alton, Illinois. The main stage lineup features various performances, such as drag shows, drag bingo, and live music by artists like Mila Duffy, Erin Jo, and the RoomMade Band. The South Stage will host DJ and karaoke sessions throughout the day. The website also offers information on becoming a sponsor and applying as a vendor or food truck for the event.</w:t>
      </w:r>
      <w:r/>
    </w:p>
    <w:p>
      <w:pPr>
        <w:pStyle w:val="ListNumber"/>
        <w:spacing w:line="240" w:lineRule="auto"/>
        <w:ind w:left="720"/>
      </w:pPr>
      <w:r/>
      <w:hyperlink r:id="rId10">
        <w:r>
          <w:rPr>
            <w:color w:val="0000EE"/>
            <w:u w:val="single"/>
          </w:rPr>
          <w:t>https://festivalindex.com/en-us/events/280-alton-pride-festival-2026</w:t>
        </w:r>
      </w:hyperlink>
      <w:r>
        <w:t xml:space="preserve"> - FestivalIndex provides an overview of the 5th Annual Alton Pride Festival, highlighting the event's date, location, and key activities. The festival is scheduled for Saturday, September 12, 2026, in downtown Alton, Illinois. The event will feature a Pup Parade, Drag Bingo, multiple drag performances, a community talent show, and live music from the RoomMade Band. Attendees can also explore various food options, local crafts, and Pride merchandise. The festival aims to celebrate community, kindness, and acceptance.</w:t>
      </w:r>
      <w:r/>
    </w:p>
    <w:p>
      <w:pPr>
        <w:pStyle w:val="ListNumber"/>
        <w:spacing w:line="240" w:lineRule="auto"/>
        <w:ind w:left="720"/>
      </w:pPr>
      <w:r/>
      <w:hyperlink r:id="rId12">
        <w:r>
          <w:rPr>
            <w:color w:val="0000EE"/>
            <w:u w:val="single"/>
          </w:rPr>
          <w:t>https://www.edglentoday.com/events/details.cfm?seriesid=54402</w:t>
        </w:r>
      </w:hyperlink>
      <w:r>
        <w:t xml:space="preserve"> - EdGlenToday details the 5th Annual Alton Pride Festival, emphasizing the event's offerings and schedule. The festival is set for Saturday, September 12, 2026, from 11:00 AM to 7:00 PM at Bubby and Sissy's Bar and Nightclub in Alton, Illinois. The main stage entertainment includes a Pup Parade, Drag Bingo, drag performances, live music by Mila Duffy, Erin Jo and Friends, Moxie Cotton, Dolly &amp; Friends, and the RoomMade Band. The South Stage will feature DJ and karaoke sessions throughout the day. Admission is free, and the event is open to the public.</w:t>
      </w:r>
      <w:r/>
    </w:p>
    <w:p>
      <w:pPr>
        <w:pStyle w:val="ListNumber"/>
        <w:spacing w:line="240" w:lineRule="auto"/>
        <w:ind w:left="720"/>
      </w:pPr>
      <w:r/>
      <w:hyperlink r:id="rId15">
        <w:r>
          <w:rPr>
            <w:color w:val="0000EE"/>
            <w:u w:val="single"/>
          </w:rPr>
          <w:t>https://www.festivalsinamerica.com/festival/alton-pride-festival-alton</w:t>
        </w:r>
      </w:hyperlink>
      <w:r>
        <w:t xml:space="preserve"> - Festivals in America provides a comprehensive overview of the Alton Pride Festival, highlighting its significance and offerings. The festival is a free, family-friendly celebration of the LGBTQ+ community held each September on Belle Street in historic downtown Alton, Illinois. The event features drag and musical performers, local vendors, food and drink, and community organizations, creating an afternoon of visibility and celebration. The festival has become one of the Riverbend region's most joyful annual gatherings, transforming Belle Street into an open-air celebration of the LGBTQ+ community and its allies.</w:t>
      </w:r>
      <w:r/>
    </w:p>
    <w:p>
      <w:pPr>
        <w:pStyle w:val="ListNumber"/>
        <w:spacing w:line="240" w:lineRule="auto"/>
        <w:ind w:left="720"/>
      </w:pPr>
      <w:r/>
      <w:hyperlink r:id="rId11">
        <w:r>
          <w:rPr>
            <w:color w:val="0000EE"/>
            <w:u w:val="single"/>
          </w:rPr>
          <w:t>https://tourillinois.org/things-to-do/listing/alton-pride-festival-2026/</w:t>
        </w:r>
      </w:hyperlink>
      <w:r>
        <w:t xml:space="preserve"> - Enjoy Illinois provides details about the 5th Annual Alton Pride Festival, including the event's date, location, and schedule. The festival is scheduled for Saturday, September 12, 2026, from 11:00 AM to 7:00 PM along Belle Street in Alton, Illinois. The event will feature live music, dazzling drag performances, local vendors, family-friendly activities, delicious food, and a day full of love, kindness, acceptance, and community. The main stage schedule includes a Pup Parade, Drag Bingo, drag performances, a talent show, and live music by the RoomMade Band. The South Stage will host DJ and karaoke sessions all day.</w:t>
      </w:r>
      <w:r/>
    </w:p>
    <w:p>
      <w:pPr>
        <w:pStyle w:val="ListNumber"/>
        <w:spacing w:line="240" w:lineRule="auto"/>
        <w:ind w:left="720"/>
      </w:pPr>
      <w:r/>
      <w:hyperlink r:id="rId13">
        <w:r>
          <w:rPr>
            <w:color w:val="0000EE"/>
            <w:u w:val="single"/>
          </w:rPr>
          <w:t>https://secondary-mobile.riverbender.com/events/details.cfm?seriesid=54402</w:t>
        </w:r>
      </w:hyperlink>
      <w:r>
        <w:t xml:space="preserve"> - RiverBender.com provides information about the 5th Annual Alton Pride Festival, including the event's date, location, and schedule. The festival is set for Saturday, September 12, 2026, from 11:00 AM to 7:00 PM at Bubby and Sissy's Bar and Nightclub in Alton, Illinois. The main stage entertainment includes a Pup Parade, Drag Bingo, drag performances, live music by Mila Duffy, Erin Jo and Friends, Moxie Cotton, Dolly &amp; Friends, and the RoomMade Band. The South Stage will feature DJ and karaoke sessions throughout the day. Admission is free, and the event is open to the public.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ltonpride.com/festival" TargetMode="External"/><Relationship Id="rId10" Type="http://schemas.openxmlformats.org/officeDocument/2006/relationships/hyperlink" Target="https://festivalindex.com/en-us/events/280-alton-pride-festival-2026" TargetMode="External"/><Relationship Id="rId11" Type="http://schemas.openxmlformats.org/officeDocument/2006/relationships/hyperlink" Target="https://tourillinois.org/things-to-do/listing/alton-pride-festival-2026/" TargetMode="External"/><Relationship Id="rId12" Type="http://schemas.openxmlformats.org/officeDocument/2006/relationships/hyperlink" Target="https://www.edglentoday.com/events/details.cfm?seriesid=54402" TargetMode="External"/><Relationship Id="rId13" Type="http://schemas.openxmlformats.org/officeDocument/2006/relationships/hyperlink" Target="https://secondary-mobile.riverbender.com/events/details.cfm?seriesid=54402" TargetMode="External"/><Relationship Id="rId14" Type="http://schemas.openxmlformats.org/officeDocument/2006/relationships/hyperlink" Target="https://www.riverbender.com/news/details/alton-pride-festival-centers-celebration-and-community-96698.cfm" TargetMode="External"/><Relationship Id="rId15" Type="http://schemas.openxmlformats.org/officeDocument/2006/relationships/hyperlink" Target="https://www.festivalsinamerica.com/festival/alton-pride-festival-al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