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Affordable Men-Only Queer Cruise for a Sex-Positive Escape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booking a new men-only queer cruise from Florida to the Bahamas, where low fares, late-night DJs and playful adult spaces make a three-day break feel more like a floating festival than a traditional holiday. RU5H is aimed at younger guests who want freedom, community and a relatively accessible entry price.</w:t>
      </w:r>
      <w:r/>
    </w:p>
    <w:p>
      <w:pPr>
        <w:pStyle w:val="Heading2"/>
      </w:pPr>
      <w:r>
        <w:t>Essential Takeaways</w:t>
      </w:r>
      <w:r/>
      <w:r/>
    </w:p>
    <w:p>
      <w:pPr>
        <w:pStyle w:val="ListBullet"/>
        <w:spacing w:line="240" w:lineRule="auto"/>
        <w:ind w:left="720"/>
      </w:pPr>
      <w:r/>
      <w:r>
        <w:rPr>
          <w:b/>
        </w:rPr>
        <w:t>Three-night itinerary:</w:t>
      </w:r>
      <w:r>
        <w:t xml:space="preserve"> RU5H departs Palm Beach on 2 October 2026, visits Nassau and returns on 5 October.</w:t>
      </w:r>
      <w:r/>
    </w:p>
    <w:p>
      <w:pPr>
        <w:pStyle w:val="ListBullet"/>
        <w:spacing w:line="240" w:lineRule="auto"/>
        <w:ind w:left="720"/>
      </w:pPr>
      <w:r/>
      <w:r>
        <w:rPr>
          <w:b/>
        </w:rPr>
        <w:t>Prices start low:</w:t>
      </w:r>
      <w:r>
        <w:t xml:space="preserve"> Shared cabins begin at $397 per person, while solo rooms start at $997.</w:t>
      </w:r>
      <w:r/>
    </w:p>
    <w:p>
      <w:pPr>
        <w:pStyle w:val="ListBullet"/>
        <w:spacing w:line="240" w:lineRule="auto"/>
        <w:ind w:left="720"/>
      </w:pPr>
      <w:r/>
      <w:r>
        <w:rPr>
          <w:b/>
        </w:rPr>
        <w:t>Adult spaces onboard:</w:t>
      </w:r>
      <w:r>
        <w:t xml:space="preserve"> Clothing-optional decks, social zones and live performances are part of the programme.</w:t>
      </w:r>
      <w:r/>
    </w:p>
    <w:p>
      <w:pPr>
        <w:pStyle w:val="ListBullet"/>
        <w:spacing w:line="240" w:lineRule="auto"/>
        <w:ind w:left="720"/>
      </w:pPr>
      <w:r/>
      <w:r>
        <w:rPr>
          <w:b/>
        </w:rPr>
        <w:t>Food is mostly included:</w:t>
      </w:r>
      <w:r>
        <w:t xml:space="preserve"> Breakfast, lunch and dinner are covered in standard and pool-deck restaurants, with speciality dining charged separately.</w:t>
      </w:r>
      <w:r/>
    </w:p>
    <w:p>
      <w:pPr>
        <w:pStyle w:val="ListBullet"/>
        <w:spacing w:line="240" w:lineRule="auto"/>
        <w:ind w:left="720"/>
      </w:pPr>
      <w:r/>
      <w:r>
        <w:rPr>
          <w:b/>
        </w:rPr>
        <w:t>Music runs late:</w:t>
      </w:r>
      <w:r>
        <w:t xml:space="preserve"> DJs and themed parties are scheduled across the night and into the early morning.</w:t>
      </w:r>
      <w:r/>
      <w:r/>
    </w:p>
    <w:p>
      <w:pPr>
        <w:pStyle w:val="Heading2"/>
      </w:pPr>
      <w:r>
        <w:t>A new queer cruise is betting on affordability</w:t>
      </w:r>
      <w:r/>
    </w:p>
    <w:p>
      <w:r/>
      <w:r>
        <w:t>RU5H is positioning itself as a men-only, sex-positive cruise for travellers who want a lively group holiday without paying luxury-cruise prices. The ship leaves from Port of Palm Beach, Florida, sails to Nassau in the Bahamas and returns after a long weekend at sea.</w:t>
      </w:r>
      <w:r/>
    </w:p>
    <w:p>
      <w:r/>
      <w:r>
        <w:t>According to GayCities, the event is designed to combine nightlife, socialising and adult entertainment in one deliberately inclusive setting. That mix could appeal to travellers who find conventional cruises a little polished, predictable or, frankly, short on mischief.</w:t>
      </w:r>
      <w:r/>
    </w:p>
    <w:p>
      <w:r/>
      <w:r>
        <w:t>The three-day format is part of the appeal. Organisers say most guests should need only one or two days away from work, making the trip easier to fit around real-world schedules.</w:t>
      </w:r>
      <w:r/>
    </w:p>
    <w:p>
      <w:pPr>
        <w:pStyle w:val="Heading2"/>
      </w:pPr>
      <w:r>
        <w:t>What does a RU5H ticket include?</w:t>
      </w:r>
      <w:r/>
    </w:p>
    <w:p>
      <w:r/>
      <w:r>
        <w:t>Shared accommodation starts at $397 per person for four people in a cabin. Interior rooms begin at $697, oceanview rooms at $797, and solo cabins range from $997 to $1,197 depending on the view.</w:t>
      </w:r>
      <w:r/>
    </w:p>
    <w:p>
      <w:r/>
      <w:r>
        <w:t>Hoodline reported that meals in the ship's main and pool-deck restaurants are included, although speciality restaurants and drinks cost extra. Guests can buy a discounted drinks package or pay for individual drinks as they go, so it's worth checking the onboard budget before the party starts.</w:t>
      </w:r>
      <w:r/>
    </w:p>
    <w:p>
      <w:r/>
      <w:r>
        <w:t>Tickets also cover onboard parties, social gatherings and access to most experience zones. Travellers who don't already have a cabin mate can use the event's solo-traveller community to find potential roommates, which may make the lowest fare more realistic for people travelling alone.</w:t>
      </w:r>
      <w:r/>
    </w:p>
    <w:p>
      <w:pPr>
        <w:pStyle w:val="Heading2"/>
      </w:pPr>
      <w:r>
        <w:t>Expect a party atmosphere from check-in onwards</w:t>
      </w:r>
      <w:r/>
    </w:p>
    <w:p>
      <w:r/>
      <w:r>
        <w:t>Music is central to the weekend, with DJs connected to underwear parties, bear events, leather nightlife and other queer scenes. Out reported that the schedule is intended to keep the energy moving through the evening, overnight and into the morning.</w:t>
      </w:r>
      <w:r/>
    </w:p>
    <w:p>
      <w:r/>
      <w:r>
        <w:t>The ship's upper decks will be clothing-optional while at sea. There will also be spaces for lounging, cuddling, watching performances and meeting other guests, giving people room to step away from the main dance floor when the volume gets too much.</w:t>
      </w:r>
      <w:r/>
    </w:p>
    <w:p>
      <w:r/>
      <w:r>
        <w:t>That variety matters. A good adult-themed holiday shouldn't feel like a single, relentless scene. RU5H's organisers are instead presenting the ship as a collection of moods, from high-energy dancing to quieter social spaces.</w:t>
      </w:r>
      <w:r/>
    </w:p>
    <w:p>
      <w:pPr>
        <w:pStyle w:val="Heading2"/>
      </w:pPr>
      <w:r>
        <w:t>Consent and comfort sit at the centre</w:t>
      </w:r>
      <w:r/>
    </w:p>
    <w:p>
      <w:r/>
      <w:r>
        <w:t>The cruise's experience zones are intended to let passengers explore at their own pace. Guests can move between different settings quickly, so trying one area doesn't mean committing to the whole atmosphere.</w:t>
      </w:r>
      <w:r/>
    </w:p>
    <w:p>
      <w:r/>
      <w:r>
        <w:t>One separately ticketed event, HorseMarket, is built around stylised role play involving dominant and submissive characters. The organisers describe it as consensual and structured, with participants choosing their roles and boundaries in advance.</w:t>
      </w:r>
      <w:r/>
    </w:p>
    <w:p>
      <w:r/>
      <w:r>
        <w:t>For anyone considering an adult cruise, the practical rule is simple: read the event guidance, communicate clearly and never assume interest from someone else's outfit, flirtation or presence in a particular space. Bring the same respect you'd expect in any queer venue, only with a cabin corridor instead of a cloakroom.</w:t>
      </w:r>
      <w:r/>
    </w:p>
    <w:p>
      <w:pPr>
        <w:pStyle w:val="Heading2"/>
      </w:pPr>
      <w:r>
        <w:t>A floating studio adds another layer</w:t>
      </w:r>
      <w:r/>
    </w:p>
    <w:p>
      <w:r/>
      <w:r>
        <w:t>RU5H will also include a JustFor.Fans Creator Studio, where adult creators can meet, collaborate and make content onboard. Guests may watch production taking place, while creators can book private sessions if they prefer to work away from an audience.</w:t>
      </w:r>
      <w:r/>
    </w:p>
    <w:p>
      <w:r/>
      <w:r>
        <w:t>The wider adult-travel market has been experimenting with more specialised experiences, from kink-friendly resorts to themed parties and community-led retreats. RU5H's difference is that it packages those elements with a conventional cruise structure, including restaurants, cabins, entertainment and a defined itinerary.</w:t>
      </w:r>
      <w:r/>
    </w:p>
    <w:p>
      <w:r/>
      <w:r>
        <w:t>That could help the event attract first-time cruisers as well as experienced nightlife travellers. Still, anyone booking should check the final inclusions, cancellation terms, port requirements and spending costs before paying, particularly if the headline fare looks much cheaper than the full weekend total.</w:t>
      </w:r>
      <w:r/>
    </w:p>
    <w:p>
      <w:pPr>
        <w:pStyle w:val="Heading2"/>
      </w:pPr>
      <w:r>
        <w:t>Will RU5H attract younger queer travellers?</w:t>
      </w:r>
      <w:r/>
    </w:p>
    <w:p>
      <w:r/>
      <w:r>
        <w:t>Early bookings reportedly show strong interest from guests under 45, suggesting the organisers may be reaching an audience that doesn't always see itself reflected in mainstream cruising. The combination of lower fares, familiar DJs and a short itinerary is a smart attempt to remove several barriers at once.</w:t>
      </w:r>
      <w:r/>
    </w:p>
    <w:p>
      <w:r/>
      <w:r>
        <w:t>Two Bad Tourists has also highlighted the trip's promotional appeal, while Gangwaze lists the sailing details for the Margaritaville at Sea Paradise itinerary used for the weekend. That makes the ship itself part of the conversation, but the real draw is likely to be the temporary community built onboard.</w:t>
      </w:r>
      <w:r/>
    </w:p>
    <w:p>
      <w:r/>
      <w:r>
        <w:t>For some travellers, the biggest luxury may be less about a sea view and more about finding a place where they can relax without explaining themselves. If RU5H delivers that feeling, it could become more than a one-off party cruise.</w:t>
      </w:r>
      <w:r/>
    </w:p>
    <w:p>
      <w:r/>
      <w:r>
        <w:t>Choose the cabin, boundaries and budget that make the weekend feel genuinely comfortable.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2">
        <w:r>
          <w:rPr>
            <w:color w:val="0000EE"/>
            <w:u w:val="single"/>
          </w:rPr>
          <w:t>[4]</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4">
        <w:r>
          <w:rPr>
            <w:color w:val="0000EE"/>
            <w:u w:val="single"/>
          </w:rPr>
          <w:t>[5]</w:t>
        </w:r>
      </w:hyperlink>
      <w:r>
        <w:t xml:space="preserve">- Paragraph 9: </w:t>
      </w:r>
      <w:hyperlink r:id="rId12">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[6]</w:t>
        </w:r>
      </w:hyperlink>
      <w:r>
        <w:t xml:space="preserve">- Paragraph 11: </w:t>
      </w:r>
      <w:hyperlink r:id="rId11">
        <w:r>
          <w:rPr>
            <w:color w:val="0000EE"/>
            <w:u w:val="single"/>
          </w:rPr>
          <w:t>[3]</w:t>
        </w:r>
      </w:hyperlink>
      <w:r>
        <w:t xml:space="preserve">, </w:t>
      </w:r>
      <w:hyperlink r:id="rId14">
        <w:r>
          <w:rPr>
            <w:color w:val="0000EE"/>
            <w:u w:val="single"/>
          </w:rPr>
          <w:t>[5]</w:t>
        </w:r>
      </w:hyperlink>
      <w:r>
        <w:t xml:space="preserve">- Paragraph 12: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https://www.metroweekly.com/2026/09/ru5h-sex-progressive-gay-cruise/</w:t>
        </w:r>
      </w:hyperlink>
      <w:r>
        <w:t xml:space="preserve"> - Please view link - unable to able to access data</w:t>
      </w:r>
      <w:r/>
    </w:p>
    <w:p>
      <w:pPr>
        <w:pStyle w:val="ListNumber"/>
        <w:spacing w:line="240" w:lineRule="auto"/>
        <w:ind w:left="720"/>
      </w:pPr>
      <w:r/>
      <w:hyperlink r:id="rId10">
        <w:r>
          <w:rPr>
            <w:color w:val="0000EE"/>
            <w:u w:val="single"/>
          </w:rPr>
          <w:t>https://www.gaycities.com/articles/106650/ru5h-the-new-men-only-positive-cruise-reveals-details-of-first-trip/</w:t>
        </w:r>
      </w:hyperlink>
      <w:r>
        <w:t xml:space="preserve"> - RU5H is a new men-only, sex-progressive cruise set to depart from Palm Beach, Florida, on October 2, 2026. The three-day voyage will sail to Nassau, Bahamas, and return on October 5, 2026. The cruise aims to attract 1,200 guests, with approximately two-thirds of early bookings from individuals under 45, indicating success in appealing to younger travelers. (</w:t>
      </w:r>
      <w:hyperlink r:id="rId16">
        <w:r>
          <w:rPr>
            <w:color w:val="0000EE"/>
            <w:u w:val="single"/>
          </w:rPr>
          <w:t>gaycities.com</w:t>
        </w:r>
      </w:hyperlink>
      <w:r>
        <w:t>)</w:t>
      </w:r>
      <w:r/>
    </w:p>
    <w:p>
      <w:pPr>
        <w:pStyle w:val="ListNumber"/>
        <w:spacing w:line="240" w:lineRule="auto"/>
        <w:ind w:left="720"/>
      </w:pPr>
      <w:r/>
      <w:hyperlink r:id="rId11">
        <w:r>
          <w:rPr>
            <w:color w:val="0000EE"/>
            <w:u w:val="single"/>
          </w:rPr>
          <w:t>https://hoodline.com/2026/08/new-kink-positive-cruise-sails-from-palm-beach-tickets-start-under-400/</w:t>
        </w:r>
      </w:hyperlink>
      <w:r>
        <w:t xml:space="preserve"> - RU5H is a new kink-positive cruise departing from Palm Beach, Florida, on October 2, 2026. The three-night voyage to Nassau, Bahamas, offers tickets starting at $397 per person. The cruise is designed for men and male-identifying passengers, featuring sex-progressive programming, including parties, social gatherings, and experience zones for exploration and self-expression. (</w:t>
      </w:r>
      <w:hyperlink r:id="rId17">
        <w:r>
          <w:rPr>
            <w:color w:val="0000EE"/>
            <w:u w:val="single"/>
          </w:rPr>
          <w:t>hoodline.com</w:t>
        </w:r>
      </w:hyperlink>
      <w:r>
        <w:t>)</w:t>
      </w:r>
      <w:r/>
    </w:p>
    <w:p>
      <w:pPr>
        <w:pStyle w:val="ListNumber"/>
        <w:spacing w:line="240" w:lineRule="auto"/>
        <w:ind w:left="720"/>
      </w:pPr>
      <w:r/>
      <w:hyperlink r:id="rId12">
        <w:r>
          <w:rPr>
            <w:color w:val="0000EE"/>
            <w:u w:val="single"/>
          </w:rPr>
          <w:t>https://twobadtourists.com/win-a-free-sexy-gay-male-cruise-with-ru5h/</w:t>
        </w:r>
      </w:hyperlink>
      <w:r>
        <w:t xml:space="preserve"> - RU5H is offering a complimentary insider cabin on a three-night cruise for two people to the Bahamas from October 2-5, 2026. The cruise includes parties fueled by world-famous DJs, clothing-optional upper decks open 24/7 while at sea, meetups, workshops, demonstrations, and seminars. (</w:t>
      </w:r>
      <w:hyperlink r:id="rId18">
        <w:r>
          <w:rPr>
            <w:color w:val="0000EE"/>
            <w:u w:val="single"/>
          </w:rPr>
          <w:t>twobadtourists.com</w:t>
        </w:r>
      </w:hyperlink>
      <w:r>
        <w:t>)</w:t>
      </w:r>
      <w:r/>
    </w:p>
    <w:p>
      <w:pPr>
        <w:pStyle w:val="ListNumber"/>
        <w:spacing w:line="240" w:lineRule="auto"/>
        <w:ind w:left="720"/>
      </w:pPr>
      <w:r/>
      <w:hyperlink r:id="rId14">
        <w:r>
          <w:rPr>
            <w:color w:val="0000EE"/>
            <w:u w:val="single"/>
          </w:rPr>
          <w:t>https://newswav.com/article/new-kink-positive-cruise-launches-with-prices-under-300-A2608_tTyhZx</w:t>
        </w:r>
      </w:hyperlink>
      <w:r>
        <w:t xml:space="preserve"> - VACAYA has unveiled details of a new 'sex-progressive' cruise for men and male-identifying passengers. The cruise departs on October 2, 2026, from Palm Beach, Florida, aboard Margaritaville at Sea’s recently renovated Paradise cruise ship, sailing around the Bahamas. Prices start from around £292 per person. (</w:t>
      </w:r>
      <w:hyperlink r:id="rId19">
        <w:r>
          <w:rPr>
            <w:color w:val="0000EE"/>
            <w:u w:val="single"/>
          </w:rPr>
          <w:t>newswav.com</w:t>
        </w:r>
      </w:hyperlink>
      <w:r>
        <w:t>)</w:t>
      </w:r>
      <w:r/>
    </w:p>
    <w:p>
      <w:pPr>
        <w:pStyle w:val="ListNumber"/>
        <w:spacing w:line="240" w:lineRule="auto"/>
        <w:ind w:left="720"/>
      </w:pPr>
      <w:r/>
      <w:hyperlink r:id="rId13">
        <w:r>
          <w:rPr>
            <w:color w:val="0000EE"/>
            <w:u w:val="single"/>
          </w:rPr>
          <w:t>https://www.out.com/travel-nightlife/ru5h-cruise-gay</w:t>
        </w:r>
      </w:hyperlink>
      <w:r>
        <w:t xml:space="preserve"> - RU5H is a 'sex-progressive' cruise launching on October 2, 2026, for a three-night adventure to the Bahamas. The cruise features parties, excursions, music sets, pools, and dining options, aiming to create a queer fantasy come to life for travelers. (</w:t>
      </w:r>
      <w:hyperlink r:id="rId20">
        <w:r>
          <w:rPr>
            <w:color w:val="0000EE"/>
            <w:u w:val="single"/>
          </w:rPr>
          <w:t>out.com</w:t>
        </w:r>
      </w:hyperlink>
      <w:r>
        <w:t>)</w:t>
      </w:r>
      <w:r/>
    </w:p>
    <w:p>
      <w:pPr>
        <w:pStyle w:val="ListNumber"/>
        <w:spacing w:line="240" w:lineRule="auto"/>
        <w:ind w:left="720"/>
      </w:pPr>
      <w:r/>
      <w:hyperlink r:id="rId15">
        <w:r>
          <w:rPr>
            <w:color w:val="0000EE"/>
            <w:u w:val="single"/>
          </w:rPr>
          <w:t>https://gangwaze.com/cruise-lines/margaritaville-at-sea/margaritaville-at-sea-paradise/2026-10-02/3-nights</w:t>
        </w:r>
      </w:hyperlink>
      <w:r>
        <w:t xml:space="preserve"> - The Margaritaville Paradise is scheduled to depart from Palm Beach, Florida, on October 2, 2026, for a three-night Nassau Escape cruise. The ship will return to Palm Beach on October 5, 2026. (</w:t>
      </w:r>
      <w:hyperlink r:id="rId21">
        <w:r>
          <w:rPr>
            <w:color w:val="0000EE"/>
            <w:u w:val="single"/>
          </w:rPr>
          <w:t>gangwaze.com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weekly.com/2026/09/ru5h-sex-progressive-gay-cruise/" TargetMode="External"/><Relationship Id="rId10" Type="http://schemas.openxmlformats.org/officeDocument/2006/relationships/hyperlink" Target="https://www.gaycities.com/articles/106650/ru5h-the-new-men-only-positive-cruise-reveals-details-of-first-trip/" TargetMode="External"/><Relationship Id="rId11" Type="http://schemas.openxmlformats.org/officeDocument/2006/relationships/hyperlink" Target="https://hoodline.com/2026/08/new-kink-positive-cruise-sails-from-palm-beach-tickets-start-under-400/" TargetMode="External"/><Relationship Id="rId12" Type="http://schemas.openxmlformats.org/officeDocument/2006/relationships/hyperlink" Target="https://twobadtourists.com/win-a-free-sexy-gay-male-cruise-with-ru5h/" TargetMode="External"/><Relationship Id="rId13" Type="http://schemas.openxmlformats.org/officeDocument/2006/relationships/hyperlink" Target="https://www.out.com/travel-nightlife/ru5h-cruise-gay" TargetMode="External"/><Relationship Id="rId14" Type="http://schemas.openxmlformats.org/officeDocument/2006/relationships/hyperlink" Target="https://newswav.com/article/new-kink-positive-cruise-launches-with-prices-under-300-A2608_tTyhZx" TargetMode="External"/><Relationship Id="rId15" Type="http://schemas.openxmlformats.org/officeDocument/2006/relationships/hyperlink" Target="https://gangwaze.com/cruise-lines/margaritaville-at-sea/margaritaville-at-sea-paradise/2026-10-02/3-nights" TargetMode="External"/><Relationship Id="rId16" Type="http://schemas.openxmlformats.org/officeDocument/2006/relationships/hyperlink" Target="https://www.gaycities.com/articles/106650/ru5h-the-new-men-only-positive-cruise-reveals-details-of-first-trip/?utm_source=openai" TargetMode="External"/><Relationship Id="rId17" Type="http://schemas.openxmlformats.org/officeDocument/2006/relationships/hyperlink" Target="https://hoodline.com/2026/08/new-kink-positive-cruise-sails-from-palm-beach-tickets-start-under-400/?utm_source=openai" TargetMode="External"/><Relationship Id="rId18" Type="http://schemas.openxmlformats.org/officeDocument/2006/relationships/hyperlink" Target="https://twobadtourists.com/win-a-free-sexy-gay-male-cruise-with-ru5h/?utm_source=openai" TargetMode="External"/><Relationship Id="rId19" Type="http://schemas.openxmlformats.org/officeDocument/2006/relationships/hyperlink" Target="https://newswav.com/article/new-kink-positive-cruise-launches-with-prices-under-300-A2608_tTyhZx?utm_source=openai" TargetMode="External"/><Relationship Id="rId20" Type="http://schemas.openxmlformats.org/officeDocument/2006/relationships/hyperlink" Target="https://www.out.com/travel-nightlife/ru5h-cruise-gay?utm_source=openai" TargetMode="External"/><Relationship Id="rId21" Type="http://schemas.openxmlformats.org/officeDocument/2006/relationships/hyperlink" Target="https://gangwaze.com/cruise-lines/margaritaville-at-sea/margaritaville-at-sea-paradise/2026-10-02/3-nigh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