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Adult Shops in Soho Offer More Than Retail Jobs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Workers and customers have long treated Soho’s LGBTQ+ adult shops as more than places to buy lube, poppers and toys. In a neighbourhood shaped by queer history and nightlife, these stores can also offer practical advice, familiar faces and a rare sense of belonging, especially for people searching for community as much as employment.</w:t>
      </w:r>
      <w:r/>
    </w:p>
    <w:p>
      <w:pPr>
        <w:pStyle w:val="Heading2"/>
      </w:pPr>
      <w:r>
        <w:t>Essential Takeaways</w:t>
      </w:r>
      <w:r/>
      <w:r/>
    </w:p>
    <w:p>
      <w:pPr>
        <w:pStyle w:val="ListBullet"/>
        <w:spacing w:line="240" w:lineRule="auto"/>
        <w:ind w:left="720"/>
      </w:pPr>
      <w:r/>
      <w:r>
        <w:rPr>
          <w:b/>
        </w:rPr>
        <w:t>More than a shop:</w:t>
      </w:r>
      <w:r>
        <w:t xml:space="preserve"> Soho’s adult retailers sit within a long-established LGBTQ+ social and cultural scene.</w:t>
      </w:r>
      <w:r/>
    </w:p>
    <w:p>
      <w:pPr>
        <w:pStyle w:val="ListBullet"/>
        <w:spacing w:line="240" w:lineRule="auto"/>
        <w:ind w:left="720"/>
      </w:pPr>
      <w:r/>
      <w:r>
        <w:rPr>
          <w:b/>
        </w:rPr>
        <w:t>A welcoming workplace:</w:t>
      </w:r>
      <w:r>
        <w:t xml:space="preserve"> For some staff, the mix of humour, openness and regular customers can feel more supportive than corporate employment.</w:t>
      </w:r>
      <w:r/>
    </w:p>
    <w:p>
      <w:pPr>
        <w:pStyle w:val="ListBullet"/>
        <w:spacing w:line="240" w:lineRule="auto"/>
        <w:ind w:left="720"/>
      </w:pPr>
      <w:r/>
      <w:r>
        <w:rPr>
          <w:b/>
        </w:rPr>
        <w:t>Retail still has limits:</w:t>
      </w:r>
      <w:r>
        <w:t xml:space="preserve"> Low wages, difficult customers and shoplifting can turn a rewarding role into a financially precarious one.</w:t>
      </w:r>
      <w:r/>
    </w:p>
    <w:p>
      <w:pPr>
        <w:pStyle w:val="ListBullet"/>
        <w:spacing w:line="240" w:lineRule="auto"/>
        <w:ind w:left="720"/>
      </w:pPr>
      <w:r/>
      <w:r>
        <w:rPr>
          <w:b/>
        </w:rPr>
        <w:t>Practical knowledge matters:</w:t>
      </w:r>
      <w:r>
        <w:t xml:space="preserve"> Staff often help customers compare products, understand safer use and find what suits their needs.</w:t>
      </w:r>
      <w:r/>
    </w:p>
    <w:p>
      <w:pPr>
        <w:pStyle w:val="ListBullet"/>
        <w:spacing w:line="240" w:lineRule="auto"/>
        <w:ind w:left="720"/>
      </w:pPr>
      <w:r/>
      <w:r>
        <w:rPr>
          <w:b/>
        </w:rPr>
        <w:t>Community has value:</w:t>
      </w:r>
      <w:r>
        <w:t xml:space="preserve"> Familiar faces and intergenerational conversations can make these spaces feel unusually personal.</w:t>
      </w:r>
      <w:r/>
      <w:r/>
    </w:p>
    <w:p>
      <w:pPr>
        <w:pStyle w:val="Heading2"/>
      </w:pPr>
      <w:r>
        <w:t>Soho’s adult shops are part of the neighbourhood’s queer fabric</w:t>
      </w:r>
      <w:r/>
    </w:p>
    <w:p>
      <w:r/>
      <w:r>
        <w:t>Step inside an LGBTQ+ adult shop in Soho and the atmosphere can be strikingly different from a conventional high-street retailer. There may be shelves of brightly packaged products, the faint rubbery smell of new stock and a steady stream of customers who already know the staff by name. Local listings describe Prowler and nearby venues as established parts of Soho’s adult retail landscape. (QueerHub; Soho London)</w:t>
      </w:r>
      <w:r/>
    </w:p>
    <w:p>
      <w:r/>
      <w:r>
        <w:t>That setting matters. Soho isn’t simply a convenient place to browse; it’s also a neighbourhood where queer nightlife, hospitality and commerce overlap. Guides to the area list several specialist adult shops, including Prowler and Clonezone, helping explain why the stores remain recognisable landmarks for visitors and locals alike. (Pink UK; Soho London)</w:t>
      </w:r>
      <w:r/>
    </w:p>
    <w:p>
      <w:r/>
      <w:r>
        <w:t>For a new employee, the experience can be unexpectedly social. A shift might involve answering a product question, chatting with a regular and then helping someone who’s nervous about making their first purchase. It’s retail, certainly, but it can feel closer to informal community work than a silent transaction.</w:t>
      </w:r>
      <w:r/>
    </w:p>
    <w:p>
      <w:pPr>
        <w:pStyle w:val="Heading2"/>
      </w:pPr>
      <w:r>
        <w:t>Why the job can feel more welcoming than a corporate office</w:t>
      </w:r>
      <w:r/>
    </w:p>
    <w:p>
      <w:r/>
      <w:r>
        <w:t>The appeal isn’t only the merchandise. In specialist shops, staff are expected to be approachable, discreet and comfortable discussing subjects that other workplaces often avoid. That openness can be a relief for LGBTQ+ workers who’ve found mainstream offices chilly, performative or simply uninterested in who they are.</w:t>
      </w:r>
      <w:r/>
    </w:p>
    <w:p>
      <w:r/>
      <w:r>
        <w:t>The customer mix can be unusually broad, too. Some visitors are experienced nightlife regulars, while others are curious, anxious or still working out what they want. Listings for Soho’s LGBTQ+ venues reflect that connection between retail and the wider social scene, with stores serving people visiting the area for clubs, bars and community events. (QueerHub; Pink UK)</w:t>
      </w:r>
      <w:r/>
    </w:p>
    <w:p>
      <w:r/>
      <w:r>
        <w:t>There’s also a useful informality to the work. A good colleague can make a product explanation feel less awkward, and a little humour can turn an intimidating purchase into an ordinary one. That human contact is easy to undervalue until you’ve worked somewhere that offers very little of it.</w:t>
      </w:r>
      <w:r/>
    </w:p>
    <w:p>
      <w:pPr>
        <w:pStyle w:val="Heading2"/>
      </w:pPr>
      <w:r>
        <w:t>The products are personal, so advice matters</w:t>
      </w:r>
      <w:r/>
    </w:p>
    <w:p>
      <w:r/>
      <w:r>
        <w:t>Buying an intimate product is rarely as straightforward as choosing a tube of toothpaste. Customers may want to know about materials, cleaning, fit, charging, lubricant compatibility or how discreetly something can be stored. In that context, a knowledgeable member of staff can make the difference between a confident purchase and an expensive mistake.</w:t>
      </w:r>
      <w:r/>
    </w:p>
    <w:p>
      <w:r/>
      <w:r>
        <w:t>Prowler and other Soho adult shops are listed as specialist retailers rather than generic novelty stores, which points to their role as places where customers can browse a wider range of LGBTQ+-focused products and ask questions in person. (Soho London; Pink UK)</w:t>
      </w:r>
      <w:r/>
    </w:p>
    <w:p>
      <w:r/>
      <w:r>
        <w:t>Size and safety are practical concerns, especially for people who are new to certain products. Shoppers should check manufacturer guidance, avoid sharing items without suitable protection and choose body-safe materials from reputable retailers. If anything hurts, feels numb or seems unsafe, stop. No bargain is worth ignoring your body.</w:t>
      </w:r>
      <w:r/>
    </w:p>
    <w:p>
      <w:pPr>
        <w:pStyle w:val="Heading2"/>
      </w:pPr>
      <w:r>
        <w:t>Community can span generations</w:t>
      </w:r>
      <w:r/>
    </w:p>
    <w:p>
      <w:r/>
      <w:r>
        <w:t>One of the most revealing features of these shops is the way different generations can meet across the counter. Older customers may remember periods when openly queer businesses were harder to find, while younger visitors often arrive with online knowledge but still want a discreet, human conversation.</w:t>
      </w:r>
      <w:r/>
    </w:p>
    <w:p>
      <w:r/>
      <w:r>
        <w:t>That exchange gives the work a deeper texture. The shop becomes a place where people swap recommendations, ask practical questions and occasionally share stories about a changing city. Soho’s business directories continue to group adult shops alongside the area’s broader LGBTQ+ attractions, reflecting how closely retail remains tied to the neighbourhood’s identity. (Soho London; QueerHub)</w:t>
      </w:r>
      <w:r/>
    </w:p>
    <w:p>
      <w:r/>
      <w:r>
        <w:t>It isn’t sentimental all the time. Staff still face low pay, theft, antisocial behaviour and customers who treat the shop as a joke rather than a workplace. But the contrast is precisely what makes the role complicated: a job can be financially difficult while still offering friendship, confidence and belonging.</w:t>
      </w:r>
      <w:r/>
    </w:p>
    <w:p>
      <w:pPr>
        <w:pStyle w:val="Heading2"/>
      </w:pPr>
      <w:r>
        <w:t>A supportive workplace still needs fair pay</w:t>
      </w:r>
      <w:r/>
    </w:p>
    <w:p>
      <w:r/>
      <w:r>
        <w:t>The lesson isn’t that anyone should accept poor conditions because the atmosphere is fun. Warm colleagues and a loyal customer base can’t pay the rent, and specialist retail workers deserve dependable wages, proper breaks and respect from management and shoppers.</w:t>
      </w:r>
      <w:r/>
    </w:p>
    <w:p>
      <w:r/>
      <w:r>
        <w:t>Still, these stores show why employment is about more than salary alone. A workplace that understands its staff, reflects their lives and welcomes customers without judgement can become a genuine anchor during uncertain periods. Soho’s adult shops may sell intimate products, but their wider value is often much less tangible: they help people feel seen.</w:t>
      </w:r>
      <w:r/>
    </w:p>
    <w:p>
      <w:r/>
      <w:r>
        <w:t>For shoppers, the best approach is simple. Buy from a reputable retailer, ask questions without embarrassment and treat staff as knowledgeable professionals. For workers, look for clear policies, safe staffing and pay that matches the responsibility. The atmosphere matters, but so do the basics.</w:t>
      </w:r>
      <w:r/>
    </w:p>
    <w:p>
      <w:r/>
      <w:r>
        <w:rPr>
          <w:b/>
        </w:rPr>
        <w:t>In Soho, the right adult shop can offer products, advice and a small but meaningful sense of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3">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3">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2">
        <w:r>
          <w:rPr>
            <w:color w:val="0000EE"/>
            <w:u w:val="single"/>
          </w:rPr>
          <w:t>[3]</w:t>
        </w:r>
      </w:hyperlink>
      <w:r>
        <w:t xml:space="preserve">, </w:t>
      </w:r>
      <w:hyperlink r:id="rId14">
        <w:r>
          <w:rPr>
            <w:color w:val="0000EE"/>
            <w:u w:val="single"/>
          </w:rPr>
          <w:t>[6]</w:t>
        </w:r>
      </w:hyperlink>
      <w:r>
        <w:t xml:space="preserve">- Paragraph 14: </w:t>
      </w:r>
      <w:hyperlink r:id="rId13">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https://metro.co.uk/2026/09/13/explored-different-careers-keep-working-a-sex-shop-29584884/</w:t>
        </w:r>
      </w:hyperlink>
      <w:r>
        <w:t xml:space="preserve"> - Please view link - unable to able to access data</w:t>
      </w:r>
      <w:r/>
    </w:p>
    <w:p>
      <w:pPr>
        <w:pStyle w:val="ListNumber"/>
        <w:spacing w:line="240" w:lineRule="auto"/>
        <w:ind w:left="720"/>
      </w:pPr>
      <w:r/>
      <w:hyperlink r:id="rId10">
        <w:r>
          <w:rPr>
            <w:color w:val="0000EE"/>
            <w:u w:val="single"/>
          </w:rPr>
          <w:t>https://queerhub.co.uk/listing/prowler-shop-soho/</w:t>
        </w:r>
      </w:hyperlink>
      <w:r>
        <w:t xml:space="preserve"> - Prowler Shop, located at 5-7 Brewer Street in Soho, London, is an LGBTQ+ retail store offering clothing, accessories, gifts, and essentials that reflect queer culture and identity. Known for serving gay, bi, trans, and queer customers, as well as anyone seeking a welcoming and sex-positive shopping experience, the shop provides a friendly, discreet, and inclusive environment where customers can shop with confidence. With its London location and long-standing reputation, Prowler Shop is a familiar name for many people looking for LGBTQ+ products, lifestyle items, and gifts in the city.</w:t>
      </w:r>
      <w:r/>
    </w:p>
    <w:p>
      <w:pPr>
        <w:pStyle w:val="ListNumber"/>
        <w:spacing w:line="240" w:lineRule="auto"/>
        <w:ind w:left="720"/>
      </w:pPr>
      <w:r/>
      <w:hyperlink r:id="rId12">
        <w:r>
          <w:rPr>
            <w:color w:val="0000EE"/>
            <w:u w:val="single"/>
          </w:rPr>
          <w:t>https://pinkuk.com/countries/europe/uk/london/soho/clonezone</w:t>
        </w:r>
      </w:hyperlink>
      <w:r>
        <w:t xml:space="preserve"> - Clonezone, located at 35 Old Compton Street in Soho, London, is the UK's first gay sex and lifestyle store, established in 1982. The flagship store offers adult toys, DVDs, fashion, underwear, aromas, party essentials, and more. Known for its extensive range of products and late opening hours, Clonezone has been a hub for queer expression, culture, and community. The redesigned store features a unique art installation by Riccardo Matlakas, infusing the space with queer energy, history, and empowerment.</w:t>
      </w:r>
      <w:r/>
    </w:p>
    <w:p>
      <w:pPr>
        <w:pStyle w:val="ListNumber"/>
        <w:spacing w:line="240" w:lineRule="auto"/>
        <w:ind w:left="720"/>
      </w:pPr>
      <w:r/>
      <w:hyperlink r:id="rId13">
        <w:r>
          <w:rPr>
            <w:color w:val="0000EE"/>
            <w:u w:val="single"/>
          </w:rPr>
          <w:t>https://soho-london.co.uk/listing/clonezone</w:t>
        </w:r>
      </w:hyperlink>
      <w:r>
        <w:t xml:space="preserve"> - Clonezone, located at 35 Old Compton Street in Soho, London, is London's and Europe's first LGBTQ+ superstore, with roots going back to 1982. The Soho flagship offers adult toys, DVDs, fashion, underwear, aromas, party essentials, and more. The store has grown alongside the changing landscape of LGBTQ+ rights and culture, becoming a landmark in Soho. Inside, the stock is curated to celebrate and affirm the LGBTQ+ experience, with the range kept up to date with the latest must-have items. The staff are knowledgeable and welcoming, and the Soho store's extended opening hours add to the convenience for locals and visitors.</w:t>
      </w:r>
      <w:r/>
    </w:p>
    <w:p>
      <w:pPr>
        <w:pStyle w:val="ListNumber"/>
        <w:spacing w:line="240" w:lineRule="auto"/>
        <w:ind w:left="720"/>
      </w:pPr>
      <w:r/>
      <w:hyperlink r:id="rId11">
        <w:r>
          <w:rPr>
            <w:color w:val="0000EE"/>
            <w:u w:val="single"/>
          </w:rPr>
          <w:t>https://soho-london.co.uk/adult-shops/prowler</w:t>
        </w:r>
      </w:hyperlink>
      <w:r>
        <w:t xml:space="preserve"> - Prowler, located at 5-7 Brewer Street in Soho, London, has been part of the London LGBTQ+ scene since it opened in 1997. The Soho shop is easy to reach from both Leicester Square and Tottenham Court Road tube stations and has become a regular stop for the community and its allies. The stock covers a lot of ground, from fashion and novelty items to books and gifts, all chosen with inclusivity in mind. Prowler has been a fixture in Soho, known for high-quality latex and leather clothing, bondage equipment, and gay sex toys.</w:t>
      </w:r>
      <w:r/>
    </w:p>
    <w:p>
      <w:pPr>
        <w:pStyle w:val="ListNumber"/>
        <w:spacing w:line="240" w:lineRule="auto"/>
        <w:ind w:left="720"/>
      </w:pPr>
      <w:r/>
      <w:hyperlink r:id="rId14">
        <w:r>
          <w:rPr>
            <w:color w:val="0000EE"/>
            <w:u w:val="single"/>
          </w:rPr>
          <w:t>https://pinkuk.com/countries/europe/uk/london/soho/prowler-soho</w:t>
        </w:r>
      </w:hyperlink>
      <w:r>
        <w:t xml:space="preserve"> - Prowler Soho, located at 5-7 Brewer Street in Soho, London, was founded in 1974 and is the largest gay-owned, gay-run, gay community business in Europe. Starting out as a mail-order service in the early 70s delivering gay sex toys to customers across the UK, the brand has grown and today ships high-quality gay adult toys and underwear to people within the gay community around the world. Prowler has three gay sex shops; the flagship in London’s Soho, as well as a store in Brighton.</w:t>
      </w:r>
      <w:r/>
    </w:p>
    <w:p>
      <w:pPr>
        <w:pStyle w:val="ListNumber"/>
        <w:spacing w:line="240" w:lineRule="auto"/>
        <w:ind w:left="720"/>
      </w:pPr>
      <w:r/>
      <w:hyperlink r:id="rId15">
        <w:r>
          <w:rPr>
            <w:color w:val="0000EE"/>
            <w:u w:val="single"/>
          </w:rPr>
          <w:t>https://soho-london.co.uk/lcat/adult-shops</w:t>
        </w:r>
      </w:hyperlink>
      <w:r>
        <w:t xml:space="preserve"> - The Soho London directory lists several adult shops in the area, including Clonezone, Harmony, Regulation, and Ann Summers. Clonezone, located at 35 Old Compton Street, is London's and Europe's first LGBTQ+ superstore, established in 1982. Harmony, at 99A Charing Cross Road, is an adult shop stocking sex toys, lingerie, and sexual wellness products, known for its knowledgeable staff and judgment-free atmosphere. Regulation, at 13A Bateman Street, has been a fixture in Soho for over twenty years, known for high-quality latex and leather clothing, bondage equipment, and gay sex toys. Ann Summers, at 79 Wardour Street, is a well-known lingerie and adult retailer offering women's underwear, fancy dress, sex toys, erotic books, videos, oils, and lotions.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tro.co.uk/2026/09/13/explored-different-careers-keep-working-a-sex-shop-29584884/" TargetMode="External"/><Relationship Id="rId10" Type="http://schemas.openxmlformats.org/officeDocument/2006/relationships/hyperlink" Target="https://queerhub.co.uk/listing/prowler-shop-soho/" TargetMode="External"/><Relationship Id="rId11" Type="http://schemas.openxmlformats.org/officeDocument/2006/relationships/hyperlink" Target="https://soho-london.co.uk/adult-shops/prowler" TargetMode="External"/><Relationship Id="rId12" Type="http://schemas.openxmlformats.org/officeDocument/2006/relationships/hyperlink" Target="https://pinkuk.com/countries/europe/uk/london/soho/clonezone" TargetMode="External"/><Relationship Id="rId13" Type="http://schemas.openxmlformats.org/officeDocument/2006/relationships/hyperlink" Target="https://soho-london.co.uk/listing/clonezone" TargetMode="External"/><Relationship Id="rId14" Type="http://schemas.openxmlformats.org/officeDocument/2006/relationships/hyperlink" Target="https://pinkuk.com/countries/europe/uk/london/soho/prowler-soho" TargetMode="External"/><Relationship Id="rId15" Type="http://schemas.openxmlformats.org/officeDocument/2006/relationships/hyperlink" Target="https://soho-london.co.uk/lcat/adult-sho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